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D7458" w14:textId="77777777" w:rsidR="000B7C4C" w:rsidRDefault="00000000">
      <w:pPr>
        <w:pStyle w:val="KonuBal"/>
      </w:pPr>
      <w:r>
        <w:t>ULUSLARARASI CEZA ADALETİNİN ETKİN UYGULANMASI VE BENJAMIN NETANYAHU HAKKINDAKİ YAKALAMA / KIRMIZI BÜLTEN SÜRECİNİN TAKİBİNE İLİŞKİN ORTAK BAŞVURU</w:t>
      </w:r>
    </w:p>
    <w:p w14:paraId="7C152629" w14:textId="77777777" w:rsidR="000B7C4C" w:rsidRDefault="00000000">
      <w:pPr>
        <w:spacing w:after="100"/>
        <w:jc w:val="center"/>
      </w:pPr>
      <w:r>
        <w:rPr>
          <w:b/>
        </w:rPr>
        <w:t>117 İMZACI AVUKAT</w:t>
      </w:r>
    </w:p>
    <w:p w14:paraId="5265FD10" w14:textId="77777777" w:rsidR="000B7C4C" w:rsidRDefault="00000000">
      <w:pPr>
        <w:spacing w:after="40"/>
      </w:pPr>
      <w:r>
        <w:rPr>
          <w:b/>
        </w:rPr>
        <w:t xml:space="preserve">Ortak yazışma adresi: </w:t>
      </w:r>
      <w:r>
        <w:t>Av. Hıdır Kırkıcı - Av. Senih Özay, Gazi Kemal Mah., 1308 Sok. No: 36-38, Çam Stüdyo Daireleri No: 19, Merkez / Isparta, Türkiye</w:t>
      </w:r>
    </w:p>
    <w:p w14:paraId="2DAA268E" w14:textId="77777777" w:rsidR="000B7C4C" w:rsidRDefault="00000000">
      <w:pPr>
        <w:spacing w:after="60"/>
      </w:pPr>
      <w:r>
        <w:rPr>
          <w:b/>
        </w:rPr>
        <w:t xml:space="preserve">Cep telefonu: </w:t>
      </w:r>
      <w:r>
        <w:t>+90 532 656 08 09</w:t>
      </w:r>
    </w:p>
    <w:p w14:paraId="7395E3F5" w14:textId="77777777" w:rsidR="000B7C4C" w:rsidRDefault="00000000">
      <w:pPr>
        <w:spacing w:after="60"/>
      </w:pPr>
      <w:r>
        <w:rPr>
          <w:b/>
        </w:rPr>
        <w:t xml:space="preserve">E-posta: </w:t>
      </w:r>
      <w:r>
        <w:t>avsenih@gmail.com</w:t>
      </w:r>
    </w:p>
    <w:p w14:paraId="58572E0E" w14:textId="77777777" w:rsidR="000B7C4C" w:rsidRDefault="00000000">
      <w:pPr>
        <w:spacing w:after="60"/>
      </w:pPr>
      <w:r>
        <w:rPr>
          <w:b/>
        </w:rPr>
        <w:t xml:space="preserve">E-kitap / Web: </w:t>
      </w:r>
      <w:r>
        <w:t>https://senihozay.com</w:t>
      </w:r>
    </w:p>
    <w:p w14:paraId="238EB943" w14:textId="77777777" w:rsidR="000B7C4C" w:rsidRDefault="000B7C4C"/>
    <w:p w14:paraId="35660194" w14:textId="77777777" w:rsidR="000B7C4C" w:rsidRDefault="00000000">
      <w:pPr>
        <w:pStyle w:val="Balk1"/>
      </w:pPr>
      <w:r>
        <w:t>MUHATAPLAR</w:t>
      </w:r>
    </w:p>
    <w:tbl>
      <w:tblPr>
        <w:tblStyle w:val="TabloKlavuzu"/>
        <w:tblW w:w="0" w:type="auto"/>
        <w:jc w:val="center"/>
        <w:tblLook w:val="04A0" w:firstRow="1" w:lastRow="0" w:firstColumn="1" w:lastColumn="0" w:noHBand="0" w:noVBand="1"/>
      </w:tblPr>
      <w:tblGrid>
        <w:gridCol w:w="510"/>
        <w:gridCol w:w="3515"/>
        <w:gridCol w:w="5896"/>
      </w:tblGrid>
      <w:tr w:rsidR="000B7C4C" w14:paraId="31A75E05" w14:textId="77777777">
        <w:trPr>
          <w:tblHeader/>
          <w:jc w:val="center"/>
        </w:trPr>
        <w:tc>
          <w:tcPr>
            <w:tcW w:w="510" w:type="dxa"/>
            <w:shd w:val="clear" w:color="auto" w:fill="D9E2F3"/>
            <w:tcMar>
              <w:top w:w="60" w:type="dxa"/>
              <w:left w:w="80" w:type="dxa"/>
              <w:bottom w:w="60" w:type="dxa"/>
              <w:right w:w="80" w:type="dxa"/>
            </w:tcMar>
            <w:vAlign w:val="center"/>
          </w:tcPr>
          <w:p w14:paraId="2557541F" w14:textId="77777777" w:rsidR="000B7C4C" w:rsidRDefault="00000000">
            <w:pPr>
              <w:jc w:val="center"/>
            </w:pPr>
            <w:r>
              <w:rPr>
                <w:b/>
                <w:sz w:val="18"/>
              </w:rPr>
              <w:t>No.</w:t>
            </w:r>
          </w:p>
        </w:tc>
        <w:tc>
          <w:tcPr>
            <w:tcW w:w="3515" w:type="dxa"/>
            <w:shd w:val="clear" w:color="auto" w:fill="D9E2F3"/>
            <w:tcMar>
              <w:top w:w="60" w:type="dxa"/>
              <w:left w:w="80" w:type="dxa"/>
              <w:bottom w:w="60" w:type="dxa"/>
              <w:right w:w="80" w:type="dxa"/>
            </w:tcMar>
            <w:vAlign w:val="center"/>
          </w:tcPr>
          <w:p w14:paraId="2242FC6F" w14:textId="77777777" w:rsidR="000B7C4C" w:rsidRDefault="00000000">
            <w:pPr>
              <w:jc w:val="center"/>
            </w:pPr>
            <w:r>
              <w:rPr>
                <w:b/>
                <w:sz w:val="18"/>
              </w:rPr>
              <w:t>Kurum</w:t>
            </w:r>
          </w:p>
        </w:tc>
        <w:tc>
          <w:tcPr>
            <w:tcW w:w="5896" w:type="dxa"/>
            <w:shd w:val="clear" w:color="auto" w:fill="D9E2F3"/>
            <w:tcMar>
              <w:top w:w="60" w:type="dxa"/>
              <w:left w:w="80" w:type="dxa"/>
              <w:bottom w:w="60" w:type="dxa"/>
              <w:right w:w="80" w:type="dxa"/>
            </w:tcMar>
            <w:vAlign w:val="center"/>
          </w:tcPr>
          <w:p w14:paraId="7EDAF9A0" w14:textId="77777777" w:rsidR="000B7C4C" w:rsidRDefault="00000000">
            <w:pPr>
              <w:jc w:val="center"/>
            </w:pPr>
            <w:r>
              <w:rPr>
                <w:b/>
                <w:sz w:val="18"/>
              </w:rPr>
              <w:t>Adres / İletişim</w:t>
            </w:r>
          </w:p>
        </w:tc>
      </w:tr>
      <w:tr w:rsidR="000B7C4C" w14:paraId="013467C9" w14:textId="77777777">
        <w:trPr>
          <w:cantSplit/>
          <w:jc w:val="center"/>
        </w:trPr>
        <w:tc>
          <w:tcPr>
            <w:tcW w:w="510" w:type="dxa"/>
            <w:tcMar>
              <w:top w:w="60" w:type="dxa"/>
              <w:left w:w="80" w:type="dxa"/>
              <w:bottom w:w="60" w:type="dxa"/>
              <w:right w:w="80" w:type="dxa"/>
            </w:tcMar>
            <w:vAlign w:val="center"/>
          </w:tcPr>
          <w:p w14:paraId="7CCEB90F" w14:textId="77777777" w:rsidR="000B7C4C" w:rsidRDefault="00000000">
            <w:pPr>
              <w:jc w:val="center"/>
            </w:pPr>
            <w:r>
              <w:rPr>
                <w:sz w:val="17"/>
              </w:rPr>
              <w:t>1</w:t>
            </w:r>
          </w:p>
        </w:tc>
        <w:tc>
          <w:tcPr>
            <w:tcW w:w="3515" w:type="dxa"/>
            <w:tcMar>
              <w:top w:w="60" w:type="dxa"/>
              <w:left w:w="80" w:type="dxa"/>
              <w:bottom w:w="60" w:type="dxa"/>
              <w:right w:w="80" w:type="dxa"/>
            </w:tcMar>
            <w:vAlign w:val="center"/>
          </w:tcPr>
          <w:p w14:paraId="219E6D16" w14:textId="77777777" w:rsidR="000B7C4C" w:rsidRDefault="00000000">
            <w:pPr>
              <w:jc w:val="left"/>
            </w:pPr>
            <w:r>
              <w:rPr>
                <w:b/>
                <w:sz w:val="17"/>
              </w:rPr>
              <w:t>İstanbul 11. Ağır Ceza Mahkemesi</w:t>
            </w:r>
          </w:p>
        </w:tc>
        <w:tc>
          <w:tcPr>
            <w:tcW w:w="5896" w:type="dxa"/>
            <w:tcMar>
              <w:top w:w="60" w:type="dxa"/>
              <w:left w:w="80" w:type="dxa"/>
              <w:bottom w:w="60" w:type="dxa"/>
              <w:right w:w="80" w:type="dxa"/>
            </w:tcMar>
            <w:vAlign w:val="center"/>
          </w:tcPr>
          <w:p w14:paraId="55CBA98D" w14:textId="77777777" w:rsidR="000B7C4C" w:rsidRDefault="00000000">
            <w:pPr>
              <w:jc w:val="left"/>
            </w:pPr>
            <w:r>
              <w:rPr>
                <w:sz w:val="17"/>
              </w:rPr>
              <w:t>İstanbul Adalet Sarayı, C1 Blok, 1. Kat, Oda No: 149, Çağlayan / Şişli / İstanbul</w:t>
            </w:r>
            <w:r>
              <w:br/>
            </w:r>
            <w:r>
              <w:rPr>
                <w:sz w:val="17"/>
              </w:rPr>
              <w:t>Tel: 0212 568 30 - 568 31 - 568 32</w:t>
            </w:r>
          </w:p>
        </w:tc>
      </w:tr>
      <w:tr w:rsidR="000B7C4C" w14:paraId="652B9EFA" w14:textId="77777777">
        <w:trPr>
          <w:cantSplit/>
          <w:jc w:val="center"/>
        </w:trPr>
        <w:tc>
          <w:tcPr>
            <w:tcW w:w="510" w:type="dxa"/>
            <w:tcMar>
              <w:top w:w="60" w:type="dxa"/>
              <w:left w:w="80" w:type="dxa"/>
              <w:bottom w:w="60" w:type="dxa"/>
              <w:right w:w="80" w:type="dxa"/>
            </w:tcMar>
            <w:vAlign w:val="center"/>
          </w:tcPr>
          <w:p w14:paraId="527E2A2A" w14:textId="77777777" w:rsidR="000B7C4C" w:rsidRDefault="00000000">
            <w:pPr>
              <w:jc w:val="center"/>
            </w:pPr>
            <w:r>
              <w:rPr>
                <w:sz w:val="17"/>
              </w:rPr>
              <w:t>2</w:t>
            </w:r>
          </w:p>
        </w:tc>
        <w:tc>
          <w:tcPr>
            <w:tcW w:w="3515" w:type="dxa"/>
            <w:tcMar>
              <w:top w:w="60" w:type="dxa"/>
              <w:left w:w="80" w:type="dxa"/>
              <w:bottom w:w="60" w:type="dxa"/>
              <w:right w:w="80" w:type="dxa"/>
            </w:tcMar>
            <w:vAlign w:val="center"/>
          </w:tcPr>
          <w:p w14:paraId="4D24642D" w14:textId="77777777" w:rsidR="000B7C4C" w:rsidRDefault="00000000">
            <w:pPr>
              <w:jc w:val="left"/>
            </w:pPr>
            <w:r>
              <w:rPr>
                <w:b/>
                <w:sz w:val="17"/>
              </w:rPr>
              <w:t>INTERPOL Genel Sekreterliği</w:t>
            </w:r>
          </w:p>
        </w:tc>
        <w:tc>
          <w:tcPr>
            <w:tcW w:w="5896" w:type="dxa"/>
            <w:tcMar>
              <w:top w:w="60" w:type="dxa"/>
              <w:left w:w="80" w:type="dxa"/>
              <w:bottom w:w="60" w:type="dxa"/>
              <w:right w:w="80" w:type="dxa"/>
            </w:tcMar>
            <w:vAlign w:val="center"/>
          </w:tcPr>
          <w:p w14:paraId="0823EC44" w14:textId="77777777" w:rsidR="000B7C4C" w:rsidRDefault="00000000">
            <w:pPr>
              <w:jc w:val="left"/>
            </w:pPr>
            <w:r>
              <w:rPr>
                <w:sz w:val="17"/>
              </w:rPr>
              <w:t>200 Quai Charles de Gaulle, 69006 Lyon, Fransa</w:t>
            </w:r>
            <w:r>
              <w:br/>
            </w:r>
            <w:r>
              <w:rPr>
                <w:sz w:val="17"/>
              </w:rPr>
              <w:t>Tel: +33 4 72 44 70 00 | Faks: +33 4 72 44 71 63</w:t>
            </w:r>
          </w:p>
        </w:tc>
      </w:tr>
      <w:tr w:rsidR="000B7C4C" w14:paraId="49172059" w14:textId="77777777">
        <w:trPr>
          <w:cantSplit/>
          <w:jc w:val="center"/>
        </w:trPr>
        <w:tc>
          <w:tcPr>
            <w:tcW w:w="510" w:type="dxa"/>
            <w:tcMar>
              <w:top w:w="60" w:type="dxa"/>
              <w:left w:w="80" w:type="dxa"/>
              <w:bottom w:w="60" w:type="dxa"/>
              <w:right w:w="80" w:type="dxa"/>
            </w:tcMar>
            <w:vAlign w:val="center"/>
          </w:tcPr>
          <w:p w14:paraId="557ED873" w14:textId="77777777" w:rsidR="000B7C4C" w:rsidRDefault="00000000">
            <w:pPr>
              <w:jc w:val="center"/>
            </w:pPr>
            <w:r>
              <w:rPr>
                <w:sz w:val="17"/>
              </w:rPr>
              <w:t>3</w:t>
            </w:r>
          </w:p>
        </w:tc>
        <w:tc>
          <w:tcPr>
            <w:tcW w:w="3515" w:type="dxa"/>
            <w:tcMar>
              <w:top w:w="60" w:type="dxa"/>
              <w:left w:w="80" w:type="dxa"/>
              <w:bottom w:w="60" w:type="dxa"/>
              <w:right w:w="80" w:type="dxa"/>
            </w:tcMar>
            <w:vAlign w:val="center"/>
          </w:tcPr>
          <w:p w14:paraId="7E42A8BD" w14:textId="77777777" w:rsidR="000B7C4C" w:rsidRDefault="00000000">
            <w:pPr>
              <w:jc w:val="left"/>
            </w:pPr>
            <w:r>
              <w:rPr>
                <w:b/>
                <w:sz w:val="17"/>
              </w:rPr>
              <w:t>Uluslararası Ceza Mahkemesi (ICC)</w:t>
            </w:r>
          </w:p>
        </w:tc>
        <w:tc>
          <w:tcPr>
            <w:tcW w:w="5896" w:type="dxa"/>
            <w:tcMar>
              <w:top w:w="60" w:type="dxa"/>
              <w:left w:w="80" w:type="dxa"/>
              <w:bottom w:w="60" w:type="dxa"/>
              <w:right w:w="80" w:type="dxa"/>
            </w:tcMar>
            <w:vAlign w:val="center"/>
          </w:tcPr>
          <w:p w14:paraId="5E504941" w14:textId="77777777" w:rsidR="000B7C4C" w:rsidRDefault="00000000">
            <w:pPr>
              <w:jc w:val="left"/>
            </w:pPr>
            <w:r>
              <w:rPr>
                <w:sz w:val="17"/>
              </w:rPr>
              <w:t>Oude Waalsdorperweg 10, 2597 AK The Hague, Hollanda</w:t>
            </w:r>
            <w:r>
              <w:br/>
            </w:r>
            <w:r>
              <w:rPr>
                <w:sz w:val="17"/>
              </w:rPr>
              <w:t>Web: www.icc-cpi.int</w:t>
            </w:r>
          </w:p>
        </w:tc>
      </w:tr>
      <w:tr w:rsidR="000B7C4C" w14:paraId="19D0F497" w14:textId="77777777">
        <w:trPr>
          <w:cantSplit/>
          <w:jc w:val="center"/>
        </w:trPr>
        <w:tc>
          <w:tcPr>
            <w:tcW w:w="510" w:type="dxa"/>
            <w:tcMar>
              <w:top w:w="60" w:type="dxa"/>
              <w:left w:w="80" w:type="dxa"/>
              <w:bottom w:w="60" w:type="dxa"/>
              <w:right w:w="80" w:type="dxa"/>
            </w:tcMar>
            <w:vAlign w:val="center"/>
          </w:tcPr>
          <w:p w14:paraId="1740D917" w14:textId="77777777" w:rsidR="000B7C4C" w:rsidRDefault="00000000">
            <w:pPr>
              <w:jc w:val="center"/>
            </w:pPr>
            <w:r>
              <w:rPr>
                <w:sz w:val="17"/>
              </w:rPr>
              <w:t>4</w:t>
            </w:r>
          </w:p>
        </w:tc>
        <w:tc>
          <w:tcPr>
            <w:tcW w:w="3515" w:type="dxa"/>
            <w:tcMar>
              <w:top w:w="60" w:type="dxa"/>
              <w:left w:w="80" w:type="dxa"/>
              <w:bottom w:w="60" w:type="dxa"/>
              <w:right w:w="80" w:type="dxa"/>
            </w:tcMar>
            <w:vAlign w:val="center"/>
          </w:tcPr>
          <w:p w14:paraId="2DD50A45" w14:textId="77777777" w:rsidR="000B7C4C" w:rsidRDefault="00000000">
            <w:pPr>
              <w:jc w:val="left"/>
            </w:pPr>
            <w:r>
              <w:rPr>
                <w:b/>
                <w:sz w:val="17"/>
              </w:rPr>
              <w:t>Avrupa Konseyi - Siyasi İşler ve Dış İlişkiler Müdürlüğü</w:t>
            </w:r>
          </w:p>
        </w:tc>
        <w:tc>
          <w:tcPr>
            <w:tcW w:w="5896" w:type="dxa"/>
            <w:tcMar>
              <w:top w:w="60" w:type="dxa"/>
              <w:left w:w="80" w:type="dxa"/>
              <w:bottom w:w="60" w:type="dxa"/>
              <w:right w:w="80" w:type="dxa"/>
            </w:tcMar>
            <w:vAlign w:val="center"/>
          </w:tcPr>
          <w:p w14:paraId="60F7B468" w14:textId="77777777" w:rsidR="000B7C4C" w:rsidRDefault="00000000">
            <w:pPr>
              <w:jc w:val="left"/>
            </w:pPr>
            <w:r>
              <w:rPr>
                <w:sz w:val="17"/>
              </w:rPr>
              <w:t>Council of Europe, Avenue de l'Europe, F-67075 Strasbourg Cedex, Fransa</w:t>
            </w:r>
          </w:p>
        </w:tc>
      </w:tr>
      <w:tr w:rsidR="000B7C4C" w14:paraId="48C84540" w14:textId="77777777">
        <w:trPr>
          <w:cantSplit/>
          <w:jc w:val="center"/>
        </w:trPr>
        <w:tc>
          <w:tcPr>
            <w:tcW w:w="510" w:type="dxa"/>
            <w:tcMar>
              <w:top w:w="60" w:type="dxa"/>
              <w:left w:w="80" w:type="dxa"/>
              <w:bottom w:w="60" w:type="dxa"/>
              <w:right w:w="80" w:type="dxa"/>
            </w:tcMar>
            <w:vAlign w:val="center"/>
          </w:tcPr>
          <w:p w14:paraId="00441389" w14:textId="77777777" w:rsidR="000B7C4C" w:rsidRDefault="00000000">
            <w:pPr>
              <w:jc w:val="center"/>
            </w:pPr>
            <w:r>
              <w:rPr>
                <w:sz w:val="17"/>
              </w:rPr>
              <w:t>5</w:t>
            </w:r>
          </w:p>
        </w:tc>
        <w:tc>
          <w:tcPr>
            <w:tcW w:w="3515" w:type="dxa"/>
            <w:tcMar>
              <w:top w:w="60" w:type="dxa"/>
              <w:left w:w="80" w:type="dxa"/>
              <w:bottom w:w="60" w:type="dxa"/>
              <w:right w:w="80" w:type="dxa"/>
            </w:tcMar>
            <w:vAlign w:val="center"/>
          </w:tcPr>
          <w:p w14:paraId="4EAE179B" w14:textId="77777777" w:rsidR="000B7C4C" w:rsidRDefault="00000000">
            <w:pPr>
              <w:jc w:val="left"/>
            </w:pPr>
            <w:r>
              <w:rPr>
                <w:b/>
                <w:sz w:val="17"/>
              </w:rPr>
              <w:t>Birleşmiş Milletler Genel Sekreterliği</w:t>
            </w:r>
          </w:p>
        </w:tc>
        <w:tc>
          <w:tcPr>
            <w:tcW w:w="5896" w:type="dxa"/>
            <w:tcMar>
              <w:top w:w="60" w:type="dxa"/>
              <w:left w:w="80" w:type="dxa"/>
              <w:bottom w:w="60" w:type="dxa"/>
              <w:right w:w="80" w:type="dxa"/>
            </w:tcMar>
            <w:vAlign w:val="center"/>
          </w:tcPr>
          <w:p w14:paraId="07CC6EEE" w14:textId="77777777" w:rsidR="000B7C4C" w:rsidRDefault="00000000">
            <w:pPr>
              <w:jc w:val="left"/>
            </w:pPr>
            <w:r>
              <w:rPr>
                <w:sz w:val="17"/>
              </w:rPr>
              <w:t>United Nations Headquarters, 760 United Nations Plaza, New York, NY 10017, ABD</w:t>
            </w:r>
            <w:r>
              <w:br/>
            </w:r>
            <w:r>
              <w:rPr>
                <w:sz w:val="17"/>
              </w:rPr>
              <w:t>Genel Sekreter: António Guterres</w:t>
            </w:r>
          </w:p>
        </w:tc>
      </w:tr>
      <w:tr w:rsidR="000B7C4C" w14:paraId="08818151" w14:textId="77777777">
        <w:trPr>
          <w:cantSplit/>
          <w:jc w:val="center"/>
        </w:trPr>
        <w:tc>
          <w:tcPr>
            <w:tcW w:w="510" w:type="dxa"/>
            <w:tcMar>
              <w:top w:w="60" w:type="dxa"/>
              <w:left w:w="80" w:type="dxa"/>
              <w:bottom w:w="60" w:type="dxa"/>
              <w:right w:w="80" w:type="dxa"/>
            </w:tcMar>
            <w:vAlign w:val="center"/>
          </w:tcPr>
          <w:p w14:paraId="46158935" w14:textId="77777777" w:rsidR="000B7C4C" w:rsidRDefault="00000000">
            <w:pPr>
              <w:jc w:val="center"/>
            </w:pPr>
            <w:r>
              <w:rPr>
                <w:sz w:val="17"/>
              </w:rPr>
              <w:t>6</w:t>
            </w:r>
          </w:p>
        </w:tc>
        <w:tc>
          <w:tcPr>
            <w:tcW w:w="3515" w:type="dxa"/>
            <w:tcMar>
              <w:top w:w="60" w:type="dxa"/>
              <w:left w:w="80" w:type="dxa"/>
              <w:bottom w:w="60" w:type="dxa"/>
              <w:right w:w="80" w:type="dxa"/>
            </w:tcMar>
            <w:vAlign w:val="center"/>
          </w:tcPr>
          <w:p w14:paraId="433D91BE" w14:textId="77777777" w:rsidR="000B7C4C" w:rsidRDefault="00000000">
            <w:pPr>
              <w:jc w:val="left"/>
            </w:pPr>
            <w:r>
              <w:rPr>
                <w:b/>
                <w:sz w:val="17"/>
              </w:rPr>
              <w:t>Türkiye Barolar Birliği</w:t>
            </w:r>
          </w:p>
        </w:tc>
        <w:tc>
          <w:tcPr>
            <w:tcW w:w="5896" w:type="dxa"/>
            <w:tcMar>
              <w:top w:w="60" w:type="dxa"/>
              <w:left w:w="80" w:type="dxa"/>
              <w:bottom w:w="60" w:type="dxa"/>
              <w:right w:w="80" w:type="dxa"/>
            </w:tcMar>
            <w:vAlign w:val="center"/>
          </w:tcPr>
          <w:p w14:paraId="2C0CF78C" w14:textId="77777777" w:rsidR="000B7C4C" w:rsidRDefault="00000000">
            <w:pPr>
              <w:jc w:val="left"/>
            </w:pPr>
            <w:r>
              <w:rPr>
                <w:sz w:val="17"/>
              </w:rPr>
              <w:t>Oğuzlar Mah., Barış Manço Cad., Av. Özdemir Özok Sok. No: 8, 06520 Balgat / Çankaya / Ankara</w:t>
            </w:r>
            <w:r>
              <w:br/>
            </w:r>
            <w:r>
              <w:rPr>
                <w:sz w:val="17"/>
              </w:rPr>
              <w:t>Tel: 0312 292 59 00</w:t>
            </w:r>
          </w:p>
        </w:tc>
      </w:tr>
      <w:tr w:rsidR="000B7C4C" w14:paraId="522CFDDB" w14:textId="77777777">
        <w:trPr>
          <w:cantSplit/>
          <w:jc w:val="center"/>
        </w:trPr>
        <w:tc>
          <w:tcPr>
            <w:tcW w:w="510" w:type="dxa"/>
            <w:tcMar>
              <w:top w:w="60" w:type="dxa"/>
              <w:left w:w="80" w:type="dxa"/>
              <w:bottom w:w="60" w:type="dxa"/>
              <w:right w:w="80" w:type="dxa"/>
            </w:tcMar>
            <w:vAlign w:val="center"/>
          </w:tcPr>
          <w:p w14:paraId="6B4AB087" w14:textId="77777777" w:rsidR="000B7C4C" w:rsidRDefault="00000000">
            <w:pPr>
              <w:jc w:val="center"/>
            </w:pPr>
            <w:r>
              <w:rPr>
                <w:sz w:val="17"/>
              </w:rPr>
              <w:t>7</w:t>
            </w:r>
          </w:p>
        </w:tc>
        <w:tc>
          <w:tcPr>
            <w:tcW w:w="3515" w:type="dxa"/>
            <w:tcMar>
              <w:top w:w="60" w:type="dxa"/>
              <w:left w:w="80" w:type="dxa"/>
              <w:bottom w:w="60" w:type="dxa"/>
              <w:right w:w="80" w:type="dxa"/>
            </w:tcMar>
            <w:vAlign w:val="center"/>
          </w:tcPr>
          <w:p w14:paraId="2B631C69" w14:textId="77777777" w:rsidR="000B7C4C" w:rsidRDefault="00000000">
            <w:pPr>
              <w:jc w:val="left"/>
            </w:pPr>
            <w:r>
              <w:rPr>
                <w:b/>
                <w:sz w:val="17"/>
              </w:rPr>
              <w:t>İstanbul Barosu Başkanlığı</w:t>
            </w:r>
          </w:p>
        </w:tc>
        <w:tc>
          <w:tcPr>
            <w:tcW w:w="5896" w:type="dxa"/>
            <w:tcMar>
              <w:top w:w="60" w:type="dxa"/>
              <w:left w:w="80" w:type="dxa"/>
              <w:bottom w:w="60" w:type="dxa"/>
              <w:right w:w="80" w:type="dxa"/>
            </w:tcMar>
            <w:vAlign w:val="center"/>
          </w:tcPr>
          <w:p w14:paraId="1445BB3E" w14:textId="77777777" w:rsidR="000B7C4C" w:rsidRDefault="00000000">
            <w:pPr>
              <w:jc w:val="left"/>
            </w:pPr>
            <w:r>
              <w:rPr>
                <w:sz w:val="17"/>
              </w:rPr>
              <w:t>İstiklal Cad., Orhan Adli Apaydın Sok. No: 2, 34430 Beyoğlu / İstanbul</w:t>
            </w:r>
            <w:r>
              <w:br/>
            </w:r>
            <w:r>
              <w:rPr>
                <w:sz w:val="17"/>
              </w:rPr>
              <w:t>Tel: 0212 393 07 00 - 444 18 78</w:t>
            </w:r>
          </w:p>
        </w:tc>
      </w:tr>
      <w:tr w:rsidR="000B7C4C" w14:paraId="3DBA15B9" w14:textId="77777777">
        <w:trPr>
          <w:cantSplit/>
          <w:jc w:val="center"/>
        </w:trPr>
        <w:tc>
          <w:tcPr>
            <w:tcW w:w="510" w:type="dxa"/>
            <w:tcMar>
              <w:top w:w="60" w:type="dxa"/>
              <w:left w:w="80" w:type="dxa"/>
              <w:bottom w:w="60" w:type="dxa"/>
              <w:right w:w="80" w:type="dxa"/>
            </w:tcMar>
            <w:vAlign w:val="center"/>
          </w:tcPr>
          <w:p w14:paraId="2313AD93" w14:textId="77777777" w:rsidR="000B7C4C" w:rsidRDefault="00000000">
            <w:pPr>
              <w:jc w:val="center"/>
            </w:pPr>
            <w:r>
              <w:rPr>
                <w:sz w:val="17"/>
              </w:rPr>
              <w:t>8</w:t>
            </w:r>
          </w:p>
        </w:tc>
        <w:tc>
          <w:tcPr>
            <w:tcW w:w="3515" w:type="dxa"/>
            <w:tcMar>
              <w:top w:w="60" w:type="dxa"/>
              <w:left w:w="80" w:type="dxa"/>
              <w:bottom w:w="60" w:type="dxa"/>
              <w:right w:w="80" w:type="dxa"/>
            </w:tcMar>
            <w:vAlign w:val="center"/>
          </w:tcPr>
          <w:p w14:paraId="44F6B346" w14:textId="77777777" w:rsidR="000B7C4C" w:rsidRDefault="00000000">
            <w:pPr>
              <w:jc w:val="left"/>
            </w:pPr>
            <w:r>
              <w:rPr>
                <w:b/>
                <w:sz w:val="17"/>
              </w:rPr>
              <w:t>Ankara Barosu Başkanlığı</w:t>
            </w:r>
          </w:p>
        </w:tc>
        <w:tc>
          <w:tcPr>
            <w:tcW w:w="5896" w:type="dxa"/>
            <w:tcMar>
              <w:top w:w="60" w:type="dxa"/>
              <w:left w:w="80" w:type="dxa"/>
              <w:bottom w:w="60" w:type="dxa"/>
              <w:right w:w="80" w:type="dxa"/>
            </w:tcMar>
            <w:vAlign w:val="center"/>
          </w:tcPr>
          <w:p w14:paraId="47485A39" w14:textId="77777777" w:rsidR="000B7C4C" w:rsidRDefault="00000000">
            <w:pPr>
              <w:jc w:val="left"/>
            </w:pPr>
            <w:r>
              <w:rPr>
                <w:sz w:val="17"/>
              </w:rPr>
              <w:t>Atatürk Bulvarı No: 40, Adliye Sarayı, 5. Kat, Sıhhiye / Ankara</w:t>
            </w:r>
          </w:p>
        </w:tc>
      </w:tr>
      <w:tr w:rsidR="000B7C4C" w14:paraId="52E9C9F0" w14:textId="77777777">
        <w:trPr>
          <w:cantSplit/>
          <w:jc w:val="center"/>
        </w:trPr>
        <w:tc>
          <w:tcPr>
            <w:tcW w:w="510" w:type="dxa"/>
            <w:tcMar>
              <w:top w:w="60" w:type="dxa"/>
              <w:left w:w="80" w:type="dxa"/>
              <w:bottom w:w="60" w:type="dxa"/>
              <w:right w:w="80" w:type="dxa"/>
            </w:tcMar>
            <w:vAlign w:val="center"/>
          </w:tcPr>
          <w:p w14:paraId="26E02BF5" w14:textId="77777777" w:rsidR="000B7C4C" w:rsidRDefault="00000000">
            <w:pPr>
              <w:jc w:val="center"/>
            </w:pPr>
            <w:r>
              <w:rPr>
                <w:sz w:val="17"/>
              </w:rPr>
              <w:t>9</w:t>
            </w:r>
          </w:p>
        </w:tc>
        <w:tc>
          <w:tcPr>
            <w:tcW w:w="3515" w:type="dxa"/>
            <w:tcMar>
              <w:top w:w="60" w:type="dxa"/>
              <w:left w:w="80" w:type="dxa"/>
              <w:bottom w:w="60" w:type="dxa"/>
              <w:right w:w="80" w:type="dxa"/>
            </w:tcMar>
            <w:vAlign w:val="center"/>
          </w:tcPr>
          <w:p w14:paraId="01031001" w14:textId="77777777" w:rsidR="000B7C4C" w:rsidRDefault="00000000">
            <w:pPr>
              <w:jc w:val="left"/>
            </w:pPr>
            <w:r>
              <w:rPr>
                <w:b/>
                <w:sz w:val="17"/>
              </w:rPr>
              <w:t>İzmir Barosu Başkanlığı</w:t>
            </w:r>
          </w:p>
        </w:tc>
        <w:tc>
          <w:tcPr>
            <w:tcW w:w="5896" w:type="dxa"/>
            <w:tcMar>
              <w:top w:w="60" w:type="dxa"/>
              <w:left w:w="80" w:type="dxa"/>
              <w:bottom w:w="60" w:type="dxa"/>
              <w:right w:w="80" w:type="dxa"/>
            </w:tcMar>
            <w:vAlign w:val="center"/>
          </w:tcPr>
          <w:p w14:paraId="6D899A1A" w14:textId="77777777" w:rsidR="000B7C4C" w:rsidRDefault="00000000">
            <w:pPr>
              <w:jc w:val="left"/>
            </w:pPr>
            <w:r>
              <w:rPr>
                <w:sz w:val="17"/>
              </w:rPr>
              <w:t>1456 Sokak No: 14, Alsancak / Konak / İzmir</w:t>
            </w:r>
          </w:p>
        </w:tc>
      </w:tr>
      <w:tr w:rsidR="000B7C4C" w14:paraId="7DAF71EB" w14:textId="77777777">
        <w:trPr>
          <w:cantSplit/>
          <w:jc w:val="center"/>
        </w:trPr>
        <w:tc>
          <w:tcPr>
            <w:tcW w:w="510" w:type="dxa"/>
            <w:tcMar>
              <w:top w:w="60" w:type="dxa"/>
              <w:left w:w="80" w:type="dxa"/>
              <w:bottom w:w="60" w:type="dxa"/>
              <w:right w:w="80" w:type="dxa"/>
            </w:tcMar>
            <w:vAlign w:val="center"/>
          </w:tcPr>
          <w:p w14:paraId="6DF4D02E" w14:textId="77777777" w:rsidR="000B7C4C" w:rsidRDefault="00000000">
            <w:pPr>
              <w:jc w:val="center"/>
            </w:pPr>
            <w:r>
              <w:rPr>
                <w:sz w:val="17"/>
              </w:rPr>
              <w:t>10</w:t>
            </w:r>
          </w:p>
        </w:tc>
        <w:tc>
          <w:tcPr>
            <w:tcW w:w="3515" w:type="dxa"/>
            <w:tcMar>
              <w:top w:w="60" w:type="dxa"/>
              <w:left w:w="80" w:type="dxa"/>
              <w:bottom w:w="60" w:type="dxa"/>
              <w:right w:w="80" w:type="dxa"/>
            </w:tcMar>
            <w:vAlign w:val="center"/>
          </w:tcPr>
          <w:p w14:paraId="63E3664D" w14:textId="77777777" w:rsidR="000B7C4C" w:rsidRDefault="00000000">
            <w:pPr>
              <w:jc w:val="left"/>
            </w:pPr>
            <w:r>
              <w:rPr>
                <w:b/>
                <w:sz w:val="17"/>
              </w:rPr>
              <w:t>T.C. Adalet Bakanlığı</w:t>
            </w:r>
          </w:p>
        </w:tc>
        <w:tc>
          <w:tcPr>
            <w:tcW w:w="5896" w:type="dxa"/>
            <w:tcMar>
              <w:top w:w="60" w:type="dxa"/>
              <w:left w:w="80" w:type="dxa"/>
              <w:bottom w:w="60" w:type="dxa"/>
              <w:right w:w="80" w:type="dxa"/>
            </w:tcMar>
            <w:vAlign w:val="center"/>
          </w:tcPr>
          <w:p w14:paraId="25D87FE6" w14:textId="77777777" w:rsidR="000B7C4C" w:rsidRDefault="00000000">
            <w:pPr>
              <w:jc w:val="left"/>
            </w:pPr>
            <w:r>
              <w:rPr>
                <w:sz w:val="17"/>
              </w:rPr>
              <w:t>Ek Bina, B Blok, Namık Kemal Mah., Milli Müdafaa Cad. No: 22, 06659 Çankaya / Ankara</w:t>
            </w:r>
          </w:p>
        </w:tc>
      </w:tr>
    </w:tbl>
    <w:p w14:paraId="4EB23CA1" w14:textId="77777777" w:rsidR="000B7C4C" w:rsidRDefault="000B7C4C"/>
    <w:p w14:paraId="26CCDADC" w14:textId="77777777" w:rsidR="000B7C4C" w:rsidRDefault="00000000">
      <w:pPr>
        <w:spacing w:after="120"/>
      </w:pPr>
      <w:r>
        <w:rPr>
          <w:b/>
        </w:rPr>
        <w:t>Konu: Uluslararası Ceza Mahkemesi ile İstanbul 11. Ağır Ceza Mahkemesi kararlarının etkili biçimde uygulanması; ulusal ve uluslararası kurumlarca sürecin izlenmesi talebidir.</w:t>
      </w:r>
    </w:p>
    <w:p w14:paraId="1BF4F2C1" w14:textId="77777777" w:rsidR="000B7C4C" w:rsidRDefault="00000000">
      <w:pPr>
        <w:pStyle w:val="Balk1"/>
      </w:pPr>
      <w:r>
        <w:t>AÇIKLAMALAR</w:t>
      </w:r>
    </w:p>
    <w:p w14:paraId="1F119EDF" w14:textId="77777777" w:rsidR="000B7C4C" w:rsidRDefault="00000000">
      <w:r>
        <w:t>Bizler, ekli listede adları, baroları ve sicil bilgileri bulunan avukatlar olarak, uluslararası suçlar karşısında cezasızlığın önlenmesi ve mahkeme kararlarının siyasal hesaplara terk edilmemesi amacıyla bir araya geldik.</w:t>
      </w:r>
    </w:p>
    <w:p w14:paraId="020892CE" w14:textId="77777777" w:rsidR="000B7C4C" w:rsidRDefault="00000000">
      <w:r>
        <w:t>Bu girişim, Augusto Pinochet hakkında İspanyol yargısınca başlatılan ve İngiltere'de tutuklanmasına kadar uzanan sürecin hukuk tarihinde açtığı yolu hatırlamaktadır. Pinochet dosyası, eski devlet başkanlarının işkence ve insanlığa karşı suçlar bakımından mutlak bir dokunulmazlıktan yararlanamayacağını; uluslararası suçların, makam ve güç zırhıyla hukukun dışına çıkarılamayacağını dünyaya göstermiştir.</w:t>
      </w:r>
    </w:p>
    <w:p w14:paraId="1DF48862" w14:textId="77777777" w:rsidR="000B7C4C" w:rsidRDefault="00000000">
      <w:r>
        <w:t xml:space="preserve">Bugün Benjamin Netanyahu hakkında verilen kararlar da aynı tarihsel ve hukukî sınavın önündedir. Bir yakalama kararının gerçek değeri yalnızca verilmiş olmasında değil, uygulanması için gösterilen hukuk iradesindedir. Hukuk, </w:t>
      </w:r>
      <w:r>
        <w:lastRenderedPageBreak/>
        <w:t>güçlü devletlerin yöneticilerine uygulanmadığında, yalnızca güçsüzler, yenilmişler ve korumasızlar için işleyen seçici bir cezalandırma aracına dönüşür.</w:t>
      </w:r>
    </w:p>
    <w:p w14:paraId="4920DD23" w14:textId="77777777" w:rsidR="000B7C4C" w:rsidRDefault="00000000">
      <w:pPr>
        <w:pStyle w:val="Balk1"/>
      </w:pPr>
      <w:r>
        <w:t>HUKUKÎ VE OLGUSAL ÇERÇEVE</w:t>
      </w:r>
    </w:p>
    <w:p w14:paraId="0CD067C7" w14:textId="77777777" w:rsidR="000B7C4C" w:rsidRDefault="00000000">
      <w:r>
        <w:t>Uluslararası Ceza Mahkemesi, 21 Kasım 2024 tarihinde İsrail Başbakanı Benjamin Netanyahu hakkında savaş suçları ve insanlığa karşı suçlar isnadıyla yakalama kararı vermiştir.</w:t>
      </w:r>
    </w:p>
    <w:p w14:paraId="3229EB86" w14:textId="77777777" w:rsidR="000B7C4C" w:rsidRDefault="00000000">
      <w:r>
        <w:t>İstanbul 11. Ağır Ceza Mahkemesi de Gazze'ye insani yardım götüren Sumud Filosu'na yönelik müdahaleye ilişkin görülmekte olan davada, 14 Temmuz 2026 tarihli ara kararıyla Netanyahu hakkında INTERPOL kırmızı bülteni çıkarılması yönünde gerekli işlemlerin yapılmasına karar vermiştir.</w:t>
      </w:r>
    </w:p>
    <w:p w14:paraId="0D3D504B" w14:textId="77777777" w:rsidR="000B7C4C" w:rsidRDefault="00000000">
      <w:r>
        <w:t>Bu iki karar birbirinden kopuk hukukî olaylar değildir. Biri uluslararası ceza yargısının, diğeri ulusal ceza yargısının aynı temel soruya verdiği cevaptır: Devlet yöneticilerinin makamları, uluslararası suçlar karşısında dokunulmazlık zırhına dönüşebilir mi?</w:t>
      </w:r>
    </w:p>
    <w:p w14:paraId="043E1435" w14:textId="77777777" w:rsidR="000B7C4C" w:rsidRDefault="00000000">
      <w:r>
        <w:t>Biz hukukçuların cevabı açıktır: Hiçbir devlet görevi; sivillerin aç bırakılmasını, öldürülmesini, zorla yerinden edilmesini, insani yardımın engellenmesini veya insani yardım görevlilerine yönelik saldırıları hukukun erişemeyeceği bir alana taşıyamaz.</w:t>
      </w:r>
    </w:p>
    <w:p w14:paraId="5C99E941" w14:textId="77777777" w:rsidR="000B7C4C" w:rsidRDefault="00000000">
      <w:pPr>
        <w:pStyle w:val="Balk1"/>
      </w:pPr>
      <w:r>
        <w:t>KARAR VE TALEPLERİMİZ</w:t>
      </w:r>
    </w:p>
    <w:p w14:paraId="17963EB4" w14:textId="77777777" w:rsidR="000B7C4C" w:rsidRDefault="00000000">
      <w:pPr>
        <w:ind w:left="369" w:hanging="312"/>
      </w:pPr>
      <w:r>
        <w:rPr>
          <w:b/>
        </w:rPr>
        <w:t xml:space="preserve">1. </w:t>
      </w:r>
      <w:r>
        <w:t>İstanbul 11. Ağır Ceza Mahkemesinin 14 Temmuz 2026 tarihli ara kararının gereğinin gecikmeksizin yerine getirilmesini; kararın yetkili makamlar aracılığıyla INTERPOL kanallarına usulüne uygun biçimde iletilmesini; yapılan idarî ve icraî işlemler ile bunların sonuçları hakkında kamuoyuna ve başvuranlara bilgi verilmesini,</w:t>
      </w:r>
    </w:p>
    <w:p w14:paraId="79F03BEE" w14:textId="77777777" w:rsidR="000B7C4C" w:rsidRDefault="00000000">
      <w:pPr>
        <w:ind w:left="369" w:hanging="312"/>
      </w:pPr>
      <w:r>
        <w:rPr>
          <w:b/>
        </w:rPr>
        <w:t xml:space="preserve">2. </w:t>
      </w:r>
      <w:r>
        <w:t>INTERPOL Genel Sekreterliğinin kendisine ulaşacak talebi siyasal güç dengelerine göre değil; INTERPOL Anayasası, insan hakları ilkeleri ve uluslararası suçlarla mücadele amacı doğrultusunda incelemesini ve süreç hakkında tarafımıza bilgi verilmesini,</w:t>
      </w:r>
    </w:p>
    <w:p w14:paraId="103810AD" w14:textId="77777777" w:rsidR="000B7C4C" w:rsidRDefault="00000000">
      <w:pPr>
        <w:ind w:left="369" w:hanging="312"/>
      </w:pPr>
      <w:r>
        <w:rPr>
          <w:b/>
        </w:rPr>
        <w:t xml:space="preserve">3. </w:t>
      </w:r>
      <w:r>
        <w:t>Roma Statüsü'ne taraf bütün devletlerin, Uluslararası Ceza Mahkemesinin Netanyahu hakkındaki yakalama ve teslim kararından doğan yükümlülüklerini eksiksiz yerine getirmesini; bu yükümlülüklerin uygulanmasının ilgili uluslararası kurumlarca etkin biçimde izlenmesini,</w:t>
      </w:r>
    </w:p>
    <w:p w14:paraId="51E47006" w14:textId="77777777" w:rsidR="000B7C4C" w:rsidRDefault="00000000">
      <w:pPr>
        <w:ind w:left="369" w:hanging="312"/>
      </w:pPr>
      <w:r>
        <w:rPr>
          <w:b/>
        </w:rPr>
        <w:t xml:space="preserve">4. </w:t>
      </w:r>
      <w:r>
        <w:t>Avrupa Birliği kurumlarının, Avrupa Konseyi organlarının ve Avrupa devletlerinin uluslararası ceza adaletini devletler arasında ayrım yapmaksızın savunmasını; diplomatik ve siyasî değerlendirmelerin yargısal kararların uygulanmasını etkisizleştirmesine izin vermemesini,</w:t>
      </w:r>
    </w:p>
    <w:p w14:paraId="43AA7257" w14:textId="77777777" w:rsidR="000B7C4C" w:rsidRDefault="00000000">
      <w:pPr>
        <w:ind w:left="369" w:hanging="312"/>
      </w:pPr>
      <w:r>
        <w:rPr>
          <w:b/>
        </w:rPr>
        <w:t xml:space="preserve">5. </w:t>
      </w:r>
      <w:r>
        <w:t>Birleşmiş Milletler ve bağlı insan hakları mekanizmalarının, Gazze'de işlendiği ileri sürülen uluslararası suçlara ilişkin delillerin korunması, mağdurların korunması ve sorumluların yargılanması için etkili, şeffaf ve sonuç doğurucu girişimlerde bulunmasını,</w:t>
      </w:r>
    </w:p>
    <w:p w14:paraId="7CF15D7A" w14:textId="77777777" w:rsidR="000B7C4C" w:rsidRDefault="00000000">
      <w:pPr>
        <w:ind w:left="369" w:hanging="312"/>
      </w:pPr>
      <w:r>
        <w:rPr>
          <w:b/>
        </w:rPr>
        <w:t xml:space="preserve">6. </w:t>
      </w:r>
      <w:r>
        <w:t>Türkiye Barolar Birliği, barolar, hukuk fakülteleri, insan hakları kuruluşları ve uluslararası hukuk örgütlerinin süreci sürekli izlemesini; gerektiğinde Uluslararası Ceza Mahkemesi nezdinde amicus curiae (mahkemenin dostu) görüşü sunmak ve diğer hukuk yollarını işletmek üzere ortak bir hukuk heyeti oluşturmasını,</w:t>
      </w:r>
    </w:p>
    <w:p w14:paraId="529C0469" w14:textId="77777777" w:rsidR="000B7C4C" w:rsidRDefault="00000000">
      <w:pPr>
        <w:ind w:left="369" w:hanging="312"/>
      </w:pPr>
      <w:r>
        <w:rPr>
          <w:b/>
        </w:rPr>
        <w:t xml:space="preserve">7. </w:t>
      </w:r>
      <w:r>
        <w:t>İstanbul'daki yargılamanın, ulusal ve uluslararası hukukçulardan oluşan bağımsız gözlem heyetlerince takip edilmesini; duruşma ve karar süreçlerine ilişkin hukukî değerlendirmelerin kamuoyuyla paylaşılmasını talep ediyoruz.</w:t>
      </w:r>
    </w:p>
    <w:p w14:paraId="466209FC" w14:textId="77777777" w:rsidR="000B7C4C" w:rsidRDefault="00000000">
      <w:pPr>
        <w:pStyle w:val="Balk1"/>
      </w:pPr>
      <w:r>
        <w:t>HUKUKÇULARA VE KURUMLARA ÇAĞRI</w:t>
      </w:r>
    </w:p>
    <w:p w14:paraId="3A25DA38" w14:textId="77777777" w:rsidR="000B7C4C" w:rsidRDefault="00000000">
      <w:r>
        <w:t>Bu çağrı, yalnızca belirli bir olayın veya belirli mağdurların değil, bütün mağdurların aynı hukuktan yararlanması talebidir.</w:t>
      </w:r>
    </w:p>
    <w:p w14:paraId="59316FBB" w14:textId="77777777" w:rsidR="000B7C4C" w:rsidRDefault="00000000">
      <w:r>
        <w:t>Yakalama kararları yalnız sanıkları değil, devletlerin hukuka sadakatini de sınar. Mahkeme kararlarının diplomatik çekmecelerde unutulmamasını; mahkemelerin verdiği kararların devletlerin siyasal hesaplarından daha değersiz sayılmamasını istiyoruz.</w:t>
      </w:r>
    </w:p>
    <w:p w14:paraId="58984D85" w14:textId="77777777" w:rsidR="000B7C4C" w:rsidRDefault="00000000">
      <w:r>
        <w:t>Meslektaşlarımızı, hukuk akademisyenlerini, baroları ve insan hakları savunucularını bu metni imzalamaya; ulusal ve uluslararası hukuk yollarının birlikte işletilmesi amacıyla oluşturulacak hukuk heyetine katılmaya çağırıyoruz.</w:t>
      </w:r>
    </w:p>
    <w:p w14:paraId="65E2D96E" w14:textId="77777777" w:rsidR="000B7C4C" w:rsidRDefault="00000000">
      <w:r>
        <w:t>Hukuk kendiliğinden ilerlemez. Onu, ısrar edenler ilerletir. Israr ediyoruz; takip edeceğiz ve ilerleteceğiz.</w:t>
      </w:r>
    </w:p>
    <w:p w14:paraId="4ABC434D" w14:textId="77777777" w:rsidR="000B7C4C" w:rsidRDefault="00000000">
      <w:pPr>
        <w:pStyle w:val="Balk1"/>
      </w:pPr>
      <w:r>
        <w:t>SONUÇ VE İSTEM</w:t>
      </w:r>
    </w:p>
    <w:p w14:paraId="336EC1DB" w14:textId="77777777" w:rsidR="000B7C4C" w:rsidRDefault="00000000">
      <w:r>
        <w:t>Yukarıda açıklanan nedenlerle, muhatap kurumların kendi görev ve yetkileri kapsamında gerekli işlemleri gecikmeksizin yapmasını, sonuçları ortak yazışma adresimize bildirmesini ve kamuoyunu şeffaf biçimde bilgilendirmesini saygıyla talep ederiz.</w:t>
      </w:r>
    </w:p>
    <w:p w14:paraId="3B0FC314" w14:textId="77777777" w:rsidR="000B7C4C" w:rsidRDefault="00000000">
      <w:pPr>
        <w:spacing w:before="200"/>
      </w:pPr>
      <w:r>
        <w:rPr>
          <w:b/>
        </w:rPr>
        <w:lastRenderedPageBreak/>
        <w:t>İmzaya açılma tarihi: 20 Temmuz 2026</w:t>
      </w:r>
      <w:r>
        <w:rPr>
          <w:b/>
        </w:rPr>
        <w:br/>
        <w:t>Başvuru tarihi: 22 Temmuz 2026</w:t>
      </w:r>
    </w:p>
    <w:tbl>
      <w:tblPr>
        <w:tblW w:w="0" w:type="auto"/>
        <w:jc w:val="center"/>
        <w:tblLayout w:type="fixed"/>
        <w:tblLook w:val="04A0" w:firstRow="1" w:lastRow="0" w:firstColumn="1" w:lastColumn="0" w:noHBand="0" w:noVBand="1"/>
      </w:tblPr>
      <w:tblGrid>
        <w:gridCol w:w="4706"/>
        <w:gridCol w:w="4706"/>
      </w:tblGrid>
      <w:tr w:rsidR="000B7C4C" w14:paraId="5BF39732" w14:textId="77777777">
        <w:trPr>
          <w:jc w:val="center"/>
        </w:trPr>
        <w:tc>
          <w:tcPr>
            <w:tcW w:w="4706" w:type="dxa"/>
          </w:tcPr>
          <w:p w14:paraId="66BBABE8" w14:textId="77777777" w:rsidR="000B7C4C" w:rsidRDefault="00000000">
            <w:pPr>
              <w:jc w:val="center"/>
            </w:pPr>
            <w:r>
              <w:rPr>
                <w:b/>
              </w:rPr>
              <w:t>Koordinatör Avukat</w:t>
            </w:r>
            <w:r>
              <w:rPr>
                <w:b/>
              </w:rPr>
              <w:br/>
            </w:r>
            <w:r>
              <w:t>Av. Hıdır Kırkıcı</w:t>
            </w:r>
            <w:r>
              <w:br/>
              <w:t>Isparta Barosu - Sicil No. 1001</w:t>
            </w:r>
          </w:p>
        </w:tc>
        <w:tc>
          <w:tcPr>
            <w:tcW w:w="4706" w:type="dxa"/>
          </w:tcPr>
          <w:p w14:paraId="48BED4B9" w14:textId="77777777" w:rsidR="000B7C4C" w:rsidRDefault="00000000">
            <w:pPr>
              <w:jc w:val="center"/>
            </w:pPr>
            <w:r>
              <w:rPr>
                <w:b/>
              </w:rPr>
              <w:t>Koordinatör Avukat</w:t>
            </w:r>
            <w:r>
              <w:rPr>
                <w:b/>
              </w:rPr>
              <w:br/>
            </w:r>
            <w:r>
              <w:t>Av. Senih Özay</w:t>
            </w:r>
            <w:r>
              <w:br/>
            </w:r>
          </w:p>
        </w:tc>
      </w:tr>
    </w:tbl>
    <w:p w14:paraId="2AFC38C6" w14:textId="77777777" w:rsidR="000B7C4C" w:rsidRDefault="00000000">
      <w:r>
        <w:br w:type="page"/>
      </w:r>
    </w:p>
    <w:p w14:paraId="291AD514" w14:textId="77777777" w:rsidR="000B7C4C" w:rsidRDefault="00000000">
      <w:pPr>
        <w:pStyle w:val="KonuBal"/>
      </w:pPr>
      <w:r>
        <w:lastRenderedPageBreak/>
        <w:t>EK-1: İMZACI AVUKATLAR LİSTESİ (117 AVUKAT)</w:t>
      </w:r>
    </w:p>
    <w:p w14:paraId="056D2F3E" w14:textId="77777777" w:rsidR="000B7C4C" w:rsidRDefault="00000000">
      <w:pPr>
        <w:pStyle w:val="Compact"/>
        <w:jc w:val="both"/>
      </w:pPr>
      <w:r>
        <w:t>Not: Kaynak metinde 72 numaradan 75 numaraya geçildiği için sıra numaraları düzeltilmiş; aynı imza listesi ikinci kez tekrarlandığından tek liste hâline getirilmiştir. Oğuz Uğur Olca ve Ebru Erginbay için sicil numarası kaynakta bulunmamaktadır.</w:t>
      </w:r>
    </w:p>
    <w:tbl>
      <w:tblPr>
        <w:tblStyle w:val="TabloKlavuzu"/>
        <w:tblW w:w="0" w:type="auto"/>
        <w:jc w:val="center"/>
        <w:tblLook w:val="04A0" w:firstRow="1" w:lastRow="0" w:firstColumn="1" w:lastColumn="0" w:noHBand="0" w:noVBand="1"/>
      </w:tblPr>
      <w:tblGrid>
        <w:gridCol w:w="482"/>
        <w:gridCol w:w="3855"/>
        <w:gridCol w:w="3628"/>
        <w:gridCol w:w="1701"/>
      </w:tblGrid>
      <w:tr w:rsidR="000B7C4C" w14:paraId="7194AE90" w14:textId="77777777">
        <w:trPr>
          <w:tblHeader/>
          <w:jc w:val="center"/>
        </w:trPr>
        <w:tc>
          <w:tcPr>
            <w:tcW w:w="482" w:type="dxa"/>
            <w:shd w:val="clear" w:color="auto" w:fill="D9E2F3"/>
            <w:tcMar>
              <w:top w:w="50" w:type="dxa"/>
              <w:left w:w="65" w:type="dxa"/>
              <w:bottom w:w="50" w:type="dxa"/>
              <w:right w:w="65" w:type="dxa"/>
            </w:tcMar>
          </w:tcPr>
          <w:p w14:paraId="48BA223C" w14:textId="77777777" w:rsidR="000B7C4C" w:rsidRDefault="00000000">
            <w:pPr>
              <w:jc w:val="center"/>
            </w:pPr>
            <w:r>
              <w:rPr>
                <w:b/>
                <w:sz w:val="17"/>
              </w:rPr>
              <w:t>No.</w:t>
            </w:r>
          </w:p>
        </w:tc>
        <w:tc>
          <w:tcPr>
            <w:tcW w:w="3855" w:type="dxa"/>
            <w:shd w:val="clear" w:color="auto" w:fill="D9E2F3"/>
            <w:tcMar>
              <w:top w:w="50" w:type="dxa"/>
              <w:left w:w="65" w:type="dxa"/>
              <w:bottom w:w="50" w:type="dxa"/>
              <w:right w:w="65" w:type="dxa"/>
            </w:tcMar>
          </w:tcPr>
          <w:p w14:paraId="27C020EE" w14:textId="77777777" w:rsidR="000B7C4C" w:rsidRDefault="00000000">
            <w:pPr>
              <w:jc w:val="center"/>
            </w:pPr>
            <w:r>
              <w:rPr>
                <w:b/>
                <w:sz w:val="17"/>
              </w:rPr>
              <w:t>Avukat</w:t>
            </w:r>
          </w:p>
        </w:tc>
        <w:tc>
          <w:tcPr>
            <w:tcW w:w="3628" w:type="dxa"/>
            <w:shd w:val="clear" w:color="auto" w:fill="D9E2F3"/>
            <w:tcMar>
              <w:top w:w="50" w:type="dxa"/>
              <w:left w:w="65" w:type="dxa"/>
              <w:bottom w:w="50" w:type="dxa"/>
              <w:right w:w="65" w:type="dxa"/>
            </w:tcMar>
          </w:tcPr>
          <w:p w14:paraId="10BC08BB" w14:textId="77777777" w:rsidR="000B7C4C" w:rsidRDefault="00000000">
            <w:pPr>
              <w:jc w:val="center"/>
            </w:pPr>
            <w:r>
              <w:rPr>
                <w:b/>
                <w:sz w:val="17"/>
              </w:rPr>
              <w:t>Baro</w:t>
            </w:r>
          </w:p>
        </w:tc>
        <w:tc>
          <w:tcPr>
            <w:tcW w:w="1701" w:type="dxa"/>
            <w:shd w:val="clear" w:color="auto" w:fill="D9E2F3"/>
            <w:tcMar>
              <w:top w:w="50" w:type="dxa"/>
              <w:left w:w="65" w:type="dxa"/>
              <w:bottom w:w="50" w:type="dxa"/>
              <w:right w:w="65" w:type="dxa"/>
            </w:tcMar>
          </w:tcPr>
          <w:p w14:paraId="18A79F3D" w14:textId="77777777" w:rsidR="000B7C4C" w:rsidRDefault="00000000">
            <w:pPr>
              <w:jc w:val="center"/>
            </w:pPr>
            <w:r>
              <w:rPr>
                <w:b/>
                <w:sz w:val="17"/>
              </w:rPr>
              <w:t>Sicil No.</w:t>
            </w:r>
          </w:p>
        </w:tc>
      </w:tr>
      <w:tr w:rsidR="000B7C4C" w14:paraId="4BD0C0E9" w14:textId="77777777">
        <w:trPr>
          <w:cantSplit/>
          <w:jc w:val="center"/>
        </w:trPr>
        <w:tc>
          <w:tcPr>
            <w:tcW w:w="482" w:type="dxa"/>
            <w:tcMar>
              <w:top w:w="38" w:type="dxa"/>
              <w:left w:w="55" w:type="dxa"/>
              <w:bottom w:w="38" w:type="dxa"/>
              <w:right w:w="55" w:type="dxa"/>
            </w:tcMar>
            <w:vAlign w:val="center"/>
          </w:tcPr>
          <w:p w14:paraId="6FF9CE7C" w14:textId="77777777" w:rsidR="000B7C4C" w:rsidRDefault="00000000">
            <w:pPr>
              <w:spacing w:after="0" w:line="240" w:lineRule="auto"/>
              <w:jc w:val="center"/>
            </w:pPr>
            <w:r>
              <w:rPr>
                <w:sz w:val="16"/>
              </w:rPr>
              <w:t>1</w:t>
            </w:r>
          </w:p>
        </w:tc>
        <w:tc>
          <w:tcPr>
            <w:tcW w:w="3855" w:type="dxa"/>
            <w:tcMar>
              <w:top w:w="38" w:type="dxa"/>
              <w:left w:w="55" w:type="dxa"/>
              <w:bottom w:w="38" w:type="dxa"/>
              <w:right w:w="55" w:type="dxa"/>
            </w:tcMar>
            <w:vAlign w:val="center"/>
          </w:tcPr>
          <w:p w14:paraId="5D7354C5" w14:textId="77777777" w:rsidR="000B7C4C" w:rsidRDefault="00000000">
            <w:pPr>
              <w:spacing w:after="0" w:line="240" w:lineRule="auto"/>
              <w:jc w:val="left"/>
            </w:pPr>
            <w:r>
              <w:rPr>
                <w:sz w:val="16"/>
              </w:rPr>
              <w:t>Av. Hıdır Kırkıcı</w:t>
            </w:r>
          </w:p>
        </w:tc>
        <w:tc>
          <w:tcPr>
            <w:tcW w:w="3628" w:type="dxa"/>
            <w:tcMar>
              <w:top w:w="38" w:type="dxa"/>
              <w:left w:w="55" w:type="dxa"/>
              <w:bottom w:w="38" w:type="dxa"/>
              <w:right w:w="55" w:type="dxa"/>
            </w:tcMar>
            <w:vAlign w:val="center"/>
          </w:tcPr>
          <w:p w14:paraId="2C87EECC" w14:textId="77777777" w:rsidR="000B7C4C" w:rsidRDefault="00000000">
            <w:pPr>
              <w:spacing w:after="0" w:line="240" w:lineRule="auto"/>
              <w:jc w:val="left"/>
            </w:pPr>
            <w:r>
              <w:rPr>
                <w:sz w:val="16"/>
              </w:rPr>
              <w:t>Isparta Barosu</w:t>
            </w:r>
          </w:p>
        </w:tc>
        <w:tc>
          <w:tcPr>
            <w:tcW w:w="1701" w:type="dxa"/>
            <w:tcMar>
              <w:top w:w="38" w:type="dxa"/>
              <w:left w:w="55" w:type="dxa"/>
              <w:bottom w:w="38" w:type="dxa"/>
              <w:right w:w="55" w:type="dxa"/>
            </w:tcMar>
            <w:vAlign w:val="center"/>
          </w:tcPr>
          <w:p w14:paraId="75E0CACB" w14:textId="77777777" w:rsidR="000B7C4C" w:rsidRDefault="00000000">
            <w:pPr>
              <w:spacing w:after="0" w:line="240" w:lineRule="auto"/>
              <w:jc w:val="center"/>
            </w:pPr>
            <w:r>
              <w:rPr>
                <w:sz w:val="16"/>
              </w:rPr>
              <w:t>1001</w:t>
            </w:r>
          </w:p>
        </w:tc>
      </w:tr>
      <w:tr w:rsidR="000B7C4C" w14:paraId="6435507D" w14:textId="77777777">
        <w:trPr>
          <w:cantSplit/>
          <w:jc w:val="center"/>
        </w:trPr>
        <w:tc>
          <w:tcPr>
            <w:tcW w:w="482" w:type="dxa"/>
            <w:tcMar>
              <w:top w:w="38" w:type="dxa"/>
              <w:left w:w="55" w:type="dxa"/>
              <w:bottom w:w="38" w:type="dxa"/>
              <w:right w:w="55" w:type="dxa"/>
            </w:tcMar>
            <w:vAlign w:val="center"/>
          </w:tcPr>
          <w:p w14:paraId="22858B87" w14:textId="77777777" w:rsidR="000B7C4C" w:rsidRDefault="00000000">
            <w:pPr>
              <w:spacing w:after="0" w:line="240" w:lineRule="auto"/>
              <w:jc w:val="center"/>
            </w:pPr>
            <w:r>
              <w:rPr>
                <w:sz w:val="16"/>
              </w:rPr>
              <w:t>2</w:t>
            </w:r>
          </w:p>
        </w:tc>
        <w:tc>
          <w:tcPr>
            <w:tcW w:w="3855" w:type="dxa"/>
            <w:tcMar>
              <w:top w:w="38" w:type="dxa"/>
              <w:left w:w="55" w:type="dxa"/>
              <w:bottom w:w="38" w:type="dxa"/>
              <w:right w:w="55" w:type="dxa"/>
            </w:tcMar>
            <w:vAlign w:val="center"/>
          </w:tcPr>
          <w:p w14:paraId="78468E8F" w14:textId="77777777" w:rsidR="000B7C4C" w:rsidRDefault="00000000">
            <w:pPr>
              <w:spacing w:after="0" w:line="240" w:lineRule="auto"/>
              <w:jc w:val="left"/>
            </w:pPr>
            <w:r>
              <w:rPr>
                <w:sz w:val="16"/>
              </w:rPr>
              <w:t>Av. Mehmet Ali Devecioğlu</w:t>
            </w:r>
          </w:p>
        </w:tc>
        <w:tc>
          <w:tcPr>
            <w:tcW w:w="3628" w:type="dxa"/>
            <w:tcMar>
              <w:top w:w="38" w:type="dxa"/>
              <w:left w:w="55" w:type="dxa"/>
              <w:bottom w:w="38" w:type="dxa"/>
              <w:right w:w="55" w:type="dxa"/>
            </w:tcMar>
            <w:vAlign w:val="center"/>
          </w:tcPr>
          <w:p w14:paraId="45D7FFF5"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A832529" w14:textId="77777777" w:rsidR="000B7C4C" w:rsidRDefault="00000000">
            <w:pPr>
              <w:spacing w:after="0" w:line="240" w:lineRule="auto"/>
              <w:jc w:val="center"/>
            </w:pPr>
            <w:r>
              <w:rPr>
                <w:sz w:val="16"/>
              </w:rPr>
              <w:t>16508</w:t>
            </w:r>
          </w:p>
        </w:tc>
      </w:tr>
      <w:tr w:rsidR="000B7C4C" w14:paraId="20177A11" w14:textId="77777777">
        <w:trPr>
          <w:cantSplit/>
          <w:jc w:val="center"/>
        </w:trPr>
        <w:tc>
          <w:tcPr>
            <w:tcW w:w="482" w:type="dxa"/>
            <w:tcMar>
              <w:top w:w="38" w:type="dxa"/>
              <w:left w:w="55" w:type="dxa"/>
              <w:bottom w:w="38" w:type="dxa"/>
              <w:right w:w="55" w:type="dxa"/>
            </w:tcMar>
            <w:vAlign w:val="center"/>
          </w:tcPr>
          <w:p w14:paraId="6C5DA6E5" w14:textId="77777777" w:rsidR="000B7C4C" w:rsidRDefault="00000000">
            <w:pPr>
              <w:spacing w:after="0" w:line="240" w:lineRule="auto"/>
              <w:jc w:val="center"/>
            </w:pPr>
            <w:r>
              <w:rPr>
                <w:sz w:val="16"/>
              </w:rPr>
              <w:t>3</w:t>
            </w:r>
          </w:p>
        </w:tc>
        <w:tc>
          <w:tcPr>
            <w:tcW w:w="3855" w:type="dxa"/>
            <w:tcMar>
              <w:top w:w="38" w:type="dxa"/>
              <w:left w:w="55" w:type="dxa"/>
              <w:bottom w:w="38" w:type="dxa"/>
              <w:right w:w="55" w:type="dxa"/>
            </w:tcMar>
            <w:vAlign w:val="center"/>
          </w:tcPr>
          <w:p w14:paraId="5FD89713" w14:textId="77777777" w:rsidR="000B7C4C" w:rsidRDefault="00000000">
            <w:pPr>
              <w:spacing w:after="0" w:line="240" w:lineRule="auto"/>
              <w:jc w:val="left"/>
            </w:pPr>
            <w:r>
              <w:rPr>
                <w:sz w:val="16"/>
              </w:rPr>
              <w:t>Av. Ayşe Batumlu Kaya</w:t>
            </w:r>
          </w:p>
        </w:tc>
        <w:tc>
          <w:tcPr>
            <w:tcW w:w="3628" w:type="dxa"/>
            <w:tcMar>
              <w:top w:w="38" w:type="dxa"/>
              <w:left w:w="55" w:type="dxa"/>
              <w:bottom w:w="38" w:type="dxa"/>
              <w:right w:w="55" w:type="dxa"/>
            </w:tcMar>
            <w:vAlign w:val="center"/>
          </w:tcPr>
          <w:p w14:paraId="1328A5B9" w14:textId="77777777" w:rsidR="000B7C4C" w:rsidRDefault="00000000">
            <w:pPr>
              <w:spacing w:after="0" w:line="240" w:lineRule="auto"/>
              <w:jc w:val="left"/>
            </w:pPr>
            <w:r>
              <w:rPr>
                <w:sz w:val="16"/>
              </w:rPr>
              <w:t>Bursa Barosu</w:t>
            </w:r>
          </w:p>
        </w:tc>
        <w:tc>
          <w:tcPr>
            <w:tcW w:w="1701" w:type="dxa"/>
            <w:tcMar>
              <w:top w:w="38" w:type="dxa"/>
              <w:left w:w="55" w:type="dxa"/>
              <w:bottom w:w="38" w:type="dxa"/>
              <w:right w:w="55" w:type="dxa"/>
            </w:tcMar>
            <w:vAlign w:val="center"/>
          </w:tcPr>
          <w:p w14:paraId="196A5A50" w14:textId="77777777" w:rsidR="000B7C4C" w:rsidRDefault="00000000">
            <w:pPr>
              <w:spacing w:after="0" w:line="240" w:lineRule="auto"/>
              <w:jc w:val="center"/>
            </w:pPr>
            <w:r>
              <w:rPr>
                <w:sz w:val="16"/>
              </w:rPr>
              <w:t>1292</w:t>
            </w:r>
          </w:p>
        </w:tc>
      </w:tr>
      <w:tr w:rsidR="000B7C4C" w14:paraId="10999777" w14:textId="77777777">
        <w:trPr>
          <w:cantSplit/>
          <w:jc w:val="center"/>
        </w:trPr>
        <w:tc>
          <w:tcPr>
            <w:tcW w:w="482" w:type="dxa"/>
            <w:tcMar>
              <w:top w:w="38" w:type="dxa"/>
              <w:left w:w="55" w:type="dxa"/>
              <w:bottom w:w="38" w:type="dxa"/>
              <w:right w:w="55" w:type="dxa"/>
            </w:tcMar>
            <w:vAlign w:val="center"/>
          </w:tcPr>
          <w:p w14:paraId="3FB2B132" w14:textId="77777777" w:rsidR="000B7C4C" w:rsidRDefault="00000000">
            <w:pPr>
              <w:spacing w:after="0" w:line="240" w:lineRule="auto"/>
              <w:jc w:val="center"/>
            </w:pPr>
            <w:r>
              <w:rPr>
                <w:sz w:val="16"/>
              </w:rPr>
              <w:t>4</w:t>
            </w:r>
          </w:p>
        </w:tc>
        <w:tc>
          <w:tcPr>
            <w:tcW w:w="3855" w:type="dxa"/>
            <w:tcMar>
              <w:top w:w="38" w:type="dxa"/>
              <w:left w:w="55" w:type="dxa"/>
              <w:bottom w:w="38" w:type="dxa"/>
              <w:right w:w="55" w:type="dxa"/>
            </w:tcMar>
            <w:vAlign w:val="center"/>
          </w:tcPr>
          <w:p w14:paraId="4544AEE5" w14:textId="77777777" w:rsidR="000B7C4C" w:rsidRDefault="00000000">
            <w:pPr>
              <w:spacing w:after="0" w:line="240" w:lineRule="auto"/>
              <w:jc w:val="left"/>
            </w:pPr>
            <w:r>
              <w:rPr>
                <w:sz w:val="16"/>
              </w:rPr>
              <w:t>Av. Doğan Erkan</w:t>
            </w:r>
          </w:p>
        </w:tc>
        <w:tc>
          <w:tcPr>
            <w:tcW w:w="3628" w:type="dxa"/>
            <w:tcMar>
              <w:top w:w="38" w:type="dxa"/>
              <w:left w:w="55" w:type="dxa"/>
              <w:bottom w:w="38" w:type="dxa"/>
              <w:right w:w="55" w:type="dxa"/>
            </w:tcMar>
            <w:vAlign w:val="center"/>
          </w:tcPr>
          <w:p w14:paraId="76F657F6"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6399713A" w14:textId="77777777" w:rsidR="000B7C4C" w:rsidRDefault="00000000">
            <w:pPr>
              <w:spacing w:after="0" w:line="240" w:lineRule="auto"/>
              <w:jc w:val="center"/>
            </w:pPr>
            <w:r>
              <w:rPr>
                <w:sz w:val="16"/>
              </w:rPr>
              <w:t>17655</w:t>
            </w:r>
          </w:p>
        </w:tc>
      </w:tr>
      <w:tr w:rsidR="000B7C4C" w14:paraId="2C5B8C2A" w14:textId="77777777">
        <w:trPr>
          <w:cantSplit/>
          <w:jc w:val="center"/>
        </w:trPr>
        <w:tc>
          <w:tcPr>
            <w:tcW w:w="482" w:type="dxa"/>
            <w:tcMar>
              <w:top w:w="38" w:type="dxa"/>
              <w:left w:w="55" w:type="dxa"/>
              <w:bottom w:w="38" w:type="dxa"/>
              <w:right w:w="55" w:type="dxa"/>
            </w:tcMar>
            <w:vAlign w:val="center"/>
          </w:tcPr>
          <w:p w14:paraId="6F545817" w14:textId="77777777" w:rsidR="000B7C4C" w:rsidRDefault="00000000">
            <w:pPr>
              <w:spacing w:after="0" w:line="240" w:lineRule="auto"/>
              <w:jc w:val="center"/>
            </w:pPr>
            <w:r>
              <w:rPr>
                <w:sz w:val="16"/>
              </w:rPr>
              <w:t>5</w:t>
            </w:r>
          </w:p>
        </w:tc>
        <w:tc>
          <w:tcPr>
            <w:tcW w:w="3855" w:type="dxa"/>
            <w:tcMar>
              <w:top w:w="38" w:type="dxa"/>
              <w:left w:w="55" w:type="dxa"/>
              <w:bottom w:w="38" w:type="dxa"/>
              <w:right w:w="55" w:type="dxa"/>
            </w:tcMar>
            <w:vAlign w:val="center"/>
          </w:tcPr>
          <w:p w14:paraId="11C45C79" w14:textId="77777777" w:rsidR="000B7C4C" w:rsidRDefault="00000000">
            <w:pPr>
              <w:spacing w:after="0" w:line="240" w:lineRule="auto"/>
              <w:jc w:val="left"/>
            </w:pPr>
            <w:r>
              <w:rPr>
                <w:sz w:val="16"/>
              </w:rPr>
              <w:t>Av. Rauf Sezer Durna</w:t>
            </w:r>
          </w:p>
        </w:tc>
        <w:tc>
          <w:tcPr>
            <w:tcW w:w="3628" w:type="dxa"/>
            <w:tcMar>
              <w:top w:w="38" w:type="dxa"/>
              <w:left w:w="55" w:type="dxa"/>
              <w:bottom w:w="38" w:type="dxa"/>
              <w:right w:w="55" w:type="dxa"/>
            </w:tcMar>
            <w:vAlign w:val="center"/>
          </w:tcPr>
          <w:p w14:paraId="351C5A03"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1BB5E694" w14:textId="77777777" w:rsidR="000B7C4C" w:rsidRDefault="00000000">
            <w:pPr>
              <w:spacing w:after="0" w:line="240" w:lineRule="auto"/>
              <w:jc w:val="center"/>
            </w:pPr>
            <w:r>
              <w:rPr>
                <w:sz w:val="16"/>
              </w:rPr>
              <w:t>25238</w:t>
            </w:r>
          </w:p>
        </w:tc>
      </w:tr>
      <w:tr w:rsidR="000B7C4C" w14:paraId="18085B4B" w14:textId="77777777">
        <w:trPr>
          <w:cantSplit/>
          <w:jc w:val="center"/>
        </w:trPr>
        <w:tc>
          <w:tcPr>
            <w:tcW w:w="482" w:type="dxa"/>
            <w:tcMar>
              <w:top w:w="38" w:type="dxa"/>
              <w:left w:w="55" w:type="dxa"/>
              <w:bottom w:w="38" w:type="dxa"/>
              <w:right w:w="55" w:type="dxa"/>
            </w:tcMar>
            <w:vAlign w:val="center"/>
          </w:tcPr>
          <w:p w14:paraId="4F1CFD46" w14:textId="77777777" w:rsidR="000B7C4C" w:rsidRDefault="00000000">
            <w:pPr>
              <w:spacing w:after="0" w:line="240" w:lineRule="auto"/>
              <w:jc w:val="center"/>
            </w:pPr>
            <w:r>
              <w:rPr>
                <w:sz w:val="16"/>
              </w:rPr>
              <w:t>6</w:t>
            </w:r>
          </w:p>
        </w:tc>
        <w:tc>
          <w:tcPr>
            <w:tcW w:w="3855" w:type="dxa"/>
            <w:tcMar>
              <w:top w:w="38" w:type="dxa"/>
              <w:left w:w="55" w:type="dxa"/>
              <w:bottom w:w="38" w:type="dxa"/>
              <w:right w:w="55" w:type="dxa"/>
            </w:tcMar>
            <w:vAlign w:val="center"/>
          </w:tcPr>
          <w:p w14:paraId="262D545A" w14:textId="77777777" w:rsidR="000B7C4C" w:rsidRDefault="00000000">
            <w:pPr>
              <w:spacing w:after="0" w:line="240" w:lineRule="auto"/>
              <w:jc w:val="left"/>
            </w:pPr>
            <w:r>
              <w:rPr>
                <w:sz w:val="16"/>
              </w:rPr>
              <w:t>Av. Serpil Uyanık Bilaloğlu</w:t>
            </w:r>
          </w:p>
        </w:tc>
        <w:tc>
          <w:tcPr>
            <w:tcW w:w="3628" w:type="dxa"/>
            <w:tcMar>
              <w:top w:w="38" w:type="dxa"/>
              <w:left w:w="55" w:type="dxa"/>
              <w:bottom w:w="38" w:type="dxa"/>
              <w:right w:w="55" w:type="dxa"/>
            </w:tcMar>
            <w:vAlign w:val="center"/>
          </w:tcPr>
          <w:p w14:paraId="3409C614"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600CEBF" w14:textId="77777777" w:rsidR="000B7C4C" w:rsidRDefault="00000000">
            <w:pPr>
              <w:spacing w:after="0" w:line="240" w:lineRule="auto"/>
              <w:jc w:val="center"/>
            </w:pPr>
            <w:r>
              <w:rPr>
                <w:sz w:val="16"/>
              </w:rPr>
              <w:t>23396</w:t>
            </w:r>
          </w:p>
        </w:tc>
      </w:tr>
      <w:tr w:rsidR="000B7C4C" w14:paraId="52FAD982" w14:textId="77777777">
        <w:trPr>
          <w:cantSplit/>
          <w:jc w:val="center"/>
        </w:trPr>
        <w:tc>
          <w:tcPr>
            <w:tcW w:w="482" w:type="dxa"/>
            <w:tcMar>
              <w:top w:w="38" w:type="dxa"/>
              <w:left w:w="55" w:type="dxa"/>
              <w:bottom w:w="38" w:type="dxa"/>
              <w:right w:w="55" w:type="dxa"/>
            </w:tcMar>
            <w:vAlign w:val="center"/>
          </w:tcPr>
          <w:p w14:paraId="13A300EC" w14:textId="77777777" w:rsidR="000B7C4C" w:rsidRDefault="00000000">
            <w:pPr>
              <w:spacing w:after="0" w:line="240" w:lineRule="auto"/>
              <w:jc w:val="center"/>
            </w:pPr>
            <w:r>
              <w:rPr>
                <w:sz w:val="16"/>
              </w:rPr>
              <w:t>7</w:t>
            </w:r>
          </w:p>
        </w:tc>
        <w:tc>
          <w:tcPr>
            <w:tcW w:w="3855" w:type="dxa"/>
            <w:tcMar>
              <w:top w:w="38" w:type="dxa"/>
              <w:left w:w="55" w:type="dxa"/>
              <w:bottom w:w="38" w:type="dxa"/>
              <w:right w:w="55" w:type="dxa"/>
            </w:tcMar>
            <w:vAlign w:val="center"/>
          </w:tcPr>
          <w:p w14:paraId="6F672BCF" w14:textId="77777777" w:rsidR="000B7C4C" w:rsidRDefault="00000000">
            <w:pPr>
              <w:spacing w:after="0" w:line="240" w:lineRule="auto"/>
              <w:jc w:val="left"/>
            </w:pPr>
            <w:r>
              <w:rPr>
                <w:sz w:val="16"/>
              </w:rPr>
              <w:t>Av. Kemal Aytaç</w:t>
            </w:r>
          </w:p>
        </w:tc>
        <w:tc>
          <w:tcPr>
            <w:tcW w:w="3628" w:type="dxa"/>
            <w:tcMar>
              <w:top w:w="38" w:type="dxa"/>
              <w:left w:w="55" w:type="dxa"/>
              <w:bottom w:w="38" w:type="dxa"/>
              <w:right w:w="55" w:type="dxa"/>
            </w:tcMar>
            <w:vAlign w:val="center"/>
          </w:tcPr>
          <w:p w14:paraId="64088860"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664C589" w14:textId="77777777" w:rsidR="000B7C4C" w:rsidRDefault="00000000">
            <w:pPr>
              <w:spacing w:after="0" w:line="240" w:lineRule="auto"/>
              <w:jc w:val="center"/>
            </w:pPr>
            <w:r>
              <w:rPr>
                <w:sz w:val="16"/>
              </w:rPr>
              <w:t>14304</w:t>
            </w:r>
          </w:p>
        </w:tc>
      </w:tr>
      <w:tr w:rsidR="000B7C4C" w14:paraId="1A9C7CA1" w14:textId="77777777">
        <w:trPr>
          <w:cantSplit/>
          <w:jc w:val="center"/>
        </w:trPr>
        <w:tc>
          <w:tcPr>
            <w:tcW w:w="482" w:type="dxa"/>
            <w:tcMar>
              <w:top w:w="38" w:type="dxa"/>
              <w:left w:w="55" w:type="dxa"/>
              <w:bottom w:w="38" w:type="dxa"/>
              <w:right w:w="55" w:type="dxa"/>
            </w:tcMar>
            <w:vAlign w:val="center"/>
          </w:tcPr>
          <w:p w14:paraId="7C7727AA" w14:textId="77777777" w:rsidR="000B7C4C" w:rsidRDefault="00000000">
            <w:pPr>
              <w:spacing w:after="0" w:line="240" w:lineRule="auto"/>
              <w:jc w:val="center"/>
            </w:pPr>
            <w:r>
              <w:rPr>
                <w:sz w:val="16"/>
              </w:rPr>
              <w:t>8</w:t>
            </w:r>
          </w:p>
        </w:tc>
        <w:tc>
          <w:tcPr>
            <w:tcW w:w="3855" w:type="dxa"/>
            <w:tcMar>
              <w:top w:w="38" w:type="dxa"/>
              <w:left w:w="55" w:type="dxa"/>
              <w:bottom w:w="38" w:type="dxa"/>
              <w:right w:w="55" w:type="dxa"/>
            </w:tcMar>
            <w:vAlign w:val="center"/>
          </w:tcPr>
          <w:p w14:paraId="0239A3FD" w14:textId="77777777" w:rsidR="000B7C4C" w:rsidRDefault="00000000">
            <w:pPr>
              <w:spacing w:after="0" w:line="240" w:lineRule="auto"/>
              <w:jc w:val="left"/>
            </w:pPr>
            <w:r>
              <w:rPr>
                <w:sz w:val="16"/>
              </w:rPr>
              <w:t>Av. Refika Çakıllık</w:t>
            </w:r>
          </w:p>
        </w:tc>
        <w:tc>
          <w:tcPr>
            <w:tcW w:w="3628" w:type="dxa"/>
            <w:tcMar>
              <w:top w:w="38" w:type="dxa"/>
              <w:left w:w="55" w:type="dxa"/>
              <w:bottom w:w="38" w:type="dxa"/>
              <w:right w:w="55" w:type="dxa"/>
            </w:tcMar>
            <w:vAlign w:val="center"/>
          </w:tcPr>
          <w:p w14:paraId="7854E4D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BDD0F2F" w14:textId="77777777" w:rsidR="000B7C4C" w:rsidRDefault="00000000">
            <w:pPr>
              <w:spacing w:after="0" w:line="240" w:lineRule="auto"/>
              <w:jc w:val="center"/>
            </w:pPr>
            <w:r>
              <w:rPr>
                <w:sz w:val="16"/>
              </w:rPr>
              <w:t>15060</w:t>
            </w:r>
          </w:p>
        </w:tc>
      </w:tr>
      <w:tr w:rsidR="000B7C4C" w14:paraId="1839FF56" w14:textId="77777777">
        <w:trPr>
          <w:cantSplit/>
          <w:jc w:val="center"/>
        </w:trPr>
        <w:tc>
          <w:tcPr>
            <w:tcW w:w="482" w:type="dxa"/>
            <w:tcMar>
              <w:top w:w="38" w:type="dxa"/>
              <w:left w:w="55" w:type="dxa"/>
              <w:bottom w:w="38" w:type="dxa"/>
              <w:right w:w="55" w:type="dxa"/>
            </w:tcMar>
            <w:vAlign w:val="center"/>
          </w:tcPr>
          <w:p w14:paraId="0065FE64" w14:textId="77777777" w:rsidR="000B7C4C" w:rsidRDefault="00000000">
            <w:pPr>
              <w:spacing w:after="0" w:line="240" w:lineRule="auto"/>
              <w:jc w:val="center"/>
            </w:pPr>
            <w:r>
              <w:rPr>
                <w:sz w:val="16"/>
              </w:rPr>
              <w:t>9</w:t>
            </w:r>
          </w:p>
        </w:tc>
        <w:tc>
          <w:tcPr>
            <w:tcW w:w="3855" w:type="dxa"/>
            <w:tcMar>
              <w:top w:w="38" w:type="dxa"/>
              <w:left w:w="55" w:type="dxa"/>
              <w:bottom w:w="38" w:type="dxa"/>
              <w:right w:w="55" w:type="dxa"/>
            </w:tcMar>
            <w:vAlign w:val="center"/>
          </w:tcPr>
          <w:p w14:paraId="63DCE3E5" w14:textId="77777777" w:rsidR="000B7C4C" w:rsidRDefault="00000000">
            <w:pPr>
              <w:spacing w:after="0" w:line="240" w:lineRule="auto"/>
              <w:jc w:val="left"/>
            </w:pPr>
            <w:r>
              <w:rPr>
                <w:sz w:val="16"/>
              </w:rPr>
              <w:t>Av. M. Tülin Dündar</w:t>
            </w:r>
          </w:p>
        </w:tc>
        <w:tc>
          <w:tcPr>
            <w:tcW w:w="3628" w:type="dxa"/>
            <w:tcMar>
              <w:top w:w="38" w:type="dxa"/>
              <w:left w:w="55" w:type="dxa"/>
              <w:bottom w:w="38" w:type="dxa"/>
              <w:right w:w="55" w:type="dxa"/>
            </w:tcMar>
            <w:vAlign w:val="center"/>
          </w:tcPr>
          <w:p w14:paraId="2C1FB06B"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6BFD422" w14:textId="77777777" w:rsidR="000B7C4C" w:rsidRDefault="00000000">
            <w:pPr>
              <w:spacing w:after="0" w:line="240" w:lineRule="auto"/>
              <w:jc w:val="center"/>
            </w:pPr>
            <w:r>
              <w:rPr>
                <w:sz w:val="16"/>
              </w:rPr>
              <w:t>19269</w:t>
            </w:r>
          </w:p>
        </w:tc>
      </w:tr>
      <w:tr w:rsidR="000B7C4C" w14:paraId="22DABEF5" w14:textId="77777777">
        <w:trPr>
          <w:cantSplit/>
          <w:jc w:val="center"/>
        </w:trPr>
        <w:tc>
          <w:tcPr>
            <w:tcW w:w="482" w:type="dxa"/>
            <w:tcMar>
              <w:top w:w="38" w:type="dxa"/>
              <w:left w:w="55" w:type="dxa"/>
              <w:bottom w:w="38" w:type="dxa"/>
              <w:right w:w="55" w:type="dxa"/>
            </w:tcMar>
            <w:vAlign w:val="center"/>
          </w:tcPr>
          <w:p w14:paraId="040537B3" w14:textId="77777777" w:rsidR="000B7C4C" w:rsidRDefault="00000000">
            <w:pPr>
              <w:spacing w:after="0" w:line="240" w:lineRule="auto"/>
              <w:jc w:val="center"/>
            </w:pPr>
            <w:r>
              <w:rPr>
                <w:sz w:val="16"/>
              </w:rPr>
              <w:t>10</w:t>
            </w:r>
          </w:p>
        </w:tc>
        <w:tc>
          <w:tcPr>
            <w:tcW w:w="3855" w:type="dxa"/>
            <w:tcMar>
              <w:top w:w="38" w:type="dxa"/>
              <w:left w:w="55" w:type="dxa"/>
              <w:bottom w:w="38" w:type="dxa"/>
              <w:right w:w="55" w:type="dxa"/>
            </w:tcMar>
            <w:vAlign w:val="center"/>
          </w:tcPr>
          <w:p w14:paraId="57367D02" w14:textId="77777777" w:rsidR="000B7C4C" w:rsidRDefault="00000000">
            <w:pPr>
              <w:spacing w:after="0" w:line="240" w:lineRule="auto"/>
              <w:jc w:val="left"/>
            </w:pPr>
            <w:r>
              <w:rPr>
                <w:sz w:val="16"/>
              </w:rPr>
              <w:t>Av. Meryem Turan</w:t>
            </w:r>
          </w:p>
        </w:tc>
        <w:tc>
          <w:tcPr>
            <w:tcW w:w="3628" w:type="dxa"/>
            <w:tcMar>
              <w:top w:w="38" w:type="dxa"/>
              <w:left w:w="55" w:type="dxa"/>
              <w:bottom w:w="38" w:type="dxa"/>
              <w:right w:w="55" w:type="dxa"/>
            </w:tcMar>
            <w:vAlign w:val="center"/>
          </w:tcPr>
          <w:p w14:paraId="60668B4B"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8FAA6B8" w14:textId="77777777" w:rsidR="000B7C4C" w:rsidRDefault="00000000">
            <w:pPr>
              <w:spacing w:after="0" w:line="240" w:lineRule="auto"/>
              <w:jc w:val="center"/>
            </w:pPr>
            <w:r>
              <w:rPr>
                <w:sz w:val="16"/>
              </w:rPr>
              <w:t>14815</w:t>
            </w:r>
          </w:p>
        </w:tc>
      </w:tr>
      <w:tr w:rsidR="000B7C4C" w14:paraId="33AD128E" w14:textId="77777777">
        <w:trPr>
          <w:cantSplit/>
          <w:jc w:val="center"/>
        </w:trPr>
        <w:tc>
          <w:tcPr>
            <w:tcW w:w="482" w:type="dxa"/>
            <w:tcMar>
              <w:top w:w="38" w:type="dxa"/>
              <w:left w:w="55" w:type="dxa"/>
              <w:bottom w:w="38" w:type="dxa"/>
              <w:right w:w="55" w:type="dxa"/>
            </w:tcMar>
            <w:vAlign w:val="center"/>
          </w:tcPr>
          <w:p w14:paraId="3CDC75E0" w14:textId="77777777" w:rsidR="000B7C4C" w:rsidRDefault="00000000">
            <w:pPr>
              <w:spacing w:after="0" w:line="240" w:lineRule="auto"/>
              <w:jc w:val="center"/>
            </w:pPr>
            <w:r>
              <w:rPr>
                <w:sz w:val="16"/>
              </w:rPr>
              <w:t>11</w:t>
            </w:r>
          </w:p>
        </w:tc>
        <w:tc>
          <w:tcPr>
            <w:tcW w:w="3855" w:type="dxa"/>
            <w:tcMar>
              <w:top w:w="38" w:type="dxa"/>
              <w:left w:w="55" w:type="dxa"/>
              <w:bottom w:w="38" w:type="dxa"/>
              <w:right w:w="55" w:type="dxa"/>
            </w:tcMar>
            <w:vAlign w:val="center"/>
          </w:tcPr>
          <w:p w14:paraId="70A2E70B" w14:textId="77777777" w:rsidR="000B7C4C" w:rsidRDefault="00000000">
            <w:pPr>
              <w:spacing w:after="0" w:line="240" w:lineRule="auto"/>
              <w:jc w:val="left"/>
            </w:pPr>
            <w:r>
              <w:rPr>
                <w:sz w:val="16"/>
              </w:rPr>
              <w:t>Av. Kazım Genç</w:t>
            </w:r>
          </w:p>
        </w:tc>
        <w:tc>
          <w:tcPr>
            <w:tcW w:w="3628" w:type="dxa"/>
            <w:tcMar>
              <w:top w:w="38" w:type="dxa"/>
              <w:left w:w="55" w:type="dxa"/>
              <w:bottom w:w="38" w:type="dxa"/>
              <w:right w:w="55" w:type="dxa"/>
            </w:tcMar>
            <w:vAlign w:val="center"/>
          </w:tcPr>
          <w:p w14:paraId="34867494"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253314AE" w14:textId="77777777" w:rsidR="000B7C4C" w:rsidRDefault="00000000">
            <w:pPr>
              <w:spacing w:after="0" w:line="240" w:lineRule="auto"/>
              <w:jc w:val="center"/>
            </w:pPr>
            <w:r>
              <w:rPr>
                <w:sz w:val="16"/>
              </w:rPr>
              <w:t>8076</w:t>
            </w:r>
          </w:p>
        </w:tc>
      </w:tr>
      <w:tr w:rsidR="000B7C4C" w14:paraId="6DF98B1E" w14:textId="77777777">
        <w:trPr>
          <w:cantSplit/>
          <w:jc w:val="center"/>
        </w:trPr>
        <w:tc>
          <w:tcPr>
            <w:tcW w:w="482" w:type="dxa"/>
            <w:tcMar>
              <w:top w:w="38" w:type="dxa"/>
              <w:left w:w="55" w:type="dxa"/>
              <w:bottom w:w="38" w:type="dxa"/>
              <w:right w:w="55" w:type="dxa"/>
            </w:tcMar>
            <w:vAlign w:val="center"/>
          </w:tcPr>
          <w:p w14:paraId="11ADA609" w14:textId="77777777" w:rsidR="000B7C4C" w:rsidRDefault="00000000">
            <w:pPr>
              <w:spacing w:after="0" w:line="240" w:lineRule="auto"/>
              <w:jc w:val="center"/>
            </w:pPr>
            <w:r>
              <w:rPr>
                <w:sz w:val="16"/>
              </w:rPr>
              <w:t>12</w:t>
            </w:r>
          </w:p>
        </w:tc>
        <w:tc>
          <w:tcPr>
            <w:tcW w:w="3855" w:type="dxa"/>
            <w:tcMar>
              <w:top w:w="38" w:type="dxa"/>
              <w:left w:w="55" w:type="dxa"/>
              <w:bottom w:w="38" w:type="dxa"/>
              <w:right w:w="55" w:type="dxa"/>
            </w:tcMar>
            <w:vAlign w:val="center"/>
          </w:tcPr>
          <w:p w14:paraId="4DC74F95" w14:textId="77777777" w:rsidR="000B7C4C" w:rsidRDefault="00000000">
            <w:pPr>
              <w:spacing w:after="0" w:line="240" w:lineRule="auto"/>
              <w:jc w:val="left"/>
            </w:pPr>
            <w:r>
              <w:rPr>
                <w:sz w:val="16"/>
              </w:rPr>
              <w:t>Av. Tamer Selçuk</w:t>
            </w:r>
          </w:p>
        </w:tc>
        <w:tc>
          <w:tcPr>
            <w:tcW w:w="3628" w:type="dxa"/>
            <w:tcMar>
              <w:top w:w="38" w:type="dxa"/>
              <w:left w:w="55" w:type="dxa"/>
              <w:bottom w:w="38" w:type="dxa"/>
              <w:right w:w="55" w:type="dxa"/>
            </w:tcMar>
            <w:vAlign w:val="center"/>
          </w:tcPr>
          <w:p w14:paraId="7244D653" w14:textId="77777777" w:rsidR="000B7C4C" w:rsidRDefault="00000000">
            <w:pPr>
              <w:spacing w:after="0" w:line="240" w:lineRule="auto"/>
              <w:jc w:val="left"/>
            </w:pPr>
            <w:r>
              <w:rPr>
                <w:sz w:val="16"/>
              </w:rPr>
              <w:t>Denizli Barosu</w:t>
            </w:r>
          </w:p>
        </w:tc>
        <w:tc>
          <w:tcPr>
            <w:tcW w:w="1701" w:type="dxa"/>
            <w:tcMar>
              <w:top w:w="38" w:type="dxa"/>
              <w:left w:w="55" w:type="dxa"/>
              <w:bottom w:w="38" w:type="dxa"/>
              <w:right w:w="55" w:type="dxa"/>
            </w:tcMar>
            <w:vAlign w:val="center"/>
          </w:tcPr>
          <w:p w14:paraId="55DF2E21" w14:textId="77777777" w:rsidR="000B7C4C" w:rsidRDefault="00000000">
            <w:pPr>
              <w:spacing w:after="0" w:line="240" w:lineRule="auto"/>
              <w:jc w:val="center"/>
            </w:pPr>
            <w:r>
              <w:rPr>
                <w:sz w:val="16"/>
              </w:rPr>
              <w:t>538</w:t>
            </w:r>
          </w:p>
        </w:tc>
      </w:tr>
      <w:tr w:rsidR="000B7C4C" w14:paraId="12E9DF27" w14:textId="77777777">
        <w:trPr>
          <w:cantSplit/>
          <w:jc w:val="center"/>
        </w:trPr>
        <w:tc>
          <w:tcPr>
            <w:tcW w:w="482" w:type="dxa"/>
            <w:tcMar>
              <w:top w:w="38" w:type="dxa"/>
              <w:left w:w="55" w:type="dxa"/>
              <w:bottom w:w="38" w:type="dxa"/>
              <w:right w:w="55" w:type="dxa"/>
            </w:tcMar>
            <w:vAlign w:val="center"/>
          </w:tcPr>
          <w:p w14:paraId="195AE3A7" w14:textId="77777777" w:rsidR="000B7C4C" w:rsidRDefault="00000000">
            <w:pPr>
              <w:spacing w:after="0" w:line="240" w:lineRule="auto"/>
              <w:jc w:val="center"/>
            </w:pPr>
            <w:r>
              <w:rPr>
                <w:sz w:val="16"/>
              </w:rPr>
              <w:t>13</w:t>
            </w:r>
          </w:p>
        </w:tc>
        <w:tc>
          <w:tcPr>
            <w:tcW w:w="3855" w:type="dxa"/>
            <w:tcMar>
              <w:top w:w="38" w:type="dxa"/>
              <w:left w:w="55" w:type="dxa"/>
              <w:bottom w:w="38" w:type="dxa"/>
              <w:right w:w="55" w:type="dxa"/>
            </w:tcMar>
            <w:vAlign w:val="center"/>
          </w:tcPr>
          <w:p w14:paraId="4EDC4AEB" w14:textId="77777777" w:rsidR="000B7C4C" w:rsidRDefault="00000000">
            <w:pPr>
              <w:spacing w:after="0" w:line="240" w:lineRule="auto"/>
              <w:jc w:val="left"/>
            </w:pPr>
            <w:r>
              <w:rPr>
                <w:sz w:val="16"/>
              </w:rPr>
              <w:t>Av. Sadullah Sayın</w:t>
            </w:r>
          </w:p>
        </w:tc>
        <w:tc>
          <w:tcPr>
            <w:tcW w:w="3628" w:type="dxa"/>
            <w:tcMar>
              <w:top w:w="38" w:type="dxa"/>
              <w:left w:w="55" w:type="dxa"/>
              <w:bottom w:w="38" w:type="dxa"/>
              <w:right w:w="55" w:type="dxa"/>
            </w:tcMar>
            <w:vAlign w:val="center"/>
          </w:tcPr>
          <w:p w14:paraId="7432FD9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338BE50" w14:textId="77777777" w:rsidR="000B7C4C" w:rsidRDefault="00000000">
            <w:pPr>
              <w:spacing w:after="0" w:line="240" w:lineRule="auto"/>
              <w:jc w:val="center"/>
            </w:pPr>
            <w:r>
              <w:rPr>
                <w:sz w:val="16"/>
              </w:rPr>
              <w:t>12866</w:t>
            </w:r>
          </w:p>
        </w:tc>
      </w:tr>
      <w:tr w:rsidR="000B7C4C" w14:paraId="6614F20D" w14:textId="77777777">
        <w:trPr>
          <w:cantSplit/>
          <w:jc w:val="center"/>
        </w:trPr>
        <w:tc>
          <w:tcPr>
            <w:tcW w:w="482" w:type="dxa"/>
            <w:tcMar>
              <w:top w:w="38" w:type="dxa"/>
              <w:left w:w="55" w:type="dxa"/>
              <w:bottom w:w="38" w:type="dxa"/>
              <w:right w:w="55" w:type="dxa"/>
            </w:tcMar>
            <w:vAlign w:val="center"/>
          </w:tcPr>
          <w:p w14:paraId="312297B6" w14:textId="77777777" w:rsidR="000B7C4C" w:rsidRDefault="00000000">
            <w:pPr>
              <w:spacing w:after="0" w:line="240" w:lineRule="auto"/>
              <w:jc w:val="center"/>
            </w:pPr>
            <w:r>
              <w:rPr>
                <w:sz w:val="16"/>
              </w:rPr>
              <w:t>14</w:t>
            </w:r>
          </w:p>
        </w:tc>
        <w:tc>
          <w:tcPr>
            <w:tcW w:w="3855" w:type="dxa"/>
            <w:tcMar>
              <w:top w:w="38" w:type="dxa"/>
              <w:left w:w="55" w:type="dxa"/>
              <w:bottom w:w="38" w:type="dxa"/>
              <w:right w:w="55" w:type="dxa"/>
            </w:tcMar>
            <w:vAlign w:val="center"/>
          </w:tcPr>
          <w:p w14:paraId="1722F1F8" w14:textId="77777777" w:rsidR="000B7C4C" w:rsidRDefault="00000000">
            <w:pPr>
              <w:spacing w:after="0" w:line="240" w:lineRule="auto"/>
              <w:jc w:val="left"/>
            </w:pPr>
            <w:r>
              <w:rPr>
                <w:sz w:val="16"/>
              </w:rPr>
              <w:t>Av. Peruze Zeynep Şaner</w:t>
            </w:r>
          </w:p>
        </w:tc>
        <w:tc>
          <w:tcPr>
            <w:tcW w:w="3628" w:type="dxa"/>
            <w:tcMar>
              <w:top w:w="38" w:type="dxa"/>
              <w:left w:w="55" w:type="dxa"/>
              <w:bottom w:w="38" w:type="dxa"/>
              <w:right w:w="55" w:type="dxa"/>
            </w:tcMar>
            <w:vAlign w:val="center"/>
          </w:tcPr>
          <w:p w14:paraId="32A96A32"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85BD55C" w14:textId="77777777" w:rsidR="000B7C4C" w:rsidRDefault="00000000">
            <w:pPr>
              <w:spacing w:after="0" w:line="240" w:lineRule="auto"/>
              <w:jc w:val="center"/>
            </w:pPr>
            <w:r>
              <w:rPr>
                <w:sz w:val="16"/>
              </w:rPr>
              <w:t>66177</w:t>
            </w:r>
          </w:p>
        </w:tc>
      </w:tr>
      <w:tr w:rsidR="000B7C4C" w14:paraId="7D6A98C3" w14:textId="77777777">
        <w:trPr>
          <w:cantSplit/>
          <w:jc w:val="center"/>
        </w:trPr>
        <w:tc>
          <w:tcPr>
            <w:tcW w:w="482" w:type="dxa"/>
            <w:tcMar>
              <w:top w:w="38" w:type="dxa"/>
              <w:left w:w="55" w:type="dxa"/>
              <w:bottom w:w="38" w:type="dxa"/>
              <w:right w:w="55" w:type="dxa"/>
            </w:tcMar>
            <w:vAlign w:val="center"/>
          </w:tcPr>
          <w:p w14:paraId="4C96CF70" w14:textId="77777777" w:rsidR="000B7C4C" w:rsidRDefault="00000000">
            <w:pPr>
              <w:spacing w:after="0" w:line="240" w:lineRule="auto"/>
              <w:jc w:val="center"/>
            </w:pPr>
            <w:r>
              <w:rPr>
                <w:sz w:val="16"/>
              </w:rPr>
              <w:t>15</w:t>
            </w:r>
          </w:p>
        </w:tc>
        <w:tc>
          <w:tcPr>
            <w:tcW w:w="3855" w:type="dxa"/>
            <w:tcMar>
              <w:top w:w="38" w:type="dxa"/>
              <w:left w:w="55" w:type="dxa"/>
              <w:bottom w:w="38" w:type="dxa"/>
              <w:right w:w="55" w:type="dxa"/>
            </w:tcMar>
            <w:vAlign w:val="center"/>
          </w:tcPr>
          <w:p w14:paraId="50A0D90C" w14:textId="77777777" w:rsidR="000B7C4C" w:rsidRDefault="00000000">
            <w:pPr>
              <w:spacing w:after="0" w:line="240" w:lineRule="auto"/>
              <w:jc w:val="left"/>
            </w:pPr>
            <w:r>
              <w:rPr>
                <w:sz w:val="16"/>
              </w:rPr>
              <w:t>Av. Ahmet Ergin</w:t>
            </w:r>
          </w:p>
        </w:tc>
        <w:tc>
          <w:tcPr>
            <w:tcW w:w="3628" w:type="dxa"/>
            <w:tcMar>
              <w:top w:w="38" w:type="dxa"/>
              <w:left w:w="55" w:type="dxa"/>
              <w:bottom w:w="38" w:type="dxa"/>
              <w:right w:w="55" w:type="dxa"/>
            </w:tcMar>
            <w:vAlign w:val="center"/>
          </w:tcPr>
          <w:p w14:paraId="45B387A3"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3674FBC" w14:textId="77777777" w:rsidR="000B7C4C" w:rsidRDefault="00000000">
            <w:pPr>
              <w:spacing w:after="0" w:line="240" w:lineRule="auto"/>
              <w:jc w:val="center"/>
            </w:pPr>
            <w:r>
              <w:rPr>
                <w:sz w:val="16"/>
              </w:rPr>
              <w:t>27344</w:t>
            </w:r>
          </w:p>
        </w:tc>
      </w:tr>
      <w:tr w:rsidR="000B7C4C" w14:paraId="5A37311F" w14:textId="77777777">
        <w:trPr>
          <w:cantSplit/>
          <w:jc w:val="center"/>
        </w:trPr>
        <w:tc>
          <w:tcPr>
            <w:tcW w:w="482" w:type="dxa"/>
            <w:tcMar>
              <w:top w:w="38" w:type="dxa"/>
              <w:left w:w="55" w:type="dxa"/>
              <w:bottom w:w="38" w:type="dxa"/>
              <w:right w:w="55" w:type="dxa"/>
            </w:tcMar>
            <w:vAlign w:val="center"/>
          </w:tcPr>
          <w:p w14:paraId="7D737D41" w14:textId="77777777" w:rsidR="000B7C4C" w:rsidRDefault="00000000">
            <w:pPr>
              <w:spacing w:after="0" w:line="240" w:lineRule="auto"/>
              <w:jc w:val="center"/>
            </w:pPr>
            <w:r>
              <w:rPr>
                <w:sz w:val="16"/>
              </w:rPr>
              <w:t>16</w:t>
            </w:r>
          </w:p>
        </w:tc>
        <w:tc>
          <w:tcPr>
            <w:tcW w:w="3855" w:type="dxa"/>
            <w:tcMar>
              <w:top w:w="38" w:type="dxa"/>
              <w:left w:w="55" w:type="dxa"/>
              <w:bottom w:w="38" w:type="dxa"/>
              <w:right w:w="55" w:type="dxa"/>
            </w:tcMar>
            <w:vAlign w:val="center"/>
          </w:tcPr>
          <w:p w14:paraId="52990FBD" w14:textId="77777777" w:rsidR="000B7C4C" w:rsidRDefault="00000000">
            <w:pPr>
              <w:spacing w:after="0" w:line="240" w:lineRule="auto"/>
              <w:jc w:val="left"/>
            </w:pPr>
            <w:r>
              <w:rPr>
                <w:sz w:val="16"/>
              </w:rPr>
              <w:t>Av. Hasan Ozan Orpak</w:t>
            </w:r>
          </w:p>
        </w:tc>
        <w:tc>
          <w:tcPr>
            <w:tcW w:w="3628" w:type="dxa"/>
            <w:tcMar>
              <w:top w:w="38" w:type="dxa"/>
              <w:left w:w="55" w:type="dxa"/>
              <w:bottom w:w="38" w:type="dxa"/>
              <w:right w:w="55" w:type="dxa"/>
            </w:tcMar>
            <w:vAlign w:val="center"/>
          </w:tcPr>
          <w:p w14:paraId="54FD9981" w14:textId="77777777" w:rsidR="000B7C4C" w:rsidRDefault="00000000">
            <w:pPr>
              <w:spacing w:after="0" w:line="240" w:lineRule="auto"/>
              <w:jc w:val="left"/>
            </w:pPr>
            <w:r>
              <w:rPr>
                <w:sz w:val="16"/>
              </w:rPr>
              <w:t>Denizli Barosu</w:t>
            </w:r>
          </w:p>
        </w:tc>
        <w:tc>
          <w:tcPr>
            <w:tcW w:w="1701" w:type="dxa"/>
            <w:tcMar>
              <w:top w:w="38" w:type="dxa"/>
              <w:left w:w="55" w:type="dxa"/>
              <w:bottom w:w="38" w:type="dxa"/>
              <w:right w:w="55" w:type="dxa"/>
            </w:tcMar>
            <w:vAlign w:val="center"/>
          </w:tcPr>
          <w:p w14:paraId="1FF6CD85" w14:textId="77777777" w:rsidR="000B7C4C" w:rsidRDefault="00000000">
            <w:pPr>
              <w:spacing w:after="0" w:line="240" w:lineRule="auto"/>
              <w:jc w:val="center"/>
            </w:pPr>
            <w:r>
              <w:rPr>
                <w:sz w:val="16"/>
              </w:rPr>
              <w:t>1356</w:t>
            </w:r>
          </w:p>
        </w:tc>
      </w:tr>
      <w:tr w:rsidR="000B7C4C" w14:paraId="6210B90E" w14:textId="77777777">
        <w:trPr>
          <w:cantSplit/>
          <w:jc w:val="center"/>
        </w:trPr>
        <w:tc>
          <w:tcPr>
            <w:tcW w:w="482" w:type="dxa"/>
            <w:tcMar>
              <w:top w:w="38" w:type="dxa"/>
              <w:left w:w="55" w:type="dxa"/>
              <w:bottom w:w="38" w:type="dxa"/>
              <w:right w:w="55" w:type="dxa"/>
            </w:tcMar>
            <w:vAlign w:val="center"/>
          </w:tcPr>
          <w:p w14:paraId="126448E2" w14:textId="77777777" w:rsidR="000B7C4C" w:rsidRDefault="00000000">
            <w:pPr>
              <w:spacing w:after="0" w:line="240" w:lineRule="auto"/>
              <w:jc w:val="center"/>
            </w:pPr>
            <w:r>
              <w:rPr>
                <w:sz w:val="16"/>
              </w:rPr>
              <w:t>17</w:t>
            </w:r>
          </w:p>
        </w:tc>
        <w:tc>
          <w:tcPr>
            <w:tcW w:w="3855" w:type="dxa"/>
            <w:tcMar>
              <w:top w:w="38" w:type="dxa"/>
              <w:left w:w="55" w:type="dxa"/>
              <w:bottom w:w="38" w:type="dxa"/>
              <w:right w:w="55" w:type="dxa"/>
            </w:tcMar>
            <w:vAlign w:val="center"/>
          </w:tcPr>
          <w:p w14:paraId="2C4CB8AE" w14:textId="77777777" w:rsidR="000B7C4C" w:rsidRDefault="00000000">
            <w:pPr>
              <w:spacing w:after="0" w:line="240" w:lineRule="auto"/>
              <w:jc w:val="left"/>
            </w:pPr>
            <w:r>
              <w:rPr>
                <w:sz w:val="16"/>
              </w:rPr>
              <w:t>Av. Ömer Kavili</w:t>
            </w:r>
          </w:p>
        </w:tc>
        <w:tc>
          <w:tcPr>
            <w:tcW w:w="3628" w:type="dxa"/>
            <w:tcMar>
              <w:top w:w="38" w:type="dxa"/>
              <w:left w:w="55" w:type="dxa"/>
              <w:bottom w:w="38" w:type="dxa"/>
              <w:right w:w="55" w:type="dxa"/>
            </w:tcMar>
            <w:vAlign w:val="center"/>
          </w:tcPr>
          <w:p w14:paraId="1655B5F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1338F63" w14:textId="77777777" w:rsidR="000B7C4C" w:rsidRDefault="00000000">
            <w:pPr>
              <w:spacing w:after="0" w:line="240" w:lineRule="auto"/>
              <w:jc w:val="center"/>
            </w:pPr>
            <w:r>
              <w:rPr>
                <w:sz w:val="16"/>
              </w:rPr>
              <w:t>15638</w:t>
            </w:r>
          </w:p>
        </w:tc>
      </w:tr>
      <w:tr w:rsidR="000B7C4C" w14:paraId="52F994ED" w14:textId="77777777">
        <w:trPr>
          <w:cantSplit/>
          <w:jc w:val="center"/>
        </w:trPr>
        <w:tc>
          <w:tcPr>
            <w:tcW w:w="482" w:type="dxa"/>
            <w:tcMar>
              <w:top w:w="38" w:type="dxa"/>
              <w:left w:w="55" w:type="dxa"/>
              <w:bottom w:w="38" w:type="dxa"/>
              <w:right w:w="55" w:type="dxa"/>
            </w:tcMar>
            <w:vAlign w:val="center"/>
          </w:tcPr>
          <w:p w14:paraId="36984419" w14:textId="77777777" w:rsidR="000B7C4C" w:rsidRDefault="00000000">
            <w:pPr>
              <w:spacing w:after="0" w:line="240" w:lineRule="auto"/>
              <w:jc w:val="center"/>
            </w:pPr>
            <w:r>
              <w:rPr>
                <w:sz w:val="16"/>
              </w:rPr>
              <w:t>18</w:t>
            </w:r>
          </w:p>
        </w:tc>
        <w:tc>
          <w:tcPr>
            <w:tcW w:w="3855" w:type="dxa"/>
            <w:tcMar>
              <w:top w:w="38" w:type="dxa"/>
              <w:left w:w="55" w:type="dxa"/>
              <w:bottom w:w="38" w:type="dxa"/>
              <w:right w:w="55" w:type="dxa"/>
            </w:tcMar>
            <w:vAlign w:val="center"/>
          </w:tcPr>
          <w:p w14:paraId="0A795026" w14:textId="77777777" w:rsidR="000B7C4C" w:rsidRDefault="00000000">
            <w:pPr>
              <w:spacing w:after="0" w:line="240" w:lineRule="auto"/>
              <w:jc w:val="left"/>
            </w:pPr>
            <w:r>
              <w:rPr>
                <w:sz w:val="16"/>
              </w:rPr>
              <w:t>Av. Fırat Epözdemir</w:t>
            </w:r>
          </w:p>
        </w:tc>
        <w:tc>
          <w:tcPr>
            <w:tcW w:w="3628" w:type="dxa"/>
            <w:tcMar>
              <w:top w:w="38" w:type="dxa"/>
              <w:left w:w="55" w:type="dxa"/>
              <w:bottom w:w="38" w:type="dxa"/>
              <w:right w:w="55" w:type="dxa"/>
            </w:tcMar>
            <w:vAlign w:val="center"/>
          </w:tcPr>
          <w:p w14:paraId="6B0465D8"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2C3F779" w14:textId="77777777" w:rsidR="000B7C4C" w:rsidRDefault="00000000">
            <w:pPr>
              <w:spacing w:after="0" w:line="240" w:lineRule="auto"/>
              <w:jc w:val="center"/>
            </w:pPr>
            <w:r>
              <w:rPr>
                <w:sz w:val="16"/>
              </w:rPr>
              <w:t>36297</w:t>
            </w:r>
          </w:p>
        </w:tc>
      </w:tr>
      <w:tr w:rsidR="000B7C4C" w14:paraId="46E1F528" w14:textId="77777777">
        <w:trPr>
          <w:cantSplit/>
          <w:jc w:val="center"/>
        </w:trPr>
        <w:tc>
          <w:tcPr>
            <w:tcW w:w="482" w:type="dxa"/>
            <w:tcMar>
              <w:top w:w="38" w:type="dxa"/>
              <w:left w:w="55" w:type="dxa"/>
              <w:bottom w:w="38" w:type="dxa"/>
              <w:right w:w="55" w:type="dxa"/>
            </w:tcMar>
            <w:vAlign w:val="center"/>
          </w:tcPr>
          <w:p w14:paraId="4BD33C3C" w14:textId="77777777" w:rsidR="000B7C4C" w:rsidRDefault="00000000">
            <w:pPr>
              <w:spacing w:after="0" w:line="240" w:lineRule="auto"/>
              <w:jc w:val="center"/>
            </w:pPr>
            <w:r>
              <w:rPr>
                <w:sz w:val="16"/>
              </w:rPr>
              <w:t>19</w:t>
            </w:r>
          </w:p>
        </w:tc>
        <w:tc>
          <w:tcPr>
            <w:tcW w:w="3855" w:type="dxa"/>
            <w:tcMar>
              <w:top w:w="38" w:type="dxa"/>
              <w:left w:w="55" w:type="dxa"/>
              <w:bottom w:w="38" w:type="dxa"/>
              <w:right w:w="55" w:type="dxa"/>
            </w:tcMar>
            <w:vAlign w:val="center"/>
          </w:tcPr>
          <w:p w14:paraId="01BAB878" w14:textId="77777777" w:rsidR="000B7C4C" w:rsidRDefault="00000000">
            <w:pPr>
              <w:spacing w:after="0" w:line="240" w:lineRule="auto"/>
              <w:jc w:val="left"/>
            </w:pPr>
            <w:r>
              <w:rPr>
                <w:sz w:val="16"/>
              </w:rPr>
              <w:t>Av. Görkem Ova</w:t>
            </w:r>
          </w:p>
        </w:tc>
        <w:tc>
          <w:tcPr>
            <w:tcW w:w="3628" w:type="dxa"/>
            <w:tcMar>
              <w:top w:w="38" w:type="dxa"/>
              <w:left w:w="55" w:type="dxa"/>
              <w:bottom w:w="38" w:type="dxa"/>
              <w:right w:w="55" w:type="dxa"/>
            </w:tcMar>
            <w:vAlign w:val="center"/>
          </w:tcPr>
          <w:p w14:paraId="734391E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2425C77" w14:textId="77777777" w:rsidR="000B7C4C" w:rsidRDefault="00000000">
            <w:pPr>
              <w:spacing w:after="0" w:line="240" w:lineRule="auto"/>
              <w:jc w:val="center"/>
            </w:pPr>
            <w:r>
              <w:rPr>
                <w:sz w:val="16"/>
              </w:rPr>
              <w:t>63237</w:t>
            </w:r>
          </w:p>
        </w:tc>
      </w:tr>
      <w:tr w:rsidR="000B7C4C" w14:paraId="5B3037C1" w14:textId="77777777">
        <w:trPr>
          <w:cantSplit/>
          <w:jc w:val="center"/>
        </w:trPr>
        <w:tc>
          <w:tcPr>
            <w:tcW w:w="482" w:type="dxa"/>
            <w:tcMar>
              <w:top w:w="38" w:type="dxa"/>
              <w:left w:w="55" w:type="dxa"/>
              <w:bottom w:w="38" w:type="dxa"/>
              <w:right w:w="55" w:type="dxa"/>
            </w:tcMar>
            <w:vAlign w:val="center"/>
          </w:tcPr>
          <w:p w14:paraId="6586D4A6" w14:textId="77777777" w:rsidR="000B7C4C" w:rsidRDefault="00000000">
            <w:pPr>
              <w:spacing w:after="0" w:line="240" w:lineRule="auto"/>
              <w:jc w:val="center"/>
            </w:pPr>
            <w:r>
              <w:rPr>
                <w:sz w:val="16"/>
              </w:rPr>
              <w:t>20</w:t>
            </w:r>
          </w:p>
        </w:tc>
        <w:tc>
          <w:tcPr>
            <w:tcW w:w="3855" w:type="dxa"/>
            <w:tcMar>
              <w:top w:w="38" w:type="dxa"/>
              <w:left w:w="55" w:type="dxa"/>
              <w:bottom w:w="38" w:type="dxa"/>
              <w:right w:w="55" w:type="dxa"/>
            </w:tcMar>
            <w:vAlign w:val="center"/>
          </w:tcPr>
          <w:p w14:paraId="0098E257" w14:textId="77777777" w:rsidR="000B7C4C" w:rsidRDefault="00000000">
            <w:pPr>
              <w:spacing w:after="0" w:line="240" w:lineRule="auto"/>
              <w:jc w:val="left"/>
            </w:pPr>
            <w:r>
              <w:rPr>
                <w:sz w:val="16"/>
              </w:rPr>
              <w:t>Av. Özden Özdemir</w:t>
            </w:r>
          </w:p>
        </w:tc>
        <w:tc>
          <w:tcPr>
            <w:tcW w:w="3628" w:type="dxa"/>
            <w:tcMar>
              <w:top w:w="38" w:type="dxa"/>
              <w:left w:w="55" w:type="dxa"/>
              <w:bottom w:w="38" w:type="dxa"/>
              <w:right w:w="55" w:type="dxa"/>
            </w:tcMar>
            <w:vAlign w:val="center"/>
          </w:tcPr>
          <w:p w14:paraId="042FC4A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797F21E" w14:textId="77777777" w:rsidR="000B7C4C" w:rsidRDefault="00000000">
            <w:pPr>
              <w:spacing w:after="0" w:line="240" w:lineRule="auto"/>
              <w:jc w:val="center"/>
            </w:pPr>
            <w:r>
              <w:rPr>
                <w:sz w:val="16"/>
              </w:rPr>
              <w:t>25259</w:t>
            </w:r>
          </w:p>
        </w:tc>
      </w:tr>
      <w:tr w:rsidR="000B7C4C" w14:paraId="42891F4E" w14:textId="77777777">
        <w:trPr>
          <w:cantSplit/>
          <w:jc w:val="center"/>
        </w:trPr>
        <w:tc>
          <w:tcPr>
            <w:tcW w:w="482" w:type="dxa"/>
            <w:tcMar>
              <w:top w:w="38" w:type="dxa"/>
              <w:left w:w="55" w:type="dxa"/>
              <w:bottom w:w="38" w:type="dxa"/>
              <w:right w:w="55" w:type="dxa"/>
            </w:tcMar>
            <w:vAlign w:val="center"/>
          </w:tcPr>
          <w:p w14:paraId="63D7D34F" w14:textId="77777777" w:rsidR="000B7C4C" w:rsidRDefault="00000000">
            <w:pPr>
              <w:spacing w:after="0" w:line="240" w:lineRule="auto"/>
              <w:jc w:val="center"/>
            </w:pPr>
            <w:r>
              <w:rPr>
                <w:sz w:val="16"/>
              </w:rPr>
              <w:t>21</w:t>
            </w:r>
          </w:p>
        </w:tc>
        <w:tc>
          <w:tcPr>
            <w:tcW w:w="3855" w:type="dxa"/>
            <w:tcMar>
              <w:top w:w="38" w:type="dxa"/>
              <w:left w:w="55" w:type="dxa"/>
              <w:bottom w:w="38" w:type="dxa"/>
              <w:right w:w="55" w:type="dxa"/>
            </w:tcMar>
            <w:vAlign w:val="center"/>
          </w:tcPr>
          <w:p w14:paraId="69D262A0" w14:textId="77777777" w:rsidR="000B7C4C" w:rsidRDefault="00000000">
            <w:pPr>
              <w:spacing w:after="0" w:line="240" w:lineRule="auto"/>
              <w:jc w:val="left"/>
            </w:pPr>
            <w:r>
              <w:rPr>
                <w:sz w:val="16"/>
              </w:rPr>
              <w:t>Av. Şengül Tarhan Buztaş</w:t>
            </w:r>
          </w:p>
        </w:tc>
        <w:tc>
          <w:tcPr>
            <w:tcW w:w="3628" w:type="dxa"/>
            <w:tcMar>
              <w:top w:w="38" w:type="dxa"/>
              <w:left w:w="55" w:type="dxa"/>
              <w:bottom w:w="38" w:type="dxa"/>
              <w:right w:w="55" w:type="dxa"/>
            </w:tcMar>
            <w:vAlign w:val="center"/>
          </w:tcPr>
          <w:p w14:paraId="471E87AA"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947620A" w14:textId="77777777" w:rsidR="000B7C4C" w:rsidRDefault="00000000">
            <w:pPr>
              <w:spacing w:after="0" w:line="240" w:lineRule="auto"/>
              <w:jc w:val="center"/>
            </w:pPr>
            <w:r>
              <w:rPr>
                <w:sz w:val="16"/>
              </w:rPr>
              <w:t>19622</w:t>
            </w:r>
          </w:p>
        </w:tc>
      </w:tr>
      <w:tr w:rsidR="000B7C4C" w14:paraId="2FDF1C4C" w14:textId="77777777">
        <w:trPr>
          <w:cantSplit/>
          <w:jc w:val="center"/>
        </w:trPr>
        <w:tc>
          <w:tcPr>
            <w:tcW w:w="482" w:type="dxa"/>
            <w:tcMar>
              <w:top w:w="38" w:type="dxa"/>
              <w:left w:w="55" w:type="dxa"/>
              <w:bottom w:w="38" w:type="dxa"/>
              <w:right w:w="55" w:type="dxa"/>
            </w:tcMar>
            <w:vAlign w:val="center"/>
          </w:tcPr>
          <w:p w14:paraId="2182CEFA" w14:textId="77777777" w:rsidR="000B7C4C" w:rsidRDefault="00000000">
            <w:pPr>
              <w:spacing w:after="0" w:line="240" w:lineRule="auto"/>
              <w:jc w:val="center"/>
            </w:pPr>
            <w:r>
              <w:rPr>
                <w:sz w:val="16"/>
              </w:rPr>
              <w:t>22</w:t>
            </w:r>
          </w:p>
        </w:tc>
        <w:tc>
          <w:tcPr>
            <w:tcW w:w="3855" w:type="dxa"/>
            <w:tcMar>
              <w:top w:w="38" w:type="dxa"/>
              <w:left w:w="55" w:type="dxa"/>
              <w:bottom w:w="38" w:type="dxa"/>
              <w:right w:w="55" w:type="dxa"/>
            </w:tcMar>
            <w:vAlign w:val="center"/>
          </w:tcPr>
          <w:p w14:paraId="324B05EB" w14:textId="77777777" w:rsidR="000B7C4C" w:rsidRDefault="00000000">
            <w:pPr>
              <w:spacing w:after="0" w:line="240" w:lineRule="auto"/>
              <w:jc w:val="left"/>
            </w:pPr>
            <w:r>
              <w:rPr>
                <w:sz w:val="16"/>
              </w:rPr>
              <w:t>Av. Figen Ertem Yılmaz</w:t>
            </w:r>
          </w:p>
        </w:tc>
        <w:tc>
          <w:tcPr>
            <w:tcW w:w="3628" w:type="dxa"/>
            <w:tcMar>
              <w:top w:w="38" w:type="dxa"/>
              <w:left w:w="55" w:type="dxa"/>
              <w:bottom w:w="38" w:type="dxa"/>
              <w:right w:w="55" w:type="dxa"/>
            </w:tcMar>
            <w:vAlign w:val="center"/>
          </w:tcPr>
          <w:p w14:paraId="032ECB96"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544EA59" w14:textId="77777777" w:rsidR="000B7C4C" w:rsidRDefault="00000000">
            <w:pPr>
              <w:spacing w:after="0" w:line="240" w:lineRule="auto"/>
              <w:jc w:val="center"/>
            </w:pPr>
            <w:r>
              <w:rPr>
                <w:sz w:val="16"/>
              </w:rPr>
              <w:t>16976</w:t>
            </w:r>
          </w:p>
        </w:tc>
      </w:tr>
      <w:tr w:rsidR="000B7C4C" w14:paraId="3BFBAD57" w14:textId="77777777">
        <w:trPr>
          <w:cantSplit/>
          <w:jc w:val="center"/>
        </w:trPr>
        <w:tc>
          <w:tcPr>
            <w:tcW w:w="482" w:type="dxa"/>
            <w:tcMar>
              <w:top w:w="38" w:type="dxa"/>
              <w:left w:w="55" w:type="dxa"/>
              <w:bottom w:w="38" w:type="dxa"/>
              <w:right w:w="55" w:type="dxa"/>
            </w:tcMar>
            <w:vAlign w:val="center"/>
          </w:tcPr>
          <w:p w14:paraId="1D4D506D" w14:textId="77777777" w:rsidR="000B7C4C" w:rsidRDefault="00000000">
            <w:pPr>
              <w:spacing w:after="0" w:line="240" w:lineRule="auto"/>
              <w:jc w:val="center"/>
            </w:pPr>
            <w:r>
              <w:rPr>
                <w:sz w:val="16"/>
              </w:rPr>
              <w:t>23</w:t>
            </w:r>
          </w:p>
        </w:tc>
        <w:tc>
          <w:tcPr>
            <w:tcW w:w="3855" w:type="dxa"/>
            <w:tcMar>
              <w:top w:w="38" w:type="dxa"/>
              <w:left w:w="55" w:type="dxa"/>
              <w:bottom w:w="38" w:type="dxa"/>
              <w:right w:w="55" w:type="dxa"/>
            </w:tcMar>
            <w:vAlign w:val="center"/>
          </w:tcPr>
          <w:p w14:paraId="3A131DA5" w14:textId="77777777" w:rsidR="000B7C4C" w:rsidRDefault="00000000">
            <w:pPr>
              <w:spacing w:after="0" w:line="240" w:lineRule="auto"/>
              <w:jc w:val="left"/>
            </w:pPr>
            <w:r>
              <w:rPr>
                <w:sz w:val="16"/>
              </w:rPr>
              <w:t>Av. Özhan Karazeybek</w:t>
            </w:r>
          </w:p>
        </w:tc>
        <w:tc>
          <w:tcPr>
            <w:tcW w:w="3628" w:type="dxa"/>
            <w:tcMar>
              <w:top w:w="38" w:type="dxa"/>
              <w:left w:w="55" w:type="dxa"/>
              <w:bottom w:w="38" w:type="dxa"/>
              <w:right w:w="55" w:type="dxa"/>
            </w:tcMar>
            <w:vAlign w:val="center"/>
          </w:tcPr>
          <w:p w14:paraId="0A6517B0" w14:textId="77777777" w:rsidR="000B7C4C" w:rsidRDefault="00000000">
            <w:pPr>
              <w:spacing w:after="0" w:line="240" w:lineRule="auto"/>
              <w:jc w:val="left"/>
            </w:pPr>
            <w:r>
              <w:rPr>
                <w:sz w:val="16"/>
              </w:rPr>
              <w:t>Antalya Barosu</w:t>
            </w:r>
          </w:p>
        </w:tc>
        <w:tc>
          <w:tcPr>
            <w:tcW w:w="1701" w:type="dxa"/>
            <w:tcMar>
              <w:top w:w="38" w:type="dxa"/>
              <w:left w:w="55" w:type="dxa"/>
              <w:bottom w:w="38" w:type="dxa"/>
              <w:right w:w="55" w:type="dxa"/>
            </w:tcMar>
            <w:vAlign w:val="center"/>
          </w:tcPr>
          <w:p w14:paraId="634A7F1F" w14:textId="77777777" w:rsidR="000B7C4C" w:rsidRDefault="00000000">
            <w:pPr>
              <w:spacing w:after="0" w:line="240" w:lineRule="auto"/>
              <w:jc w:val="center"/>
            </w:pPr>
            <w:r>
              <w:rPr>
                <w:sz w:val="16"/>
              </w:rPr>
              <w:t>1812</w:t>
            </w:r>
          </w:p>
        </w:tc>
      </w:tr>
      <w:tr w:rsidR="000B7C4C" w14:paraId="63F3530A" w14:textId="77777777">
        <w:trPr>
          <w:cantSplit/>
          <w:jc w:val="center"/>
        </w:trPr>
        <w:tc>
          <w:tcPr>
            <w:tcW w:w="482" w:type="dxa"/>
            <w:tcMar>
              <w:top w:w="38" w:type="dxa"/>
              <w:left w:w="55" w:type="dxa"/>
              <w:bottom w:w="38" w:type="dxa"/>
              <w:right w:w="55" w:type="dxa"/>
            </w:tcMar>
            <w:vAlign w:val="center"/>
          </w:tcPr>
          <w:p w14:paraId="4135BDB8" w14:textId="77777777" w:rsidR="000B7C4C" w:rsidRDefault="00000000">
            <w:pPr>
              <w:spacing w:after="0" w:line="240" w:lineRule="auto"/>
              <w:jc w:val="center"/>
            </w:pPr>
            <w:r>
              <w:rPr>
                <w:sz w:val="16"/>
              </w:rPr>
              <w:t>24</w:t>
            </w:r>
          </w:p>
        </w:tc>
        <w:tc>
          <w:tcPr>
            <w:tcW w:w="3855" w:type="dxa"/>
            <w:tcMar>
              <w:top w:w="38" w:type="dxa"/>
              <w:left w:w="55" w:type="dxa"/>
              <w:bottom w:w="38" w:type="dxa"/>
              <w:right w:w="55" w:type="dxa"/>
            </w:tcMar>
            <w:vAlign w:val="center"/>
          </w:tcPr>
          <w:p w14:paraId="45BC10E3" w14:textId="77777777" w:rsidR="000B7C4C" w:rsidRDefault="00000000">
            <w:pPr>
              <w:spacing w:after="0" w:line="240" w:lineRule="auto"/>
              <w:jc w:val="left"/>
            </w:pPr>
            <w:r>
              <w:rPr>
                <w:sz w:val="16"/>
              </w:rPr>
              <w:t>Av. Sabahattin Gümüş</w:t>
            </w:r>
          </w:p>
        </w:tc>
        <w:tc>
          <w:tcPr>
            <w:tcW w:w="3628" w:type="dxa"/>
            <w:tcMar>
              <w:top w:w="38" w:type="dxa"/>
              <w:left w:w="55" w:type="dxa"/>
              <w:bottom w:w="38" w:type="dxa"/>
              <w:right w:w="55" w:type="dxa"/>
            </w:tcMar>
            <w:vAlign w:val="center"/>
          </w:tcPr>
          <w:p w14:paraId="5AE0B486" w14:textId="77777777" w:rsidR="000B7C4C" w:rsidRDefault="00000000">
            <w:pPr>
              <w:spacing w:after="0" w:line="240" w:lineRule="auto"/>
              <w:jc w:val="left"/>
            </w:pPr>
            <w:r>
              <w:rPr>
                <w:sz w:val="16"/>
              </w:rPr>
              <w:t>Adana Barosu</w:t>
            </w:r>
          </w:p>
        </w:tc>
        <w:tc>
          <w:tcPr>
            <w:tcW w:w="1701" w:type="dxa"/>
            <w:tcMar>
              <w:top w:w="38" w:type="dxa"/>
              <w:left w:w="55" w:type="dxa"/>
              <w:bottom w:w="38" w:type="dxa"/>
              <w:right w:w="55" w:type="dxa"/>
            </w:tcMar>
            <w:vAlign w:val="center"/>
          </w:tcPr>
          <w:p w14:paraId="797A4D45" w14:textId="77777777" w:rsidR="000B7C4C" w:rsidRDefault="00000000">
            <w:pPr>
              <w:spacing w:after="0" w:line="240" w:lineRule="auto"/>
              <w:jc w:val="center"/>
            </w:pPr>
            <w:r>
              <w:rPr>
                <w:sz w:val="16"/>
              </w:rPr>
              <w:t>1137</w:t>
            </w:r>
          </w:p>
        </w:tc>
      </w:tr>
      <w:tr w:rsidR="000B7C4C" w14:paraId="1F3D9C6D" w14:textId="77777777">
        <w:trPr>
          <w:cantSplit/>
          <w:jc w:val="center"/>
        </w:trPr>
        <w:tc>
          <w:tcPr>
            <w:tcW w:w="482" w:type="dxa"/>
            <w:tcMar>
              <w:top w:w="38" w:type="dxa"/>
              <w:left w:w="55" w:type="dxa"/>
              <w:bottom w:w="38" w:type="dxa"/>
              <w:right w:w="55" w:type="dxa"/>
            </w:tcMar>
            <w:vAlign w:val="center"/>
          </w:tcPr>
          <w:p w14:paraId="08C593F5" w14:textId="77777777" w:rsidR="000B7C4C" w:rsidRDefault="00000000">
            <w:pPr>
              <w:spacing w:after="0" w:line="240" w:lineRule="auto"/>
              <w:jc w:val="center"/>
            </w:pPr>
            <w:r>
              <w:rPr>
                <w:sz w:val="16"/>
              </w:rPr>
              <w:t>25</w:t>
            </w:r>
          </w:p>
        </w:tc>
        <w:tc>
          <w:tcPr>
            <w:tcW w:w="3855" w:type="dxa"/>
            <w:tcMar>
              <w:top w:w="38" w:type="dxa"/>
              <w:left w:w="55" w:type="dxa"/>
              <w:bottom w:w="38" w:type="dxa"/>
              <w:right w:w="55" w:type="dxa"/>
            </w:tcMar>
            <w:vAlign w:val="center"/>
          </w:tcPr>
          <w:p w14:paraId="1EC9D202" w14:textId="77777777" w:rsidR="000B7C4C" w:rsidRDefault="00000000">
            <w:pPr>
              <w:spacing w:after="0" w:line="240" w:lineRule="auto"/>
              <w:jc w:val="left"/>
            </w:pPr>
            <w:r>
              <w:rPr>
                <w:sz w:val="16"/>
              </w:rPr>
              <w:t>Av. Arzu Müge Özaydın</w:t>
            </w:r>
          </w:p>
        </w:tc>
        <w:tc>
          <w:tcPr>
            <w:tcW w:w="3628" w:type="dxa"/>
            <w:tcMar>
              <w:top w:w="38" w:type="dxa"/>
              <w:left w:w="55" w:type="dxa"/>
              <w:bottom w:w="38" w:type="dxa"/>
              <w:right w:w="55" w:type="dxa"/>
            </w:tcMar>
            <w:vAlign w:val="center"/>
          </w:tcPr>
          <w:p w14:paraId="3F8A4C73"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7A3BAAF" w14:textId="77777777" w:rsidR="000B7C4C" w:rsidRDefault="00000000">
            <w:pPr>
              <w:spacing w:after="0" w:line="240" w:lineRule="auto"/>
              <w:jc w:val="center"/>
            </w:pPr>
            <w:r>
              <w:rPr>
                <w:sz w:val="16"/>
              </w:rPr>
              <w:t>16505</w:t>
            </w:r>
          </w:p>
        </w:tc>
      </w:tr>
      <w:tr w:rsidR="000B7C4C" w14:paraId="7704935D" w14:textId="77777777">
        <w:trPr>
          <w:cantSplit/>
          <w:jc w:val="center"/>
        </w:trPr>
        <w:tc>
          <w:tcPr>
            <w:tcW w:w="482" w:type="dxa"/>
            <w:tcMar>
              <w:top w:w="38" w:type="dxa"/>
              <w:left w:w="55" w:type="dxa"/>
              <w:bottom w:w="38" w:type="dxa"/>
              <w:right w:w="55" w:type="dxa"/>
            </w:tcMar>
            <w:vAlign w:val="center"/>
          </w:tcPr>
          <w:p w14:paraId="19A6B4B4" w14:textId="77777777" w:rsidR="000B7C4C" w:rsidRDefault="00000000">
            <w:pPr>
              <w:spacing w:after="0" w:line="240" w:lineRule="auto"/>
              <w:jc w:val="center"/>
            </w:pPr>
            <w:r>
              <w:rPr>
                <w:sz w:val="16"/>
              </w:rPr>
              <w:t>26</w:t>
            </w:r>
          </w:p>
        </w:tc>
        <w:tc>
          <w:tcPr>
            <w:tcW w:w="3855" w:type="dxa"/>
            <w:tcMar>
              <w:top w:w="38" w:type="dxa"/>
              <w:left w:w="55" w:type="dxa"/>
              <w:bottom w:w="38" w:type="dxa"/>
              <w:right w:w="55" w:type="dxa"/>
            </w:tcMar>
            <w:vAlign w:val="center"/>
          </w:tcPr>
          <w:p w14:paraId="2B6F0C39" w14:textId="77777777" w:rsidR="000B7C4C" w:rsidRDefault="00000000">
            <w:pPr>
              <w:spacing w:after="0" w:line="240" w:lineRule="auto"/>
              <w:jc w:val="left"/>
            </w:pPr>
            <w:r>
              <w:rPr>
                <w:sz w:val="16"/>
              </w:rPr>
              <w:t>Av. Kadir Seçkin Bilgili</w:t>
            </w:r>
          </w:p>
        </w:tc>
        <w:tc>
          <w:tcPr>
            <w:tcW w:w="3628" w:type="dxa"/>
            <w:tcMar>
              <w:top w:w="38" w:type="dxa"/>
              <w:left w:w="55" w:type="dxa"/>
              <w:bottom w:w="38" w:type="dxa"/>
              <w:right w:w="55" w:type="dxa"/>
            </w:tcMar>
            <w:vAlign w:val="center"/>
          </w:tcPr>
          <w:p w14:paraId="5E34AE56" w14:textId="77777777" w:rsidR="000B7C4C" w:rsidRDefault="00000000">
            <w:pPr>
              <w:spacing w:after="0" w:line="240" w:lineRule="auto"/>
              <w:jc w:val="left"/>
            </w:pPr>
            <w:r>
              <w:rPr>
                <w:sz w:val="16"/>
              </w:rPr>
              <w:t>Balıkesir Barosu</w:t>
            </w:r>
          </w:p>
        </w:tc>
        <w:tc>
          <w:tcPr>
            <w:tcW w:w="1701" w:type="dxa"/>
            <w:tcMar>
              <w:top w:w="38" w:type="dxa"/>
              <w:left w:w="55" w:type="dxa"/>
              <w:bottom w:w="38" w:type="dxa"/>
              <w:right w:w="55" w:type="dxa"/>
            </w:tcMar>
            <w:vAlign w:val="center"/>
          </w:tcPr>
          <w:p w14:paraId="26110BF6" w14:textId="77777777" w:rsidR="000B7C4C" w:rsidRDefault="00000000">
            <w:pPr>
              <w:spacing w:after="0" w:line="240" w:lineRule="auto"/>
              <w:jc w:val="center"/>
            </w:pPr>
            <w:r>
              <w:rPr>
                <w:sz w:val="16"/>
              </w:rPr>
              <w:t>1682</w:t>
            </w:r>
          </w:p>
        </w:tc>
      </w:tr>
      <w:tr w:rsidR="000B7C4C" w14:paraId="511A58C7" w14:textId="77777777">
        <w:trPr>
          <w:cantSplit/>
          <w:jc w:val="center"/>
        </w:trPr>
        <w:tc>
          <w:tcPr>
            <w:tcW w:w="482" w:type="dxa"/>
            <w:tcMar>
              <w:top w:w="38" w:type="dxa"/>
              <w:left w:w="55" w:type="dxa"/>
              <w:bottom w:w="38" w:type="dxa"/>
              <w:right w:w="55" w:type="dxa"/>
            </w:tcMar>
            <w:vAlign w:val="center"/>
          </w:tcPr>
          <w:p w14:paraId="05963D11" w14:textId="77777777" w:rsidR="000B7C4C" w:rsidRDefault="00000000">
            <w:pPr>
              <w:spacing w:after="0" w:line="240" w:lineRule="auto"/>
              <w:jc w:val="center"/>
            </w:pPr>
            <w:r>
              <w:rPr>
                <w:sz w:val="16"/>
              </w:rPr>
              <w:t>27</w:t>
            </w:r>
          </w:p>
        </w:tc>
        <w:tc>
          <w:tcPr>
            <w:tcW w:w="3855" w:type="dxa"/>
            <w:tcMar>
              <w:top w:w="38" w:type="dxa"/>
              <w:left w:w="55" w:type="dxa"/>
              <w:bottom w:w="38" w:type="dxa"/>
              <w:right w:w="55" w:type="dxa"/>
            </w:tcMar>
            <w:vAlign w:val="center"/>
          </w:tcPr>
          <w:p w14:paraId="6FB16667" w14:textId="77777777" w:rsidR="000B7C4C" w:rsidRDefault="00000000">
            <w:pPr>
              <w:spacing w:after="0" w:line="240" w:lineRule="auto"/>
              <w:jc w:val="left"/>
            </w:pPr>
            <w:r>
              <w:rPr>
                <w:sz w:val="16"/>
              </w:rPr>
              <w:t>Av. Mustafa Dinçer</w:t>
            </w:r>
          </w:p>
        </w:tc>
        <w:tc>
          <w:tcPr>
            <w:tcW w:w="3628" w:type="dxa"/>
            <w:tcMar>
              <w:top w:w="38" w:type="dxa"/>
              <w:left w:w="55" w:type="dxa"/>
              <w:bottom w:w="38" w:type="dxa"/>
              <w:right w:w="55" w:type="dxa"/>
            </w:tcMar>
            <w:vAlign w:val="center"/>
          </w:tcPr>
          <w:p w14:paraId="03B26439"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6DBB9A46" w14:textId="77777777" w:rsidR="000B7C4C" w:rsidRDefault="00000000">
            <w:pPr>
              <w:spacing w:after="0" w:line="240" w:lineRule="auto"/>
              <w:jc w:val="center"/>
            </w:pPr>
            <w:r>
              <w:rPr>
                <w:sz w:val="16"/>
              </w:rPr>
              <w:t>13587</w:t>
            </w:r>
          </w:p>
        </w:tc>
      </w:tr>
      <w:tr w:rsidR="000B7C4C" w14:paraId="06E5120A" w14:textId="77777777">
        <w:trPr>
          <w:cantSplit/>
          <w:jc w:val="center"/>
        </w:trPr>
        <w:tc>
          <w:tcPr>
            <w:tcW w:w="482" w:type="dxa"/>
            <w:tcMar>
              <w:top w:w="38" w:type="dxa"/>
              <w:left w:w="55" w:type="dxa"/>
              <w:bottom w:w="38" w:type="dxa"/>
              <w:right w:w="55" w:type="dxa"/>
            </w:tcMar>
            <w:vAlign w:val="center"/>
          </w:tcPr>
          <w:p w14:paraId="7ACCB31D" w14:textId="77777777" w:rsidR="000B7C4C" w:rsidRDefault="00000000">
            <w:pPr>
              <w:spacing w:after="0" w:line="240" w:lineRule="auto"/>
              <w:jc w:val="center"/>
            </w:pPr>
            <w:r>
              <w:rPr>
                <w:sz w:val="16"/>
              </w:rPr>
              <w:t>28</w:t>
            </w:r>
          </w:p>
        </w:tc>
        <w:tc>
          <w:tcPr>
            <w:tcW w:w="3855" w:type="dxa"/>
            <w:tcMar>
              <w:top w:w="38" w:type="dxa"/>
              <w:left w:w="55" w:type="dxa"/>
              <w:bottom w:w="38" w:type="dxa"/>
              <w:right w:w="55" w:type="dxa"/>
            </w:tcMar>
            <w:vAlign w:val="center"/>
          </w:tcPr>
          <w:p w14:paraId="1A006429" w14:textId="77777777" w:rsidR="000B7C4C" w:rsidRDefault="00000000">
            <w:pPr>
              <w:spacing w:after="0" w:line="240" w:lineRule="auto"/>
              <w:jc w:val="left"/>
            </w:pPr>
            <w:r>
              <w:rPr>
                <w:sz w:val="16"/>
              </w:rPr>
              <w:t>Av. Onursal Özbek</w:t>
            </w:r>
          </w:p>
        </w:tc>
        <w:tc>
          <w:tcPr>
            <w:tcW w:w="3628" w:type="dxa"/>
            <w:tcMar>
              <w:top w:w="38" w:type="dxa"/>
              <w:left w:w="55" w:type="dxa"/>
              <w:bottom w:w="38" w:type="dxa"/>
              <w:right w:w="55" w:type="dxa"/>
            </w:tcMar>
            <w:vAlign w:val="center"/>
          </w:tcPr>
          <w:p w14:paraId="1C0F3FDB"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10116890" w14:textId="77777777" w:rsidR="000B7C4C" w:rsidRDefault="00000000">
            <w:pPr>
              <w:spacing w:after="0" w:line="240" w:lineRule="auto"/>
              <w:jc w:val="center"/>
            </w:pPr>
            <w:r>
              <w:rPr>
                <w:sz w:val="16"/>
              </w:rPr>
              <w:t>1178</w:t>
            </w:r>
          </w:p>
        </w:tc>
      </w:tr>
      <w:tr w:rsidR="000B7C4C" w14:paraId="784BD935" w14:textId="77777777">
        <w:trPr>
          <w:cantSplit/>
          <w:jc w:val="center"/>
        </w:trPr>
        <w:tc>
          <w:tcPr>
            <w:tcW w:w="482" w:type="dxa"/>
            <w:tcMar>
              <w:top w:w="38" w:type="dxa"/>
              <w:left w:w="55" w:type="dxa"/>
              <w:bottom w:w="38" w:type="dxa"/>
              <w:right w:w="55" w:type="dxa"/>
            </w:tcMar>
            <w:vAlign w:val="center"/>
          </w:tcPr>
          <w:p w14:paraId="1CF1C62D" w14:textId="77777777" w:rsidR="000B7C4C" w:rsidRDefault="00000000">
            <w:pPr>
              <w:spacing w:after="0" w:line="240" w:lineRule="auto"/>
              <w:jc w:val="center"/>
            </w:pPr>
            <w:r>
              <w:rPr>
                <w:sz w:val="16"/>
              </w:rPr>
              <w:t>29</w:t>
            </w:r>
          </w:p>
        </w:tc>
        <w:tc>
          <w:tcPr>
            <w:tcW w:w="3855" w:type="dxa"/>
            <w:tcMar>
              <w:top w:w="38" w:type="dxa"/>
              <w:left w:w="55" w:type="dxa"/>
              <w:bottom w:w="38" w:type="dxa"/>
              <w:right w:w="55" w:type="dxa"/>
            </w:tcMar>
            <w:vAlign w:val="center"/>
          </w:tcPr>
          <w:p w14:paraId="024C7D33" w14:textId="77777777" w:rsidR="000B7C4C" w:rsidRDefault="00000000">
            <w:pPr>
              <w:spacing w:after="0" w:line="240" w:lineRule="auto"/>
              <w:jc w:val="left"/>
            </w:pPr>
            <w:r>
              <w:rPr>
                <w:sz w:val="16"/>
              </w:rPr>
              <w:t>Av. Welat Karahan</w:t>
            </w:r>
          </w:p>
        </w:tc>
        <w:tc>
          <w:tcPr>
            <w:tcW w:w="3628" w:type="dxa"/>
            <w:tcMar>
              <w:top w:w="38" w:type="dxa"/>
              <w:left w:w="55" w:type="dxa"/>
              <w:bottom w:w="38" w:type="dxa"/>
              <w:right w:w="55" w:type="dxa"/>
            </w:tcMar>
            <w:vAlign w:val="center"/>
          </w:tcPr>
          <w:p w14:paraId="4B6BC0A1" w14:textId="77777777" w:rsidR="000B7C4C" w:rsidRDefault="00000000">
            <w:pPr>
              <w:spacing w:after="0" w:line="240" w:lineRule="auto"/>
              <w:jc w:val="left"/>
            </w:pPr>
            <w:r>
              <w:rPr>
                <w:sz w:val="16"/>
              </w:rPr>
              <w:t>Şanlıurfa Barosu</w:t>
            </w:r>
          </w:p>
        </w:tc>
        <w:tc>
          <w:tcPr>
            <w:tcW w:w="1701" w:type="dxa"/>
            <w:tcMar>
              <w:top w:w="38" w:type="dxa"/>
              <w:left w:w="55" w:type="dxa"/>
              <w:bottom w:w="38" w:type="dxa"/>
              <w:right w:w="55" w:type="dxa"/>
            </w:tcMar>
            <w:vAlign w:val="center"/>
          </w:tcPr>
          <w:p w14:paraId="7FC9B5AE" w14:textId="77777777" w:rsidR="000B7C4C" w:rsidRDefault="00000000">
            <w:pPr>
              <w:spacing w:after="0" w:line="240" w:lineRule="auto"/>
              <w:jc w:val="center"/>
            </w:pPr>
            <w:r>
              <w:rPr>
                <w:sz w:val="16"/>
              </w:rPr>
              <w:t>385</w:t>
            </w:r>
          </w:p>
        </w:tc>
      </w:tr>
      <w:tr w:rsidR="000B7C4C" w14:paraId="591754B8" w14:textId="77777777">
        <w:trPr>
          <w:cantSplit/>
          <w:jc w:val="center"/>
        </w:trPr>
        <w:tc>
          <w:tcPr>
            <w:tcW w:w="482" w:type="dxa"/>
            <w:tcMar>
              <w:top w:w="38" w:type="dxa"/>
              <w:left w:w="55" w:type="dxa"/>
              <w:bottom w:w="38" w:type="dxa"/>
              <w:right w:w="55" w:type="dxa"/>
            </w:tcMar>
            <w:vAlign w:val="center"/>
          </w:tcPr>
          <w:p w14:paraId="10D8AFFB" w14:textId="77777777" w:rsidR="000B7C4C" w:rsidRDefault="00000000">
            <w:pPr>
              <w:spacing w:after="0" w:line="240" w:lineRule="auto"/>
              <w:jc w:val="center"/>
            </w:pPr>
            <w:r>
              <w:rPr>
                <w:sz w:val="16"/>
              </w:rPr>
              <w:t>30</w:t>
            </w:r>
          </w:p>
        </w:tc>
        <w:tc>
          <w:tcPr>
            <w:tcW w:w="3855" w:type="dxa"/>
            <w:tcMar>
              <w:top w:w="38" w:type="dxa"/>
              <w:left w:w="55" w:type="dxa"/>
              <w:bottom w:w="38" w:type="dxa"/>
              <w:right w:w="55" w:type="dxa"/>
            </w:tcMar>
            <w:vAlign w:val="center"/>
          </w:tcPr>
          <w:p w14:paraId="63E3EF0C" w14:textId="77777777" w:rsidR="000B7C4C" w:rsidRDefault="00000000">
            <w:pPr>
              <w:spacing w:after="0" w:line="240" w:lineRule="auto"/>
              <w:jc w:val="left"/>
            </w:pPr>
            <w:r>
              <w:rPr>
                <w:sz w:val="16"/>
              </w:rPr>
              <w:t>Av. Egemen Tomak</w:t>
            </w:r>
          </w:p>
        </w:tc>
        <w:tc>
          <w:tcPr>
            <w:tcW w:w="3628" w:type="dxa"/>
            <w:tcMar>
              <w:top w:w="38" w:type="dxa"/>
              <w:left w:w="55" w:type="dxa"/>
              <w:bottom w:w="38" w:type="dxa"/>
              <w:right w:w="55" w:type="dxa"/>
            </w:tcMar>
            <w:vAlign w:val="center"/>
          </w:tcPr>
          <w:p w14:paraId="3A568869"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24BBF0F3" w14:textId="77777777" w:rsidR="000B7C4C" w:rsidRDefault="00000000">
            <w:pPr>
              <w:spacing w:after="0" w:line="240" w:lineRule="auto"/>
              <w:jc w:val="center"/>
            </w:pPr>
            <w:r>
              <w:rPr>
                <w:sz w:val="16"/>
              </w:rPr>
              <w:t>10018</w:t>
            </w:r>
          </w:p>
        </w:tc>
      </w:tr>
      <w:tr w:rsidR="000B7C4C" w14:paraId="78E9CEC2" w14:textId="77777777">
        <w:trPr>
          <w:cantSplit/>
          <w:jc w:val="center"/>
        </w:trPr>
        <w:tc>
          <w:tcPr>
            <w:tcW w:w="482" w:type="dxa"/>
            <w:tcMar>
              <w:top w:w="38" w:type="dxa"/>
              <w:left w:w="55" w:type="dxa"/>
              <w:bottom w:w="38" w:type="dxa"/>
              <w:right w:w="55" w:type="dxa"/>
            </w:tcMar>
            <w:vAlign w:val="center"/>
          </w:tcPr>
          <w:p w14:paraId="6F1A0AC1" w14:textId="77777777" w:rsidR="000B7C4C" w:rsidRDefault="00000000">
            <w:pPr>
              <w:spacing w:after="0" w:line="240" w:lineRule="auto"/>
              <w:jc w:val="center"/>
            </w:pPr>
            <w:r>
              <w:rPr>
                <w:sz w:val="16"/>
              </w:rPr>
              <w:t>31</w:t>
            </w:r>
          </w:p>
        </w:tc>
        <w:tc>
          <w:tcPr>
            <w:tcW w:w="3855" w:type="dxa"/>
            <w:tcMar>
              <w:top w:w="38" w:type="dxa"/>
              <w:left w:w="55" w:type="dxa"/>
              <w:bottom w:w="38" w:type="dxa"/>
              <w:right w:w="55" w:type="dxa"/>
            </w:tcMar>
            <w:vAlign w:val="center"/>
          </w:tcPr>
          <w:p w14:paraId="551B8E3D" w14:textId="77777777" w:rsidR="000B7C4C" w:rsidRDefault="00000000">
            <w:pPr>
              <w:spacing w:after="0" w:line="240" w:lineRule="auto"/>
              <w:jc w:val="left"/>
            </w:pPr>
            <w:r>
              <w:rPr>
                <w:sz w:val="16"/>
              </w:rPr>
              <w:t>Av. Hülya Ceylan</w:t>
            </w:r>
          </w:p>
        </w:tc>
        <w:tc>
          <w:tcPr>
            <w:tcW w:w="3628" w:type="dxa"/>
            <w:tcMar>
              <w:top w:w="38" w:type="dxa"/>
              <w:left w:w="55" w:type="dxa"/>
              <w:bottom w:w="38" w:type="dxa"/>
              <w:right w:w="55" w:type="dxa"/>
            </w:tcMar>
            <w:vAlign w:val="center"/>
          </w:tcPr>
          <w:p w14:paraId="1D2CAB6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5B76D52" w14:textId="77777777" w:rsidR="000B7C4C" w:rsidRDefault="00000000">
            <w:pPr>
              <w:spacing w:after="0" w:line="240" w:lineRule="auto"/>
              <w:jc w:val="center"/>
            </w:pPr>
            <w:r>
              <w:rPr>
                <w:sz w:val="16"/>
              </w:rPr>
              <w:t>17232</w:t>
            </w:r>
          </w:p>
        </w:tc>
      </w:tr>
      <w:tr w:rsidR="000B7C4C" w14:paraId="7B64D13A" w14:textId="77777777">
        <w:trPr>
          <w:cantSplit/>
          <w:jc w:val="center"/>
        </w:trPr>
        <w:tc>
          <w:tcPr>
            <w:tcW w:w="482" w:type="dxa"/>
            <w:tcMar>
              <w:top w:w="38" w:type="dxa"/>
              <w:left w:w="55" w:type="dxa"/>
              <w:bottom w:w="38" w:type="dxa"/>
              <w:right w:w="55" w:type="dxa"/>
            </w:tcMar>
            <w:vAlign w:val="center"/>
          </w:tcPr>
          <w:p w14:paraId="3CADDEDD" w14:textId="77777777" w:rsidR="000B7C4C" w:rsidRDefault="00000000">
            <w:pPr>
              <w:spacing w:after="0" w:line="240" w:lineRule="auto"/>
              <w:jc w:val="center"/>
            </w:pPr>
            <w:r>
              <w:rPr>
                <w:sz w:val="16"/>
              </w:rPr>
              <w:t>32</w:t>
            </w:r>
          </w:p>
        </w:tc>
        <w:tc>
          <w:tcPr>
            <w:tcW w:w="3855" w:type="dxa"/>
            <w:tcMar>
              <w:top w:w="38" w:type="dxa"/>
              <w:left w:w="55" w:type="dxa"/>
              <w:bottom w:w="38" w:type="dxa"/>
              <w:right w:w="55" w:type="dxa"/>
            </w:tcMar>
            <w:vAlign w:val="center"/>
          </w:tcPr>
          <w:p w14:paraId="754B9DD2" w14:textId="77777777" w:rsidR="000B7C4C" w:rsidRDefault="00000000">
            <w:pPr>
              <w:spacing w:after="0" w:line="240" w:lineRule="auto"/>
              <w:jc w:val="left"/>
            </w:pPr>
            <w:r>
              <w:rPr>
                <w:sz w:val="16"/>
              </w:rPr>
              <w:t>Av. Dr. Nurhan Demirhan</w:t>
            </w:r>
          </w:p>
        </w:tc>
        <w:tc>
          <w:tcPr>
            <w:tcW w:w="3628" w:type="dxa"/>
            <w:tcMar>
              <w:top w:w="38" w:type="dxa"/>
              <w:left w:w="55" w:type="dxa"/>
              <w:bottom w:w="38" w:type="dxa"/>
              <w:right w:w="55" w:type="dxa"/>
            </w:tcMar>
            <w:vAlign w:val="center"/>
          </w:tcPr>
          <w:p w14:paraId="70F283D0"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2B7AC97" w14:textId="77777777" w:rsidR="000B7C4C" w:rsidRDefault="00000000">
            <w:pPr>
              <w:spacing w:after="0" w:line="240" w:lineRule="auto"/>
              <w:jc w:val="center"/>
            </w:pPr>
            <w:r>
              <w:rPr>
                <w:sz w:val="16"/>
              </w:rPr>
              <w:t>62161</w:t>
            </w:r>
          </w:p>
        </w:tc>
      </w:tr>
      <w:tr w:rsidR="000B7C4C" w14:paraId="3CD902FB" w14:textId="77777777">
        <w:trPr>
          <w:cantSplit/>
          <w:jc w:val="center"/>
        </w:trPr>
        <w:tc>
          <w:tcPr>
            <w:tcW w:w="482" w:type="dxa"/>
            <w:tcMar>
              <w:top w:w="38" w:type="dxa"/>
              <w:left w:w="55" w:type="dxa"/>
              <w:bottom w:w="38" w:type="dxa"/>
              <w:right w:w="55" w:type="dxa"/>
            </w:tcMar>
            <w:vAlign w:val="center"/>
          </w:tcPr>
          <w:p w14:paraId="65BB9CFF" w14:textId="77777777" w:rsidR="000B7C4C" w:rsidRDefault="00000000">
            <w:pPr>
              <w:spacing w:after="0" w:line="240" w:lineRule="auto"/>
              <w:jc w:val="center"/>
            </w:pPr>
            <w:r>
              <w:rPr>
                <w:sz w:val="16"/>
              </w:rPr>
              <w:t>33</w:t>
            </w:r>
          </w:p>
        </w:tc>
        <w:tc>
          <w:tcPr>
            <w:tcW w:w="3855" w:type="dxa"/>
            <w:tcMar>
              <w:top w:w="38" w:type="dxa"/>
              <w:left w:w="55" w:type="dxa"/>
              <w:bottom w:w="38" w:type="dxa"/>
              <w:right w:w="55" w:type="dxa"/>
            </w:tcMar>
            <w:vAlign w:val="center"/>
          </w:tcPr>
          <w:p w14:paraId="6982D773" w14:textId="77777777" w:rsidR="000B7C4C" w:rsidRDefault="00000000">
            <w:pPr>
              <w:spacing w:after="0" w:line="240" w:lineRule="auto"/>
              <w:jc w:val="left"/>
            </w:pPr>
            <w:r>
              <w:rPr>
                <w:sz w:val="16"/>
              </w:rPr>
              <w:t>Av. Arzu Ayyıldız</w:t>
            </w:r>
          </w:p>
        </w:tc>
        <w:tc>
          <w:tcPr>
            <w:tcW w:w="3628" w:type="dxa"/>
            <w:tcMar>
              <w:top w:w="38" w:type="dxa"/>
              <w:left w:w="55" w:type="dxa"/>
              <w:bottom w:w="38" w:type="dxa"/>
              <w:right w:w="55" w:type="dxa"/>
            </w:tcMar>
            <w:vAlign w:val="center"/>
          </w:tcPr>
          <w:p w14:paraId="5B90376F"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46AB834D" w14:textId="77777777" w:rsidR="000B7C4C" w:rsidRDefault="00000000">
            <w:pPr>
              <w:spacing w:after="0" w:line="240" w:lineRule="auto"/>
              <w:jc w:val="center"/>
            </w:pPr>
            <w:r>
              <w:rPr>
                <w:sz w:val="16"/>
              </w:rPr>
              <w:t>2013</w:t>
            </w:r>
          </w:p>
        </w:tc>
      </w:tr>
      <w:tr w:rsidR="000B7C4C" w14:paraId="03E7181A" w14:textId="77777777">
        <w:trPr>
          <w:cantSplit/>
          <w:jc w:val="center"/>
        </w:trPr>
        <w:tc>
          <w:tcPr>
            <w:tcW w:w="482" w:type="dxa"/>
            <w:tcMar>
              <w:top w:w="38" w:type="dxa"/>
              <w:left w:w="55" w:type="dxa"/>
              <w:bottom w:w="38" w:type="dxa"/>
              <w:right w:w="55" w:type="dxa"/>
            </w:tcMar>
            <w:vAlign w:val="center"/>
          </w:tcPr>
          <w:p w14:paraId="6C542123" w14:textId="77777777" w:rsidR="000B7C4C" w:rsidRDefault="00000000">
            <w:pPr>
              <w:spacing w:after="0" w:line="240" w:lineRule="auto"/>
              <w:jc w:val="center"/>
            </w:pPr>
            <w:r>
              <w:rPr>
                <w:sz w:val="16"/>
              </w:rPr>
              <w:t>34</w:t>
            </w:r>
          </w:p>
        </w:tc>
        <w:tc>
          <w:tcPr>
            <w:tcW w:w="3855" w:type="dxa"/>
            <w:tcMar>
              <w:top w:w="38" w:type="dxa"/>
              <w:left w:w="55" w:type="dxa"/>
              <w:bottom w:w="38" w:type="dxa"/>
              <w:right w:w="55" w:type="dxa"/>
            </w:tcMar>
            <w:vAlign w:val="center"/>
          </w:tcPr>
          <w:p w14:paraId="72882044" w14:textId="77777777" w:rsidR="000B7C4C" w:rsidRDefault="00000000">
            <w:pPr>
              <w:spacing w:after="0" w:line="240" w:lineRule="auto"/>
              <w:jc w:val="left"/>
            </w:pPr>
            <w:r>
              <w:rPr>
                <w:sz w:val="16"/>
              </w:rPr>
              <w:t>Av. Ayşen Funda Ata</w:t>
            </w:r>
          </w:p>
        </w:tc>
        <w:tc>
          <w:tcPr>
            <w:tcW w:w="3628" w:type="dxa"/>
            <w:tcMar>
              <w:top w:w="38" w:type="dxa"/>
              <w:left w:w="55" w:type="dxa"/>
              <w:bottom w:w="38" w:type="dxa"/>
              <w:right w:w="55" w:type="dxa"/>
            </w:tcMar>
            <w:vAlign w:val="center"/>
          </w:tcPr>
          <w:p w14:paraId="6B4AC7E9"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EE4358C" w14:textId="77777777" w:rsidR="000B7C4C" w:rsidRDefault="00000000">
            <w:pPr>
              <w:spacing w:after="0" w:line="240" w:lineRule="auto"/>
              <w:jc w:val="center"/>
            </w:pPr>
            <w:r>
              <w:rPr>
                <w:sz w:val="16"/>
              </w:rPr>
              <w:t>40537</w:t>
            </w:r>
          </w:p>
        </w:tc>
      </w:tr>
      <w:tr w:rsidR="000B7C4C" w14:paraId="6DACDCB9" w14:textId="77777777">
        <w:trPr>
          <w:cantSplit/>
          <w:jc w:val="center"/>
        </w:trPr>
        <w:tc>
          <w:tcPr>
            <w:tcW w:w="482" w:type="dxa"/>
            <w:tcMar>
              <w:top w:w="38" w:type="dxa"/>
              <w:left w:w="55" w:type="dxa"/>
              <w:bottom w:w="38" w:type="dxa"/>
              <w:right w:w="55" w:type="dxa"/>
            </w:tcMar>
            <w:vAlign w:val="center"/>
          </w:tcPr>
          <w:p w14:paraId="5394418F" w14:textId="77777777" w:rsidR="000B7C4C" w:rsidRDefault="00000000">
            <w:pPr>
              <w:spacing w:after="0" w:line="240" w:lineRule="auto"/>
              <w:jc w:val="center"/>
            </w:pPr>
            <w:r>
              <w:rPr>
                <w:sz w:val="16"/>
              </w:rPr>
              <w:t>35</w:t>
            </w:r>
          </w:p>
        </w:tc>
        <w:tc>
          <w:tcPr>
            <w:tcW w:w="3855" w:type="dxa"/>
            <w:tcMar>
              <w:top w:w="38" w:type="dxa"/>
              <w:left w:w="55" w:type="dxa"/>
              <w:bottom w:w="38" w:type="dxa"/>
              <w:right w:w="55" w:type="dxa"/>
            </w:tcMar>
            <w:vAlign w:val="center"/>
          </w:tcPr>
          <w:p w14:paraId="79A3F9EA" w14:textId="77777777" w:rsidR="000B7C4C" w:rsidRDefault="00000000">
            <w:pPr>
              <w:spacing w:after="0" w:line="240" w:lineRule="auto"/>
              <w:jc w:val="left"/>
            </w:pPr>
            <w:r>
              <w:rPr>
                <w:sz w:val="16"/>
              </w:rPr>
              <w:t>Av. Binali Bulut</w:t>
            </w:r>
          </w:p>
        </w:tc>
        <w:tc>
          <w:tcPr>
            <w:tcW w:w="3628" w:type="dxa"/>
            <w:tcMar>
              <w:top w:w="38" w:type="dxa"/>
              <w:left w:w="55" w:type="dxa"/>
              <w:bottom w:w="38" w:type="dxa"/>
              <w:right w:w="55" w:type="dxa"/>
            </w:tcMar>
            <w:vAlign w:val="center"/>
          </w:tcPr>
          <w:p w14:paraId="22B78696"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5B2F6A4" w14:textId="77777777" w:rsidR="000B7C4C" w:rsidRDefault="00000000">
            <w:pPr>
              <w:spacing w:after="0" w:line="240" w:lineRule="auto"/>
              <w:jc w:val="center"/>
            </w:pPr>
            <w:r>
              <w:rPr>
                <w:sz w:val="16"/>
              </w:rPr>
              <w:t>18617</w:t>
            </w:r>
          </w:p>
        </w:tc>
      </w:tr>
      <w:tr w:rsidR="000B7C4C" w14:paraId="1E453978" w14:textId="77777777">
        <w:trPr>
          <w:cantSplit/>
          <w:jc w:val="center"/>
        </w:trPr>
        <w:tc>
          <w:tcPr>
            <w:tcW w:w="482" w:type="dxa"/>
            <w:tcMar>
              <w:top w:w="38" w:type="dxa"/>
              <w:left w:w="55" w:type="dxa"/>
              <w:bottom w:w="38" w:type="dxa"/>
              <w:right w:w="55" w:type="dxa"/>
            </w:tcMar>
            <w:vAlign w:val="center"/>
          </w:tcPr>
          <w:p w14:paraId="1B9C9BD2" w14:textId="77777777" w:rsidR="000B7C4C" w:rsidRDefault="00000000">
            <w:pPr>
              <w:spacing w:after="0" w:line="240" w:lineRule="auto"/>
              <w:jc w:val="center"/>
            </w:pPr>
            <w:r>
              <w:rPr>
                <w:sz w:val="16"/>
              </w:rPr>
              <w:t>36</w:t>
            </w:r>
          </w:p>
        </w:tc>
        <w:tc>
          <w:tcPr>
            <w:tcW w:w="3855" w:type="dxa"/>
            <w:tcMar>
              <w:top w:w="38" w:type="dxa"/>
              <w:left w:w="55" w:type="dxa"/>
              <w:bottom w:w="38" w:type="dxa"/>
              <w:right w:w="55" w:type="dxa"/>
            </w:tcMar>
            <w:vAlign w:val="center"/>
          </w:tcPr>
          <w:p w14:paraId="62128F71" w14:textId="77777777" w:rsidR="000B7C4C" w:rsidRDefault="00000000">
            <w:pPr>
              <w:spacing w:after="0" w:line="240" w:lineRule="auto"/>
              <w:jc w:val="left"/>
            </w:pPr>
            <w:r>
              <w:rPr>
                <w:sz w:val="16"/>
              </w:rPr>
              <w:t>Av. Ali Rıza Dizdar</w:t>
            </w:r>
          </w:p>
        </w:tc>
        <w:tc>
          <w:tcPr>
            <w:tcW w:w="3628" w:type="dxa"/>
            <w:tcMar>
              <w:top w:w="38" w:type="dxa"/>
              <w:left w:w="55" w:type="dxa"/>
              <w:bottom w:w="38" w:type="dxa"/>
              <w:right w:w="55" w:type="dxa"/>
            </w:tcMar>
            <w:vAlign w:val="center"/>
          </w:tcPr>
          <w:p w14:paraId="7D15DF2D"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4B1FCE96" w14:textId="77777777" w:rsidR="000B7C4C" w:rsidRDefault="00000000">
            <w:pPr>
              <w:spacing w:after="0" w:line="240" w:lineRule="auto"/>
              <w:jc w:val="center"/>
            </w:pPr>
            <w:r>
              <w:rPr>
                <w:sz w:val="16"/>
              </w:rPr>
              <w:t>7514</w:t>
            </w:r>
          </w:p>
        </w:tc>
      </w:tr>
      <w:tr w:rsidR="000B7C4C" w14:paraId="29F71C9D" w14:textId="77777777">
        <w:trPr>
          <w:cantSplit/>
          <w:jc w:val="center"/>
        </w:trPr>
        <w:tc>
          <w:tcPr>
            <w:tcW w:w="482" w:type="dxa"/>
            <w:tcMar>
              <w:top w:w="38" w:type="dxa"/>
              <w:left w:w="55" w:type="dxa"/>
              <w:bottom w:w="38" w:type="dxa"/>
              <w:right w:w="55" w:type="dxa"/>
            </w:tcMar>
            <w:vAlign w:val="center"/>
          </w:tcPr>
          <w:p w14:paraId="60BA766D" w14:textId="77777777" w:rsidR="000B7C4C" w:rsidRDefault="00000000">
            <w:pPr>
              <w:spacing w:after="0" w:line="240" w:lineRule="auto"/>
              <w:jc w:val="center"/>
            </w:pPr>
            <w:r>
              <w:rPr>
                <w:sz w:val="16"/>
              </w:rPr>
              <w:t>37</w:t>
            </w:r>
          </w:p>
        </w:tc>
        <w:tc>
          <w:tcPr>
            <w:tcW w:w="3855" w:type="dxa"/>
            <w:tcMar>
              <w:top w:w="38" w:type="dxa"/>
              <w:left w:w="55" w:type="dxa"/>
              <w:bottom w:w="38" w:type="dxa"/>
              <w:right w:w="55" w:type="dxa"/>
            </w:tcMar>
            <w:vAlign w:val="center"/>
          </w:tcPr>
          <w:p w14:paraId="6C5E1886" w14:textId="77777777" w:rsidR="000B7C4C" w:rsidRDefault="00000000">
            <w:pPr>
              <w:spacing w:after="0" w:line="240" w:lineRule="auto"/>
              <w:jc w:val="left"/>
            </w:pPr>
            <w:r>
              <w:rPr>
                <w:sz w:val="16"/>
              </w:rPr>
              <w:t>Av. Ali Artuk</w:t>
            </w:r>
          </w:p>
        </w:tc>
        <w:tc>
          <w:tcPr>
            <w:tcW w:w="3628" w:type="dxa"/>
            <w:tcMar>
              <w:top w:w="38" w:type="dxa"/>
              <w:left w:w="55" w:type="dxa"/>
              <w:bottom w:w="38" w:type="dxa"/>
              <w:right w:w="55" w:type="dxa"/>
            </w:tcMar>
            <w:vAlign w:val="center"/>
          </w:tcPr>
          <w:p w14:paraId="70DFC037" w14:textId="77777777" w:rsidR="000B7C4C" w:rsidRDefault="00000000">
            <w:pPr>
              <w:spacing w:after="0" w:line="240" w:lineRule="auto"/>
              <w:jc w:val="left"/>
            </w:pPr>
            <w:r>
              <w:rPr>
                <w:sz w:val="16"/>
              </w:rPr>
              <w:t>Ağrı Barosu</w:t>
            </w:r>
          </w:p>
        </w:tc>
        <w:tc>
          <w:tcPr>
            <w:tcW w:w="1701" w:type="dxa"/>
            <w:tcMar>
              <w:top w:w="38" w:type="dxa"/>
              <w:left w:w="55" w:type="dxa"/>
              <w:bottom w:w="38" w:type="dxa"/>
              <w:right w:w="55" w:type="dxa"/>
            </w:tcMar>
            <w:vAlign w:val="center"/>
          </w:tcPr>
          <w:p w14:paraId="52DE01C7" w14:textId="77777777" w:rsidR="000B7C4C" w:rsidRDefault="00000000">
            <w:pPr>
              <w:spacing w:after="0" w:line="240" w:lineRule="auto"/>
              <w:jc w:val="center"/>
            </w:pPr>
            <w:r>
              <w:rPr>
                <w:sz w:val="16"/>
              </w:rPr>
              <w:t>112</w:t>
            </w:r>
          </w:p>
        </w:tc>
      </w:tr>
      <w:tr w:rsidR="000B7C4C" w14:paraId="00BC5529" w14:textId="77777777">
        <w:trPr>
          <w:cantSplit/>
          <w:jc w:val="center"/>
        </w:trPr>
        <w:tc>
          <w:tcPr>
            <w:tcW w:w="482" w:type="dxa"/>
            <w:tcMar>
              <w:top w:w="38" w:type="dxa"/>
              <w:left w:w="55" w:type="dxa"/>
              <w:bottom w:w="38" w:type="dxa"/>
              <w:right w:w="55" w:type="dxa"/>
            </w:tcMar>
            <w:vAlign w:val="center"/>
          </w:tcPr>
          <w:p w14:paraId="08118D67" w14:textId="77777777" w:rsidR="000B7C4C" w:rsidRDefault="00000000">
            <w:pPr>
              <w:spacing w:after="0" w:line="240" w:lineRule="auto"/>
              <w:jc w:val="center"/>
            </w:pPr>
            <w:r>
              <w:rPr>
                <w:sz w:val="16"/>
              </w:rPr>
              <w:t>38</w:t>
            </w:r>
          </w:p>
        </w:tc>
        <w:tc>
          <w:tcPr>
            <w:tcW w:w="3855" w:type="dxa"/>
            <w:tcMar>
              <w:top w:w="38" w:type="dxa"/>
              <w:left w:w="55" w:type="dxa"/>
              <w:bottom w:w="38" w:type="dxa"/>
              <w:right w:w="55" w:type="dxa"/>
            </w:tcMar>
            <w:vAlign w:val="center"/>
          </w:tcPr>
          <w:p w14:paraId="246A5E25" w14:textId="77777777" w:rsidR="000B7C4C" w:rsidRDefault="00000000">
            <w:pPr>
              <w:spacing w:after="0" w:line="240" w:lineRule="auto"/>
              <w:jc w:val="left"/>
            </w:pPr>
            <w:r>
              <w:rPr>
                <w:sz w:val="16"/>
              </w:rPr>
              <w:t>Av. Eralp Atabek</w:t>
            </w:r>
          </w:p>
        </w:tc>
        <w:tc>
          <w:tcPr>
            <w:tcW w:w="3628" w:type="dxa"/>
            <w:tcMar>
              <w:top w:w="38" w:type="dxa"/>
              <w:left w:w="55" w:type="dxa"/>
              <w:bottom w:w="38" w:type="dxa"/>
              <w:right w:w="55" w:type="dxa"/>
            </w:tcMar>
            <w:vAlign w:val="center"/>
          </w:tcPr>
          <w:p w14:paraId="1FAA6DFC" w14:textId="77777777" w:rsidR="000B7C4C" w:rsidRDefault="00000000">
            <w:pPr>
              <w:spacing w:after="0" w:line="240" w:lineRule="auto"/>
              <w:jc w:val="left"/>
            </w:pPr>
            <w:r>
              <w:rPr>
                <w:sz w:val="16"/>
              </w:rPr>
              <w:t>Bursa Barosu</w:t>
            </w:r>
          </w:p>
        </w:tc>
        <w:tc>
          <w:tcPr>
            <w:tcW w:w="1701" w:type="dxa"/>
            <w:tcMar>
              <w:top w:w="38" w:type="dxa"/>
              <w:left w:w="55" w:type="dxa"/>
              <w:bottom w:w="38" w:type="dxa"/>
              <w:right w:w="55" w:type="dxa"/>
            </w:tcMar>
            <w:vAlign w:val="center"/>
          </w:tcPr>
          <w:p w14:paraId="684A2D64" w14:textId="77777777" w:rsidR="000B7C4C" w:rsidRDefault="00000000">
            <w:pPr>
              <w:spacing w:after="0" w:line="240" w:lineRule="auto"/>
              <w:jc w:val="center"/>
            </w:pPr>
            <w:r>
              <w:rPr>
                <w:sz w:val="16"/>
              </w:rPr>
              <w:t>1800</w:t>
            </w:r>
          </w:p>
        </w:tc>
      </w:tr>
      <w:tr w:rsidR="000B7C4C" w14:paraId="030CFEA7" w14:textId="77777777">
        <w:trPr>
          <w:cantSplit/>
          <w:jc w:val="center"/>
        </w:trPr>
        <w:tc>
          <w:tcPr>
            <w:tcW w:w="482" w:type="dxa"/>
            <w:tcMar>
              <w:top w:w="38" w:type="dxa"/>
              <w:left w:w="55" w:type="dxa"/>
              <w:bottom w:w="38" w:type="dxa"/>
              <w:right w:w="55" w:type="dxa"/>
            </w:tcMar>
            <w:vAlign w:val="center"/>
          </w:tcPr>
          <w:p w14:paraId="541BB4B9" w14:textId="77777777" w:rsidR="000B7C4C" w:rsidRDefault="00000000">
            <w:pPr>
              <w:spacing w:after="0" w:line="240" w:lineRule="auto"/>
              <w:jc w:val="center"/>
            </w:pPr>
            <w:r>
              <w:rPr>
                <w:sz w:val="16"/>
              </w:rPr>
              <w:t>39</w:t>
            </w:r>
          </w:p>
        </w:tc>
        <w:tc>
          <w:tcPr>
            <w:tcW w:w="3855" w:type="dxa"/>
            <w:tcMar>
              <w:top w:w="38" w:type="dxa"/>
              <w:left w:w="55" w:type="dxa"/>
              <w:bottom w:w="38" w:type="dxa"/>
              <w:right w:w="55" w:type="dxa"/>
            </w:tcMar>
            <w:vAlign w:val="center"/>
          </w:tcPr>
          <w:p w14:paraId="45F10B34" w14:textId="77777777" w:rsidR="000B7C4C" w:rsidRDefault="00000000">
            <w:pPr>
              <w:spacing w:after="0" w:line="240" w:lineRule="auto"/>
              <w:jc w:val="left"/>
            </w:pPr>
            <w:r>
              <w:rPr>
                <w:sz w:val="16"/>
              </w:rPr>
              <w:t>Av. Ayfer Kaya</w:t>
            </w:r>
          </w:p>
        </w:tc>
        <w:tc>
          <w:tcPr>
            <w:tcW w:w="3628" w:type="dxa"/>
            <w:tcMar>
              <w:top w:w="38" w:type="dxa"/>
              <w:left w:w="55" w:type="dxa"/>
              <w:bottom w:w="38" w:type="dxa"/>
              <w:right w:w="55" w:type="dxa"/>
            </w:tcMar>
            <w:vAlign w:val="center"/>
          </w:tcPr>
          <w:p w14:paraId="4B47A1B5"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613721A" w14:textId="77777777" w:rsidR="000B7C4C" w:rsidRDefault="00000000">
            <w:pPr>
              <w:spacing w:after="0" w:line="240" w:lineRule="auto"/>
              <w:jc w:val="center"/>
            </w:pPr>
            <w:r>
              <w:rPr>
                <w:sz w:val="16"/>
              </w:rPr>
              <w:t>36082</w:t>
            </w:r>
          </w:p>
        </w:tc>
      </w:tr>
      <w:tr w:rsidR="000B7C4C" w14:paraId="46A11041" w14:textId="77777777">
        <w:trPr>
          <w:cantSplit/>
          <w:jc w:val="center"/>
        </w:trPr>
        <w:tc>
          <w:tcPr>
            <w:tcW w:w="482" w:type="dxa"/>
            <w:tcMar>
              <w:top w:w="38" w:type="dxa"/>
              <w:left w:w="55" w:type="dxa"/>
              <w:bottom w:w="38" w:type="dxa"/>
              <w:right w:w="55" w:type="dxa"/>
            </w:tcMar>
            <w:vAlign w:val="center"/>
          </w:tcPr>
          <w:p w14:paraId="249210C8" w14:textId="77777777" w:rsidR="000B7C4C" w:rsidRDefault="00000000">
            <w:pPr>
              <w:spacing w:after="0" w:line="240" w:lineRule="auto"/>
              <w:jc w:val="center"/>
            </w:pPr>
            <w:r>
              <w:rPr>
                <w:sz w:val="16"/>
              </w:rPr>
              <w:t>40</w:t>
            </w:r>
          </w:p>
        </w:tc>
        <w:tc>
          <w:tcPr>
            <w:tcW w:w="3855" w:type="dxa"/>
            <w:tcMar>
              <w:top w:w="38" w:type="dxa"/>
              <w:left w:w="55" w:type="dxa"/>
              <w:bottom w:w="38" w:type="dxa"/>
              <w:right w:w="55" w:type="dxa"/>
            </w:tcMar>
            <w:vAlign w:val="center"/>
          </w:tcPr>
          <w:p w14:paraId="129A8069" w14:textId="77777777" w:rsidR="000B7C4C" w:rsidRDefault="00000000">
            <w:pPr>
              <w:spacing w:after="0" w:line="240" w:lineRule="auto"/>
              <w:jc w:val="left"/>
            </w:pPr>
            <w:r>
              <w:rPr>
                <w:sz w:val="16"/>
              </w:rPr>
              <w:t>Av. Ali Anılan</w:t>
            </w:r>
          </w:p>
        </w:tc>
        <w:tc>
          <w:tcPr>
            <w:tcW w:w="3628" w:type="dxa"/>
            <w:tcMar>
              <w:top w:w="38" w:type="dxa"/>
              <w:left w:w="55" w:type="dxa"/>
              <w:bottom w:w="38" w:type="dxa"/>
              <w:right w:w="55" w:type="dxa"/>
            </w:tcMar>
            <w:vAlign w:val="center"/>
          </w:tcPr>
          <w:p w14:paraId="4C3CE5A8" w14:textId="77777777" w:rsidR="000B7C4C" w:rsidRDefault="00000000">
            <w:pPr>
              <w:spacing w:after="0" w:line="240" w:lineRule="auto"/>
              <w:jc w:val="left"/>
            </w:pPr>
            <w:r>
              <w:rPr>
                <w:sz w:val="16"/>
              </w:rPr>
              <w:t>Mersin Barosu</w:t>
            </w:r>
          </w:p>
        </w:tc>
        <w:tc>
          <w:tcPr>
            <w:tcW w:w="1701" w:type="dxa"/>
            <w:tcMar>
              <w:top w:w="38" w:type="dxa"/>
              <w:left w:w="55" w:type="dxa"/>
              <w:bottom w:w="38" w:type="dxa"/>
              <w:right w:w="55" w:type="dxa"/>
            </w:tcMar>
            <w:vAlign w:val="center"/>
          </w:tcPr>
          <w:p w14:paraId="574329A2" w14:textId="77777777" w:rsidR="000B7C4C" w:rsidRDefault="00000000">
            <w:pPr>
              <w:spacing w:after="0" w:line="240" w:lineRule="auto"/>
              <w:jc w:val="center"/>
            </w:pPr>
            <w:r>
              <w:rPr>
                <w:sz w:val="16"/>
              </w:rPr>
              <w:t>825</w:t>
            </w:r>
          </w:p>
        </w:tc>
      </w:tr>
      <w:tr w:rsidR="000B7C4C" w14:paraId="303D0FAD" w14:textId="77777777">
        <w:trPr>
          <w:cantSplit/>
          <w:jc w:val="center"/>
        </w:trPr>
        <w:tc>
          <w:tcPr>
            <w:tcW w:w="482" w:type="dxa"/>
            <w:tcMar>
              <w:top w:w="38" w:type="dxa"/>
              <w:left w:w="55" w:type="dxa"/>
              <w:bottom w:w="38" w:type="dxa"/>
              <w:right w:w="55" w:type="dxa"/>
            </w:tcMar>
            <w:vAlign w:val="center"/>
          </w:tcPr>
          <w:p w14:paraId="2BF976BD" w14:textId="77777777" w:rsidR="000B7C4C" w:rsidRDefault="00000000">
            <w:pPr>
              <w:spacing w:after="0" w:line="240" w:lineRule="auto"/>
              <w:jc w:val="center"/>
            </w:pPr>
            <w:r>
              <w:rPr>
                <w:sz w:val="16"/>
              </w:rPr>
              <w:t>41</w:t>
            </w:r>
          </w:p>
        </w:tc>
        <w:tc>
          <w:tcPr>
            <w:tcW w:w="3855" w:type="dxa"/>
            <w:tcMar>
              <w:top w:w="38" w:type="dxa"/>
              <w:left w:w="55" w:type="dxa"/>
              <w:bottom w:w="38" w:type="dxa"/>
              <w:right w:w="55" w:type="dxa"/>
            </w:tcMar>
            <w:vAlign w:val="center"/>
          </w:tcPr>
          <w:p w14:paraId="1C4D046F" w14:textId="77777777" w:rsidR="000B7C4C" w:rsidRDefault="00000000">
            <w:pPr>
              <w:spacing w:after="0" w:line="240" w:lineRule="auto"/>
              <w:jc w:val="left"/>
            </w:pPr>
            <w:r>
              <w:rPr>
                <w:sz w:val="16"/>
              </w:rPr>
              <w:t>Av. Metin Florinalı</w:t>
            </w:r>
          </w:p>
        </w:tc>
        <w:tc>
          <w:tcPr>
            <w:tcW w:w="3628" w:type="dxa"/>
            <w:tcMar>
              <w:top w:w="38" w:type="dxa"/>
              <w:left w:w="55" w:type="dxa"/>
              <w:bottom w:w="38" w:type="dxa"/>
              <w:right w:w="55" w:type="dxa"/>
            </w:tcMar>
            <w:vAlign w:val="center"/>
          </w:tcPr>
          <w:p w14:paraId="51AFCCA5"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04ACA3A" w14:textId="77777777" w:rsidR="000B7C4C" w:rsidRDefault="00000000">
            <w:pPr>
              <w:spacing w:after="0" w:line="240" w:lineRule="auto"/>
              <w:jc w:val="center"/>
            </w:pPr>
            <w:r>
              <w:rPr>
                <w:sz w:val="16"/>
              </w:rPr>
              <w:t>17048</w:t>
            </w:r>
          </w:p>
        </w:tc>
      </w:tr>
      <w:tr w:rsidR="000B7C4C" w14:paraId="2C75A94D" w14:textId="77777777">
        <w:trPr>
          <w:cantSplit/>
          <w:jc w:val="center"/>
        </w:trPr>
        <w:tc>
          <w:tcPr>
            <w:tcW w:w="482" w:type="dxa"/>
            <w:tcMar>
              <w:top w:w="38" w:type="dxa"/>
              <w:left w:w="55" w:type="dxa"/>
              <w:bottom w:w="38" w:type="dxa"/>
              <w:right w:w="55" w:type="dxa"/>
            </w:tcMar>
            <w:vAlign w:val="center"/>
          </w:tcPr>
          <w:p w14:paraId="318F3C4F" w14:textId="77777777" w:rsidR="000B7C4C" w:rsidRDefault="00000000">
            <w:pPr>
              <w:spacing w:after="0" w:line="240" w:lineRule="auto"/>
              <w:jc w:val="center"/>
            </w:pPr>
            <w:r>
              <w:rPr>
                <w:sz w:val="16"/>
              </w:rPr>
              <w:t>42</w:t>
            </w:r>
          </w:p>
        </w:tc>
        <w:tc>
          <w:tcPr>
            <w:tcW w:w="3855" w:type="dxa"/>
            <w:tcMar>
              <w:top w:w="38" w:type="dxa"/>
              <w:left w:w="55" w:type="dxa"/>
              <w:bottom w:w="38" w:type="dxa"/>
              <w:right w:w="55" w:type="dxa"/>
            </w:tcMar>
            <w:vAlign w:val="center"/>
          </w:tcPr>
          <w:p w14:paraId="5F098215" w14:textId="77777777" w:rsidR="000B7C4C" w:rsidRDefault="00000000">
            <w:pPr>
              <w:spacing w:after="0" w:line="240" w:lineRule="auto"/>
              <w:jc w:val="left"/>
            </w:pPr>
            <w:r>
              <w:rPr>
                <w:sz w:val="16"/>
              </w:rPr>
              <w:t>Av. Adnan Yıldız</w:t>
            </w:r>
          </w:p>
        </w:tc>
        <w:tc>
          <w:tcPr>
            <w:tcW w:w="3628" w:type="dxa"/>
            <w:tcMar>
              <w:top w:w="38" w:type="dxa"/>
              <w:left w:w="55" w:type="dxa"/>
              <w:bottom w:w="38" w:type="dxa"/>
              <w:right w:w="55" w:type="dxa"/>
            </w:tcMar>
            <w:vAlign w:val="center"/>
          </w:tcPr>
          <w:p w14:paraId="0AD0423D"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289D322" w14:textId="77777777" w:rsidR="000B7C4C" w:rsidRDefault="00000000">
            <w:pPr>
              <w:spacing w:after="0" w:line="240" w:lineRule="auto"/>
              <w:jc w:val="center"/>
            </w:pPr>
            <w:r>
              <w:rPr>
                <w:sz w:val="16"/>
              </w:rPr>
              <w:t>22348</w:t>
            </w:r>
          </w:p>
        </w:tc>
      </w:tr>
      <w:tr w:rsidR="000B7C4C" w14:paraId="4E2F82DC" w14:textId="77777777">
        <w:trPr>
          <w:cantSplit/>
          <w:jc w:val="center"/>
        </w:trPr>
        <w:tc>
          <w:tcPr>
            <w:tcW w:w="482" w:type="dxa"/>
            <w:tcMar>
              <w:top w:w="38" w:type="dxa"/>
              <w:left w:w="55" w:type="dxa"/>
              <w:bottom w:w="38" w:type="dxa"/>
              <w:right w:w="55" w:type="dxa"/>
            </w:tcMar>
            <w:vAlign w:val="center"/>
          </w:tcPr>
          <w:p w14:paraId="38ECC2D1" w14:textId="77777777" w:rsidR="000B7C4C" w:rsidRDefault="00000000">
            <w:pPr>
              <w:spacing w:after="0" w:line="240" w:lineRule="auto"/>
              <w:jc w:val="center"/>
            </w:pPr>
            <w:r>
              <w:rPr>
                <w:sz w:val="16"/>
              </w:rPr>
              <w:t>43</w:t>
            </w:r>
          </w:p>
        </w:tc>
        <w:tc>
          <w:tcPr>
            <w:tcW w:w="3855" w:type="dxa"/>
            <w:tcMar>
              <w:top w:w="38" w:type="dxa"/>
              <w:left w:w="55" w:type="dxa"/>
              <w:bottom w:w="38" w:type="dxa"/>
              <w:right w:w="55" w:type="dxa"/>
            </w:tcMar>
            <w:vAlign w:val="center"/>
          </w:tcPr>
          <w:p w14:paraId="6DFAAF94" w14:textId="77777777" w:rsidR="000B7C4C" w:rsidRDefault="00000000">
            <w:pPr>
              <w:spacing w:after="0" w:line="240" w:lineRule="auto"/>
              <w:jc w:val="left"/>
            </w:pPr>
            <w:r>
              <w:rPr>
                <w:sz w:val="16"/>
              </w:rPr>
              <w:t>Av. Sevin Şeker</w:t>
            </w:r>
          </w:p>
        </w:tc>
        <w:tc>
          <w:tcPr>
            <w:tcW w:w="3628" w:type="dxa"/>
            <w:tcMar>
              <w:top w:w="38" w:type="dxa"/>
              <w:left w:w="55" w:type="dxa"/>
              <w:bottom w:w="38" w:type="dxa"/>
              <w:right w:w="55" w:type="dxa"/>
            </w:tcMar>
            <w:vAlign w:val="center"/>
          </w:tcPr>
          <w:p w14:paraId="452EB0E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B469785" w14:textId="77777777" w:rsidR="000B7C4C" w:rsidRDefault="00000000">
            <w:pPr>
              <w:spacing w:after="0" w:line="240" w:lineRule="auto"/>
              <w:jc w:val="center"/>
            </w:pPr>
            <w:r>
              <w:rPr>
                <w:sz w:val="16"/>
              </w:rPr>
              <w:t>13836</w:t>
            </w:r>
          </w:p>
        </w:tc>
      </w:tr>
      <w:tr w:rsidR="000B7C4C" w14:paraId="644CBC5C" w14:textId="77777777">
        <w:trPr>
          <w:cantSplit/>
          <w:jc w:val="center"/>
        </w:trPr>
        <w:tc>
          <w:tcPr>
            <w:tcW w:w="482" w:type="dxa"/>
            <w:tcMar>
              <w:top w:w="38" w:type="dxa"/>
              <w:left w:w="55" w:type="dxa"/>
              <w:bottom w:w="38" w:type="dxa"/>
              <w:right w:w="55" w:type="dxa"/>
            </w:tcMar>
            <w:vAlign w:val="center"/>
          </w:tcPr>
          <w:p w14:paraId="0FBC1EF2" w14:textId="77777777" w:rsidR="000B7C4C" w:rsidRDefault="00000000">
            <w:pPr>
              <w:spacing w:after="0" w:line="240" w:lineRule="auto"/>
              <w:jc w:val="center"/>
            </w:pPr>
            <w:r>
              <w:rPr>
                <w:sz w:val="16"/>
              </w:rPr>
              <w:t>44</w:t>
            </w:r>
          </w:p>
        </w:tc>
        <w:tc>
          <w:tcPr>
            <w:tcW w:w="3855" w:type="dxa"/>
            <w:tcMar>
              <w:top w:w="38" w:type="dxa"/>
              <w:left w:w="55" w:type="dxa"/>
              <w:bottom w:w="38" w:type="dxa"/>
              <w:right w:w="55" w:type="dxa"/>
            </w:tcMar>
            <w:vAlign w:val="center"/>
          </w:tcPr>
          <w:p w14:paraId="3EFBE868" w14:textId="77777777" w:rsidR="000B7C4C" w:rsidRDefault="00000000">
            <w:pPr>
              <w:spacing w:after="0" w:line="240" w:lineRule="auto"/>
              <w:jc w:val="left"/>
            </w:pPr>
            <w:r>
              <w:rPr>
                <w:sz w:val="16"/>
              </w:rPr>
              <w:t>Av. Semra Buğra</w:t>
            </w:r>
          </w:p>
        </w:tc>
        <w:tc>
          <w:tcPr>
            <w:tcW w:w="3628" w:type="dxa"/>
            <w:tcMar>
              <w:top w:w="38" w:type="dxa"/>
              <w:left w:w="55" w:type="dxa"/>
              <w:bottom w:w="38" w:type="dxa"/>
              <w:right w:w="55" w:type="dxa"/>
            </w:tcMar>
            <w:vAlign w:val="center"/>
          </w:tcPr>
          <w:p w14:paraId="610FA3FD" w14:textId="77777777" w:rsidR="000B7C4C" w:rsidRDefault="00000000">
            <w:pPr>
              <w:spacing w:after="0" w:line="240" w:lineRule="auto"/>
              <w:jc w:val="left"/>
            </w:pPr>
            <w:r>
              <w:rPr>
                <w:sz w:val="16"/>
              </w:rPr>
              <w:t>Antalya Barosu</w:t>
            </w:r>
          </w:p>
        </w:tc>
        <w:tc>
          <w:tcPr>
            <w:tcW w:w="1701" w:type="dxa"/>
            <w:tcMar>
              <w:top w:w="38" w:type="dxa"/>
              <w:left w:w="55" w:type="dxa"/>
              <w:bottom w:w="38" w:type="dxa"/>
              <w:right w:w="55" w:type="dxa"/>
            </w:tcMar>
            <w:vAlign w:val="center"/>
          </w:tcPr>
          <w:p w14:paraId="30130251" w14:textId="77777777" w:rsidR="000B7C4C" w:rsidRDefault="00000000">
            <w:pPr>
              <w:spacing w:after="0" w:line="240" w:lineRule="auto"/>
              <w:jc w:val="center"/>
            </w:pPr>
            <w:r>
              <w:rPr>
                <w:sz w:val="16"/>
              </w:rPr>
              <w:t>3064</w:t>
            </w:r>
          </w:p>
        </w:tc>
      </w:tr>
      <w:tr w:rsidR="000B7C4C" w14:paraId="0C9FBE7D" w14:textId="77777777">
        <w:trPr>
          <w:cantSplit/>
          <w:jc w:val="center"/>
        </w:trPr>
        <w:tc>
          <w:tcPr>
            <w:tcW w:w="482" w:type="dxa"/>
            <w:tcMar>
              <w:top w:w="38" w:type="dxa"/>
              <w:left w:w="55" w:type="dxa"/>
              <w:bottom w:w="38" w:type="dxa"/>
              <w:right w:w="55" w:type="dxa"/>
            </w:tcMar>
            <w:vAlign w:val="center"/>
          </w:tcPr>
          <w:p w14:paraId="6EE2F494" w14:textId="77777777" w:rsidR="000B7C4C" w:rsidRDefault="00000000">
            <w:pPr>
              <w:spacing w:after="0" w:line="240" w:lineRule="auto"/>
              <w:jc w:val="center"/>
            </w:pPr>
            <w:r>
              <w:rPr>
                <w:sz w:val="16"/>
              </w:rPr>
              <w:t>45</w:t>
            </w:r>
          </w:p>
        </w:tc>
        <w:tc>
          <w:tcPr>
            <w:tcW w:w="3855" w:type="dxa"/>
            <w:tcMar>
              <w:top w:w="38" w:type="dxa"/>
              <w:left w:w="55" w:type="dxa"/>
              <w:bottom w:w="38" w:type="dxa"/>
              <w:right w:w="55" w:type="dxa"/>
            </w:tcMar>
            <w:vAlign w:val="center"/>
          </w:tcPr>
          <w:p w14:paraId="13CDC5D5" w14:textId="77777777" w:rsidR="000B7C4C" w:rsidRDefault="00000000">
            <w:pPr>
              <w:spacing w:after="0" w:line="240" w:lineRule="auto"/>
              <w:jc w:val="left"/>
            </w:pPr>
            <w:r>
              <w:rPr>
                <w:sz w:val="16"/>
              </w:rPr>
              <w:t>Av. Mine Güliz Baykal Suna</w:t>
            </w:r>
          </w:p>
        </w:tc>
        <w:tc>
          <w:tcPr>
            <w:tcW w:w="3628" w:type="dxa"/>
            <w:tcMar>
              <w:top w:w="38" w:type="dxa"/>
              <w:left w:w="55" w:type="dxa"/>
              <w:bottom w:w="38" w:type="dxa"/>
              <w:right w:w="55" w:type="dxa"/>
            </w:tcMar>
            <w:vAlign w:val="center"/>
          </w:tcPr>
          <w:p w14:paraId="582B3DCA"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DEE5E2E" w14:textId="77777777" w:rsidR="000B7C4C" w:rsidRDefault="00000000">
            <w:pPr>
              <w:spacing w:after="0" w:line="240" w:lineRule="auto"/>
              <w:jc w:val="center"/>
            </w:pPr>
            <w:r>
              <w:rPr>
                <w:sz w:val="16"/>
              </w:rPr>
              <w:t>29961</w:t>
            </w:r>
          </w:p>
        </w:tc>
      </w:tr>
      <w:tr w:rsidR="000B7C4C" w14:paraId="73235324" w14:textId="77777777">
        <w:trPr>
          <w:cantSplit/>
          <w:jc w:val="center"/>
        </w:trPr>
        <w:tc>
          <w:tcPr>
            <w:tcW w:w="482" w:type="dxa"/>
            <w:tcMar>
              <w:top w:w="38" w:type="dxa"/>
              <w:left w:w="55" w:type="dxa"/>
              <w:bottom w:w="38" w:type="dxa"/>
              <w:right w:w="55" w:type="dxa"/>
            </w:tcMar>
            <w:vAlign w:val="center"/>
          </w:tcPr>
          <w:p w14:paraId="675B8897" w14:textId="77777777" w:rsidR="000B7C4C" w:rsidRDefault="00000000">
            <w:pPr>
              <w:spacing w:after="0" w:line="240" w:lineRule="auto"/>
              <w:jc w:val="center"/>
            </w:pPr>
            <w:r>
              <w:rPr>
                <w:sz w:val="16"/>
              </w:rPr>
              <w:t>46</w:t>
            </w:r>
          </w:p>
        </w:tc>
        <w:tc>
          <w:tcPr>
            <w:tcW w:w="3855" w:type="dxa"/>
            <w:tcMar>
              <w:top w:w="38" w:type="dxa"/>
              <w:left w:w="55" w:type="dxa"/>
              <w:bottom w:w="38" w:type="dxa"/>
              <w:right w:w="55" w:type="dxa"/>
            </w:tcMar>
            <w:vAlign w:val="center"/>
          </w:tcPr>
          <w:p w14:paraId="3D93F820" w14:textId="77777777" w:rsidR="000B7C4C" w:rsidRDefault="00000000">
            <w:pPr>
              <w:spacing w:after="0" w:line="240" w:lineRule="auto"/>
              <w:jc w:val="left"/>
            </w:pPr>
            <w:r>
              <w:rPr>
                <w:sz w:val="16"/>
              </w:rPr>
              <w:t>Av. Berrin Pırnar Demirci</w:t>
            </w:r>
          </w:p>
        </w:tc>
        <w:tc>
          <w:tcPr>
            <w:tcW w:w="3628" w:type="dxa"/>
            <w:tcMar>
              <w:top w:w="38" w:type="dxa"/>
              <w:left w:w="55" w:type="dxa"/>
              <w:bottom w:w="38" w:type="dxa"/>
              <w:right w:w="55" w:type="dxa"/>
            </w:tcMar>
            <w:vAlign w:val="center"/>
          </w:tcPr>
          <w:p w14:paraId="70A2B359"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CC7415D" w14:textId="77777777" w:rsidR="000B7C4C" w:rsidRDefault="00000000">
            <w:pPr>
              <w:spacing w:after="0" w:line="240" w:lineRule="auto"/>
              <w:jc w:val="center"/>
            </w:pPr>
            <w:r>
              <w:rPr>
                <w:sz w:val="16"/>
              </w:rPr>
              <w:t>17955</w:t>
            </w:r>
          </w:p>
        </w:tc>
      </w:tr>
      <w:tr w:rsidR="000B7C4C" w14:paraId="53FC23EF" w14:textId="77777777">
        <w:trPr>
          <w:cantSplit/>
          <w:jc w:val="center"/>
        </w:trPr>
        <w:tc>
          <w:tcPr>
            <w:tcW w:w="482" w:type="dxa"/>
            <w:tcMar>
              <w:top w:w="38" w:type="dxa"/>
              <w:left w:w="55" w:type="dxa"/>
              <w:bottom w:w="38" w:type="dxa"/>
              <w:right w:w="55" w:type="dxa"/>
            </w:tcMar>
            <w:vAlign w:val="center"/>
          </w:tcPr>
          <w:p w14:paraId="2D397B6C" w14:textId="77777777" w:rsidR="000B7C4C" w:rsidRDefault="00000000">
            <w:pPr>
              <w:spacing w:after="0" w:line="240" w:lineRule="auto"/>
              <w:jc w:val="center"/>
            </w:pPr>
            <w:r>
              <w:rPr>
                <w:sz w:val="16"/>
              </w:rPr>
              <w:t>47</w:t>
            </w:r>
          </w:p>
        </w:tc>
        <w:tc>
          <w:tcPr>
            <w:tcW w:w="3855" w:type="dxa"/>
            <w:tcMar>
              <w:top w:w="38" w:type="dxa"/>
              <w:left w:w="55" w:type="dxa"/>
              <w:bottom w:w="38" w:type="dxa"/>
              <w:right w:w="55" w:type="dxa"/>
            </w:tcMar>
            <w:vAlign w:val="center"/>
          </w:tcPr>
          <w:p w14:paraId="1140B514" w14:textId="77777777" w:rsidR="000B7C4C" w:rsidRDefault="00000000">
            <w:pPr>
              <w:spacing w:after="0" w:line="240" w:lineRule="auto"/>
              <w:jc w:val="left"/>
            </w:pPr>
            <w:r>
              <w:rPr>
                <w:sz w:val="16"/>
              </w:rPr>
              <w:t>Av. Selim Saray</w:t>
            </w:r>
          </w:p>
        </w:tc>
        <w:tc>
          <w:tcPr>
            <w:tcW w:w="3628" w:type="dxa"/>
            <w:tcMar>
              <w:top w:w="38" w:type="dxa"/>
              <w:left w:w="55" w:type="dxa"/>
              <w:bottom w:w="38" w:type="dxa"/>
              <w:right w:w="55" w:type="dxa"/>
            </w:tcMar>
            <w:vAlign w:val="center"/>
          </w:tcPr>
          <w:p w14:paraId="7A6F87BE" w14:textId="77777777" w:rsidR="000B7C4C" w:rsidRDefault="00000000">
            <w:pPr>
              <w:spacing w:after="0" w:line="240" w:lineRule="auto"/>
              <w:jc w:val="left"/>
            </w:pPr>
            <w:r>
              <w:rPr>
                <w:sz w:val="16"/>
              </w:rPr>
              <w:t>Amasya Barosu</w:t>
            </w:r>
          </w:p>
        </w:tc>
        <w:tc>
          <w:tcPr>
            <w:tcW w:w="1701" w:type="dxa"/>
            <w:tcMar>
              <w:top w:w="38" w:type="dxa"/>
              <w:left w:w="55" w:type="dxa"/>
              <w:bottom w:w="38" w:type="dxa"/>
              <w:right w:w="55" w:type="dxa"/>
            </w:tcMar>
            <w:vAlign w:val="center"/>
          </w:tcPr>
          <w:p w14:paraId="23B78F2B" w14:textId="77777777" w:rsidR="000B7C4C" w:rsidRDefault="00000000">
            <w:pPr>
              <w:spacing w:after="0" w:line="240" w:lineRule="auto"/>
              <w:jc w:val="center"/>
            </w:pPr>
            <w:r>
              <w:rPr>
                <w:sz w:val="16"/>
              </w:rPr>
              <w:t>221</w:t>
            </w:r>
          </w:p>
        </w:tc>
      </w:tr>
      <w:tr w:rsidR="000B7C4C" w14:paraId="2891AB2F" w14:textId="77777777">
        <w:trPr>
          <w:cantSplit/>
          <w:jc w:val="center"/>
        </w:trPr>
        <w:tc>
          <w:tcPr>
            <w:tcW w:w="482" w:type="dxa"/>
            <w:tcMar>
              <w:top w:w="38" w:type="dxa"/>
              <w:left w:w="55" w:type="dxa"/>
              <w:bottom w:w="38" w:type="dxa"/>
              <w:right w:w="55" w:type="dxa"/>
            </w:tcMar>
            <w:vAlign w:val="center"/>
          </w:tcPr>
          <w:p w14:paraId="0AFB7453" w14:textId="77777777" w:rsidR="000B7C4C" w:rsidRDefault="00000000">
            <w:pPr>
              <w:spacing w:after="0" w:line="240" w:lineRule="auto"/>
              <w:jc w:val="center"/>
            </w:pPr>
            <w:r>
              <w:rPr>
                <w:sz w:val="16"/>
              </w:rPr>
              <w:t>48</w:t>
            </w:r>
          </w:p>
        </w:tc>
        <w:tc>
          <w:tcPr>
            <w:tcW w:w="3855" w:type="dxa"/>
            <w:tcMar>
              <w:top w:w="38" w:type="dxa"/>
              <w:left w:w="55" w:type="dxa"/>
              <w:bottom w:w="38" w:type="dxa"/>
              <w:right w:w="55" w:type="dxa"/>
            </w:tcMar>
            <w:vAlign w:val="center"/>
          </w:tcPr>
          <w:p w14:paraId="6BAA483A" w14:textId="77777777" w:rsidR="000B7C4C" w:rsidRDefault="00000000">
            <w:pPr>
              <w:spacing w:after="0" w:line="240" w:lineRule="auto"/>
              <w:jc w:val="left"/>
            </w:pPr>
            <w:r>
              <w:rPr>
                <w:sz w:val="16"/>
              </w:rPr>
              <w:t>Av. Abdurrahim Duran</w:t>
            </w:r>
          </w:p>
        </w:tc>
        <w:tc>
          <w:tcPr>
            <w:tcW w:w="3628" w:type="dxa"/>
            <w:tcMar>
              <w:top w:w="38" w:type="dxa"/>
              <w:left w:w="55" w:type="dxa"/>
              <w:bottom w:w="38" w:type="dxa"/>
              <w:right w:w="55" w:type="dxa"/>
            </w:tcMar>
            <w:vAlign w:val="center"/>
          </w:tcPr>
          <w:p w14:paraId="7EA1BC1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DBAF690" w14:textId="77777777" w:rsidR="000B7C4C" w:rsidRDefault="00000000">
            <w:pPr>
              <w:spacing w:after="0" w:line="240" w:lineRule="auto"/>
              <w:jc w:val="center"/>
            </w:pPr>
            <w:r>
              <w:rPr>
                <w:sz w:val="16"/>
              </w:rPr>
              <w:t>12657</w:t>
            </w:r>
          </w:p>
        </w:tc>
      </w:tr>
      <w:tr w:rsidR="000B7C4C" w14:paraId="2648042B" w14:textId="77777777">
        <w:trPr>
          <w:cantSplit/>
          <w:jc w:val="center"/>
        </w:trPr>
        <w:tc>
          <w:tcPr>
            <w:tcW w:w="482" w:type="dxa"/>
            <w:tcMar>
              <w:top w:w="38" w:type="dxa"/>
              <w:left w:w="55" w:type="dxa"/>
              <w:bottom w:w="38" w:type="dxa"/>
              <w:right w:w="55" w:type="dxa"/>
            </w:tcMar>
            <w:vAlign w:val="center"/>
          </w:tcPr>
          <w:p w14:paraId="7760FEBD" w14:textId="77777777" w:rsidR="000B7C4C" w:rsidRDefault="00000000">
            <w:pPr>
              <w:spacing w:after="0" w:line="240" w:lineRule="auto"/>
              <w:jc w:val="center"/>
            </w:pPr>
            <w:r>
              <w:rPr>
                <w:sz w:val="16"/>
              </w:rPr>
              <w:t>49</w:t>
            </w:r>
          </w:p>
        </w:tc>
        <w:tc>
          <w:tcPr>
            <w:tcW w:w="3855" w:type="dxa"/>
            <w:tcMar>
              <w:top w:w="38" w:type="dxa"/>
              <w:left w:w="55" w:type="dxa"/>
              <w:bottom w:w="38" w:type="dxa"/>
              <w:right w:w="55" w:type="dxa"/>
            </w:tcMar>
            <w:vAlign w:val="center"/>
          </w:tcPr>
          <w:p w14:paraId="5F19A29A" w14:textId="77777777" w:rsidR="000B7C4C" w:rsidRDefault="00000000">
            <w:pPr>
              <w:spacing w:after="0" w:line="240" w:lineRule="auto"/>
              <w:jc w:val="left"/>
            </w:pPr>
            <w:r>
              <w:rPr>
                <w:sz w:val="16"/>
              </w:rPr>
              <w:t>Av. Ali Avcı</w:t>
            </w:r>
          </w:p>
        </w:tc>
        <w:tc>
          <w:tcPr>
            <w:tcW w:w="3628" w:type="dxa"/>
            <w:tcMar>
              <w:top w:w="38" w:type="dxa"/>
              <w:left w:w="55" w:type="dxa"/>
              <w:bottom w:w="38" w:type="dxa"/>
              <w:right w:w="55" w:type="dxa"/>
            </w:tcMar>
            <w:vAlign w:val="center"/>
          </w:tcPr>
          <w:p w14:paraId="757FD737" w14:textId="77777777" w:rsidR="000B7C4C" w:rsidRDefault="00000000">
            <w:pPr>
              <w:spacing w:after="0" w:line="240" w:lineRule="auto"/>
              <w:jc w:val="left"/>
            </w:pPr>
            <w:r>
              <w:rPr>
                <w:sz w:val="16"/>
              </w:rPr>
              <w:t>Hatay Barosu</w:t>
            </w:r>
          </w:p>
        </w:tc>
        <w:tc>
          <w:tcPr>
            <w:tcW w:w="1701" w:type="dxa"/>
            <w:tcMar>
              <w:top w:w="38" w:type="dxa"/>
              <w:left w:w="55" w:type="dxa"/>
              <w:bottom w:w="38" w:type="dxa"/>
              <w:right w:w="55" w:type="dxa"/>
            </w:tcMar>
            <w:vAlign w:val="center"/>
          </w:tcPr>
          <w:p w14:paraId="4470610D" w14:textId="77777777" w:rsidR="000B7C4C" w:rsidRDefault="00000000">
            <w:pPr>
              <w:spacing w:after="0" w:line="240" w:lineRule="auto"/>
              <w:jc w:val="center"/>
            </w:pPr>
            <w:r>
              <w:rPr>
                <w:sz w:val="16"/>
              </w:rPr>
              <w:t>594</w:t>
            </w:r>
          </w:p>
        </w:tc>
      </w:tr>
      <w:tr w:rsidR="000B7C4C" w14:paraId="682FD50E" w14:textId="77777777">
        <w:trPr>
          <w:cantSplit/>
          <w:jc w:val="center"/>
        </w:trPr>
        <w:tc>
          <w:tcPr>
            <w:tcW w:w="482" w:type="dxa"/>
            <w:tcMar>
              <w:top w:w="38" w:type="dxa"/>
              <w:left w:w="55" w:type="dxa"/>
              <w:bottom w:w="38" w:type="dxa"/>
              <w:right w:w="55" w:type="dxa"/>
            </w:tcMar>
            <w:vAlign w:val="center"/>
          </w:tcPr>
          <w:p w14:paraId="33D4B44C" w14:textId="77777777" w:rsidR="000B7C4C" w:rsidRDefault="00000000">
            <w:pPr>
              <w:spacing w:after="0" w:line="240" w:lineRule="auto"/>
              <w:jc w:val="center"/>
            </w:pPr>
            <w:r>
              <w:rPr>
                <w:sz w:val="16"/>
              </w:rPr>
              <w:t>50</w:t>
            </w:r>
          </w:p>
        </w:tc>
        <w:tc>
          <w:tcPr>
            <w:tcW w:w="3855" w:type="dxa"/>
            <w:tcMar>
              <w:top w:w="38" w:type="dxa"/>
              <w:left w:w="55" w:type="dxa"/>
              <w:bottom w:w="38" w:type="dxa"/>
              <w:right w:w="55" w:type="dxa"/>
            </w:tcMar>
            <w:vAlign w:val="center"/>
          </w:tcPr>
          <w:p w14:paraId="021596D0" w14:textId="77777777" w:rsidR="000B7C4C" w:rsidRDefault="00000000">
            <w:pPr>
              <w:spacing w:after="0" w:line="240" w:lineRule="auto"/>
              <w:jc w:val="left"/>
            </w:pPr>
            <w:r>
              <w:rPr>
                <w:sz w:val="16"/>
              </w:rPr>
              <w:t>Av. Efkan Bolaç</w:t>
            </w:r>
          </w:p>
        </w:tc>
        <w:tc>
          <w:tcPr>
            <w:tcW w:w="3628" w:type="dxa"/>
            <w:tcMar>
              <w:top w:w="38" w:type="dxa"/>
              <w:left w:w="55" w:type="dxa"/>
              <w:bottom w:w="38" w:type="dxa"/>
              <w:right w:w="55" w:type="dxa"/>
            </w:tcMar>
            <w:vAlign w:val="center"/>
          </w:tcPr>
          <w:p w14:paraId="11475CD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9C07AB1" w14:textId="77777777" w:rsidR="000B7C4C" w:rsidRDefault="00000000">
            <w:pPr>
              <w:spacing w:after="0" w:line="240" w:lineRule="auto"/>
              <w:jc w:val="center"/>
            </w:pPr>
            <w:r>
              <w:rPr>
                <w:sz w:val="16"/>
              </w:rPr>
              <w:t>20364</w:t>
            </w:r>
          </w:p>
        </w:tc>
      </w:tr>
      <w:tr w:rsidR="000B7C4C" w14:paraId="6194F21A" w14:textId="77777777">
        <w:trPr>
          <w:cantSplit/>
          <w:jc w:val="center"/>
        </w:trPr>
        <w:tc>
          <w:tcPr>
            <w:tcW w:w="482" w:type="dxa"/>
            <w:tcMar>
              <w:top w:w="38" w:type="dxa"/>
              <w:left w:w="55" w:type="dxa"/>
              <w:bottom w:w="38" w:type="dxa"/>
              <w:right w:w="55" w:type="dxa"/>
            </w:tcMar>
            <w:vAlign w:val="center"/>
          </w:tcPr>
          <w:p w14:paraId="0E0D6490" w14:textId="77777777" w:rsidR="000B7C4C" w:rsidRDefault="00000000">
            <w:pPr>
              <w:spacing w:after="0" w:line="240" w:lineRule="auto"/>
              <w:jc w:val="center"/>
            </w:pPr>
            <w:r>
              <w:rPr>
                <w:sz w:val="16"/>
              </w:rPr>
              <w:lastRenderedPageBreak/>
              <w:t>51</w:t>
            </w:r>
          </w:p>
        </w:tc>
        <w:tc>
          <w:tcPr>
            <w:tcW w:w="3855" w:type="dxa"/>
            <w:tcMar>
              <w:top w:w="38" w:type="dxa"/>
              <w:left w:w="55" w:type="dxa"/>
              <w:bottom w:w="38" w:type="dxa"/>
              <w:right w:w="55" w:type="dxa"/>
            </w:tcMar>
            <w:vAlign w:val="center"/>
          </w:tcPr>
          <w:p w14:paraId="32D7A00F" w14:textId="77777777" w:rsidR="000B7C4C" w:rsidRDefault="00000000">
            <w:pPr>
              <w:spacing w:after="0" w:line="240" w:lineRule="auto"/>
              <w:jc w:val="left"/>
            </w:pPr>
            <w:r>
              <w:rPr>
                <w:sz w:val="16"/>
              </w:rPr>
              <w:t>Av. Kazım Yüksel</w:t>
            </w:r>
          </w:p>
        </w:tc>
        <w:tc>
          <w:tcPr>
            <w:tcW w:w="3628" w:type="dxa"/>
            <w:tcMar>
              <w:top w:w="38" w:type="dxa"/>
              <w:left w:w="55" w:type="dxa"/>
              <w:bottom w:w="38" w:type="dxa"/>
              <w:right w:w="55" w:type="dxa"/>
            </w:tcMar>
            <w:vAlign w:val="center"/>
          </w:tcPr>
          <w:p w14:paraId="15243EB0" w14:textId="77777777" w:rsidR="000B7C4C" w:rsidRDefault="00000000">
            <w:pPr>
              <w:spacing w:after="0" w:line="240" w:lineRule="auto"/>
              <w:jc w:val="left"/>
            </w:pPr>
            <w:r>
              <w:rPr>
                <w:sz w:val="16"/>
              </w:rPr>
              <w:t>Mersin Barosu</w:t>
            </w:r>
          </w:p>
        </w:tc>
        <w:tc>
          <w:tcPr>
            <w:tcW w:w="1701" w:type="dxa"/>
            <w:tcMar>
              <w:top w:w="38" w:type="dxa"/>
              <w:left w:w="55" w:type="dxa"/>
              <w:bottom w:w="38" w:type="dxa"/>
              <w:right w:w="55" w:type="dxa"/>
            </w:tcMar>
            <w:vAlign w:val="center"/>
          </w:tcPr>
          <w:p w14:paraId="2A85943F" w14:textId="77777777" w:rsidR="000B7C4C" w:rsidRDefault="00000000">
            <w:pPr>
              <w:spacing w:after="0" w:line="240" w:lineRule="auto"/>
              <w:jc w:val="center"/>
            </w:pPr>
            <w:r>
              <w:rPr>
                <w:sz w:val="16"/>
              </w:rPr>
              <w:t>1680</w:t>
            </w:r>
          </w:p>
        </w:tc>
      </w:tr>
      <w:tr w:rsidR="000B7C4C" w14:paraId="5EFF58F0" w14:textId="77777777">
        <w:trPr>
          <w:cantSplit/>
          <w:jc w:val="center"/>
        </w:trPr>
        <w:tc>
          <w:tcPr>
            <w:tcW w:w="482" w:type="dxa"/>
            <w:tcMar>
              <w:top w:w="38" w:type="dxa"/>
              <w:left w:w="55" w:type="dxa"/>
              <w:bottom w:w="38" w:type="dxa"/>
              <w:right w:w="55" w:type="dxa"/>
            </w:tcMar>
            <w:vAlign w:val="center"/>
          </w:tcPr>
          <w:p w14:paraId="2A18B8A5" w14:textId="77777777" w:rsidR="000B7C4C" w:rsidRDefault="00000000">
            <w:pPr>
              <w:spacing w:after="0" w:line="240" w:lineRule="auto"/>
              <w:jc w:val="center"/>
            </w:pPr>
            <w:r>
              <w:rPr>
                <w:sz w:val="16"/>
              </w:rPr>
              <w:t>52</w:t>
            </w:r>
          </w:p>
        </w:tc>
        <w:tc>
          <w:tcPr>
            <w:tcW w:w="3855" w:type="dxa"/>
            <w:tcMar>
              <w:top w:w="38" w:type="dxa"/>
              <w:left w:w="55" w:type="dxa"/>
              <w:bottom w:w="38" w:type="dxa"/>
              <w:right w:w="55" w:type="dxa"/>
            </w:tcMar>
            <w:vAlign w:val="center"/>
          </w:tcPr>
          <w:p w14:paraId="11706CAF" w14:textId="77777777" w:rsidR="000B7C4C" w:rsidRDefault="00000000">
            <w:pPr>
              <w:spacing w:after="0" w:line="240" w:lineRule="auto"/>
              <w:jc w:val="left"/>
            </w:pPr>
            <w:r>
              <w:rPr>
                <w:sz w:val="16"/>
              </w:rPr>
              <w:t>Av. Süreyya Kardelen Yarlı</w:t>
            </w:r>
          </w:p>
        </w:tc>
        <w:tc>
          <w:tcPr>
            <w:tcW w:w="3628" w:type="dxa"/>
            <w:tcMar>
              <w:top w:w="38" w:type="dxa"/>
              <w:left w:w="55" w:type="dxa"/>
              <w:bottom w:w="38" w:type="dxa"/>
              <w:right w:w="55" w:type="dxa"/>
            </w:tcMar>
            <w:vAlign w:val="center"/>
          </w:tcPr>
          <w:p w14:paraId="210627C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430CB99" w14:textId="77777777" w:rsidR="000B7C4C" w:rsidRDefault="00000000">
            <w:pPr>
              <w:spacing w:after="0" w:line="240" w:lineRule="auto"/>
              <w:jc w:val="center"/>
            </w:pPr>
            <w:r>
              <w:rPr>
                <w:sz w:val="16"/>
              </w:rPr>
              <w:t>52650</w:t>
            </w:r>
          </w:p>
        </w:tc>
      </w:tr>
      <w:tr w:rsidR="000B7C4C" w14:paraId="1592212B" w14:textId="77777777">
        <w:trPr>
          <w:cantSplit/>
          <w:jc w:val="center"/>
        </w:trPr>
        <w:tc>
          <w:tcPr>
            <w:tcW w:w="482" w:type="dxa"/>
            <w:tcMar>
              <w:top w:w="38" w:type="dxa"/>
              <w:left w:w="55" w:type="dxa"/>
              <w:bottom w:w="38" w:type="dxa"/>
              <w:right w:w="55" w:type="dxa"/>
            </w:tcMar>
            <w:vAlign w:val="center"/>
          </w:tcPr>
          <w:p w14:paraId="0503DD69" w14:textId="77777777" w:rsidR="000B7C4C" w:rsidRDefault="00000000">
            <w:pPr>
              <w:spacing w:after="0" w:line="240" w:lineRule="auto"/>
              <w:jc w:val="center"/>
            </w:pPr>
            <w:r>
              <w:rPr>
                <w:sz w:val="16"/>
              </w:rPr>
              <w:t>53</w:t>
            </w:r>
          </w:p>
        </w:tc>
        <w:tc>
          <w:tcPr>
            <w:tcW w:w="3855" w:type="dxa"/>
            <w:tcMar>
              <w:top w:w="38" w:type="dxa"/>
              <w:left w:w="55" w:type="dxa"/>
              <w:bottom w:w="38" w:type="dxa"/>
              <w:right w:w="55" w:type="dxa"/>
            </w:tcMar>
            <w:vAlign w:val="center"/>
          </w:tcPr>
          <w:p w14:paraId="0051C00B" w14:textId="77777777" w:rsidR="000B7C4C" w:rsidRDefault="00000000">
            <w:pPr>
              <w:spacing w:after="0" w:line="240" w:lineRule="auto"/>
              <w:jc w:val="left"/>
            </w:pPr>
            <w:r>
              <w:rPr>
                <w:sz w:val="16"/>
              </w:rPr>
              <w:t>Av. Arzu Becerik</w:t>
            </w:r>
          </w:p>
        </w:tc>
        <w:tc>
          <w:tcPr>
            <w:tcW w:w="3628" w:type="dxa"/>
            <w:tcMar>
              <w:top w:w="38" w:type="dxa"/>
              <w:left w:w="55" w:type="dxa"/>
              <w:bottom w:w="38" w:type="dxa"/>
              <w:right w:w="55" w:type="dxa"/>
            </w:tcMar>
            <w:vAlign w:val="center"/>
          </w:tcPr>
          <w:p w14:paraId="5B4110A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A27D7E3" w14:textId="77777777" w:rsidR="000B7C4C" w:rsidRDefault="00000000">
            <w:pPr>
              <w:spacing w:after="0" w:line="240" w:lineRule="auto"/>
              <w:jc w:val="center"/>
            </w:pPr>
            <w:r>
              <w:rPr>
                <w:sz w:val="16"/>
              </w:rPr>
              <w:t>19886</w:t>
            </w:r>
          </w:p>
        </w:tc>
      </w:tr>
      <w:tr w:rsidR="000B7C4C" w14:paraId="3E1C1471" w14:textId="77777777">
        <w:trPr>
          <w:cantSplit/>
          <w:jc w:val="center"/>
        </w:trPr>
        <w:tc>
          <w:tcPr>
            <w:tcW w:w="482" w:type="dxa"/>
            <w:tcMar>
              <w:top w:w="38" w:type="dxa"/>
              <w:left w:w="55" w:type="dxa"/>
              <w:bottom w:w="38" w:type="dxa"/>
              <w:right w:w="55" w:type="dxa"/>
            </w:tcMar>
            <w:vAlign w:val="center"/>
          </w:tcPr>
          <w:p w14:paraId="220F3235" w14:textId="77777777" w:rsidR="000B7C4C" w:rsidRDefault="00000000">
            <w:pPr>
              <w:spacing w:after="0" w:line="240" w:lineRule="auto"/>
              <w:jc w:val="center"/>
            </w:pPr>
            <w:r>
              <w:rPr>
                <w:sz w:val="16"/>
              </w:rPr>
              <w:t>54</w:t>
            </w:r>
          </w:p>
        </w:tc>
        <w:tc>
          <w:tcPr>
            <w:tcW w:w="3855" w:type="dxa"/>
            <w:tcMar>
              <w:top w:w="38" w:type="dxa"/>
              <w:left w:w="55" w:type="dxa"/>
              <w:bottom w:w="38" w:type="dxa"/>
              <w:right w:w="55" w:type="dxa"/>
            </w:tcMar>
            <w:vAlign w:val="center"/>
          </w:tcPr>
          <w:p w14:paraId="3C05EEF3" w14:textId="77777777" w:rsidR="000B7C4C" w:rsidRDefault="00000000">
            <w:pPr>
              <w:spacing w:after="0" w:line="240" w:lineRule="auto"/>
              <w:jc w:val="left"/>
            </w:pPr>
            <w:r>
              <w:rPr>
                <w:sz w:val="16"/>
              </w:rPr>
              <w:t>Av. Bedrettin Kalın</w:t>
            </w:r>
          </w:p>
        </w:tc>
        <w:tc>
          <w:tcPr>
            <w:tcW w:w="3628" w:type="dxa"/>
            <w:tcMar>
              <w:top w:w="38" w:type="dxa"/>
              <w:left w:w="55" w:type="dxa"/>
              <w:bottom w:w="38" w:type="dxa"/>
              <w:right w:w="55" w:type="dxa"/>
            </w:tcMar>
            <w:vAlign w:val="center"/>
          </w:tcPr>
          <w:p w14:paraId="4AACB5FF" w14:textId="77777777" w:rsidR="000B7C4C" w:rsidRDefault="00000000">
            <w:pPr>
              <w:spacing w:after="0" w:line="240" w:lineRule="auto"/>
              <w:jc w:val="left"/>
            </w:pPr>
            <w:r>
              <w:rPr>
                <w:sz w:val="16"/>
              </w:rPr>
              <w:t>Artvin Barosu</w:t>
            </w:r>
          </w:p>
        </w:tc>
        <w:tc>
          <w:tcPr>
            <w:tcW w:w="1701" w:type="dxa"/>
            <w:tcMar>
              <w:top w:w="38" w:type="dxa"/>
              <w:left w:w="55" w:type="dxa"/>
              <w:bottom w:w="38" w:type="dxa"/>
              <w:right w:w="55" w:type="dxa"/>
            </w:tcMar>
            <w:vAlign w:val="center"/>
          </w:tcPr>
          <w:p w14:paraId="5ECEC9AF" w14:textId="77777777" w:rsidR="000B7C4C" w:rsidRDefault="00000000">
            <w:pPr>
              <w:spacing w:after="0" w:line="240" w:lineRule="auto"/>
              <w:jc w:val="center"/>
            </w:pPr>
            <w:r>
              <w:rPr>
                <w:sz w:val="16"/>
              </w:rPr>
              <w:t>111</w:t>
            </w:r>
          </w:p>
        </w:tc>
      </w:tr>
      <w:tr w:rsidR="000B7C4C" w14:paraId="042C8D1A" w14:textId="77777777">
        <w:trPr>
          <w:cantSplit/>
          <w:jc w:val="center"/>
        </w:trPr>
        <w:tc>
          <w:tcPr>
            <w:tcW w:w="482" w:type="dxa"/>
            <w:tcMar>
              <w:top w:w="38" w:type="dxa"/>
              <w:left w:w="55" w:type="dxa"/>
              <w:bottom w:w="38" w:type="dxa"/>
              <w:right w:w="55" w:type="dxa"/>
            </w:tcMar>
            <w:vAlign w:val="center"/>
          </w:tcPr>
          <w:p w14:paraId="56491308" w14:textId="77777777" w:rsidR="000B7C4C" w:rsidRDefault="00000000">
            <w:pPr>
              <w:spacing w:after="0" w:line="240" w:lineRule="auto"/>
              <w:jc w:val="center"/>
            </w:pPr>
            <w:r>
              <w:rPr>
                <w:sz w:val="16"/>
              </w:rPr>
              <w:t>55</w:t>
            </w:r>
          </w:p>
        </w:tc>
        <w:tc>
          <w:tcPr>
            <w:tcW w:w="3855" w:type="dxa"/>
            <w:tcMar>
              <w:top w:w="38" w:type="dxa"/>
              <w:left w:w="55" w:type="dxa"/>
              <w:bottom w:w="38" w:type="dxa"/>
              <w:right w:w="55" w:type="dxa"/>
            </w:tcMar>
            <w:vAlign w:val="center"/>
          </w:tcPr>
          <w:p w14:paraId="4C6C0DE5" w14:textId="77777777" w:rsidR="000B7C4C" w:rsidRDefault="00000000">
            <w:pPr>
              <w:spacing w:after="0" w:line="240" w:lineRule="auto"/>
              <w:jc w:val="left"/>
            </w:pPr>
            <w:r>
              <w:rPr>
                <w:sz w:val="16"/>
              </w:rPr>
              <w:t>Av. İlyas Danyeli</w:t>
            </w:r>
          </w:p>
        </w:tc>
        <w:tc>
          <w:tcPr>
            <w:tcW w:w="3628" w:type="dxa"/>
            <w:tcMar>
              <w:top w:w="38" w:type="dxa"/>
              <w:left w:w="55" w:type="dxa"/>
              <w:bottom w:w="38" w:type="dxa"/>
              <w:right w:w="55" w:type="dxa"/>
            </w:tcMar>
            <w:vAlign w:val="center"/>
          </w:tcPr>
          <w:p w14:paraId="685DEAEC" w14:textId="77777777" w:rsidR="000B7C4C" w:rsidRDefault="00000000">
            <w:pPr>
              <w:spacing w:after="0" w:line="240" w:lineRule="auto"/>
              <w:jc w:val="left"/>
            </w:pPr>
            <w:r>
              <w:rPr>
                <w:sz w:val="16"/>
              </w:rPr>
              <w:t>İzmir Barosu</w:t>
            </w:r>
          </w:p>
        </w:tc>
        <w:tc>
          <w:tcPr>
            <w:tcW w:w="1701" w:type="dxa"/>
            <w:tcMar>
              <w:top w:w="38" w:type="dxa"/>
              <w:left w:w="55" w:type="dxa"/>
              <w:bottom w:w="38" w:type="dxa"/>
              <w:right w:w="55" w:type="dxa"/>
            </w:tcMar>
            <w:vAlign w:val="center"/>
          </w:tcPr>
          <w:p w14:paraId="760A4CAD" w14:textId="77777777" w:rsidR="000B7C4C" w:rsidRDefault="00000000">
            <w:pPr>
              <w:spacing w:after="0" w:line="240" w:lineRule="auto"/>
              <w:jc w:val="center"/>
            </w:pPr>
            <w:r>
              <w:rPr>
                <w:sz w:val="16"/>
              </w:rPr>
              <w:t>17185</w:t>
            </w:r>
          </w:p>
        </w:tc>
      </w:tr>
      <w:tr w:rsidR="000B7C4C" w14:paraId="2F45565C" w14:textId="77777777">
        <w:trPr>
          <w:cantSplit/>
          <w:jc w:val="center"/>
        </w:trPr>
        <w:tc>
          <w:tcPr>
            <w:tcW w:w="482" w:type="dxa"/>
            <w:tcMar>
              <w:top w:w="38" w:type="dxa"/>
              <w:left w:w="55" w:type="dxa"/>
              <w:bottom w:w="38" w:type="dxa"/>
              <w:right w:w="55" w:type="dxa"/>
            </w:tcMar>
            <w:vAlign w:val="center"/>
          </w:tcPr>
          <w:p w14:paraId="3C2DC27D" w14:textId="77777777" w:rsidR="000B7C4C" w:rsidRDefault="00000000">
            <w:pPr>
              <w:spacing w:after="0" w:line="240" w:lineRule="auto"/>
              <w:jc w:val="center"/>
            </w:pPr>
            <w:r>
              <w:rPr>
                <w:sz w:val="16"/>
              </w:rPr>
              <w:t>56</w:t>
            </w:r>
          </w:p>
        </w:tc>
        <w:tc>
          <w:tcPr>
            <w:tcW w:w="3855" w:type="dxa"/>
            <w:tcMar>
              <w:top w:w="38" w:type="dxa"/>
              <w:left w:w="55" w:type="dxa"/>
              <w:bottom w:w="38" w:type="dxa"/>
              <w:right w:w="55" w:type="dxa"/>
            </w:tcMar>
            <w:vAlign w:val="center"/>
          </w:tcPr>
          <w:p w14:paraId="428AF70C" w14:textId="77777777" w:rsidR="000B7C4C" w:rsidRDefault="00000000">
            <w:pPr>
              <w:spacing w:after="0" w:line="240" w:lineRule="auto"/>
              <w:jc w:val="left"/>
            </w:pPr>
            <w:r>
              <w:rPr>
                <w:sz w:val="16"/>
              </w:rPr>
              <w:t>Av. Arif Ali Cangı</w:t>
            </w:r>
          </w:p>
        </w:tc>
        <w:tc>
          <w:tcPr>
            <w:tcW w:w="3628" w:type="dxa"/>
            <w:tcMar>
              <w:top w:w="38" w:type="dxa"/>
              <w:left w:w="55" w:type="dxa"/>
              <w:bottom w:w="38" w:type="dxa"/>
              <w:right w:w="55" w:type="dxa"/>
            </w:tcMar>
            <w:vAlign w:val="center"/>
          </w:tcPr>
          <w:p w14:paraId="683465B1" w14:textId="77777777" w:rsidR="000B7C4C" w:rsidRDefault="00000000">
            <w:pPr>
              <w:spacing w:after="0" w:line="240" w:lineRule="auto"/>
              <w:jc w:val="left"/>
            </w:pPr>
            <w:r>
              <w:rPr>
                <w:sz w:val="16"/>
              </w:rPr>
              <w:t>İzmir Barosu</w:t>
            </w:r>
          </w:p>
        </w:tc>
        <w:tc>
          <w:tcPr>
            <w:tcW w:w="1701" w:type="dxa"/>
            <w:tcMar>
              <w:top w:w="38" w:type="dxa"/>
              <w:left w:w="55" w:type="dxa"/>
              <w:bottom w:w="38" w:type="dxa"/>
              <w:right w:w="55" w:type="dxa"/>
            </w:tcMar>
            <w:vAlign w:val="center"/>
          </w:tcPr>
          <w:p w14:paraId="3D2E2B71" w14:textId="77777777" w:rsidR="000B7C4C" w:rsidRDefault="00000000">
            <w:pPr>
              <w:spacing w:after="0" w:line="240" w:lineRule="auto"/>
              <w:jc w:val="center"/>
            </w:pPr>
            <w:r>
              <w:rPr>
                <w:sz w:val="16"/>
              </w:rPr>
              <w:t>4549</w:t>
            </w:r>
          </w:p>
        </w:tc>
      </w:tr>
      <w:tr w:rsidR="000B7C4C" w14:paraId="6C676AF9" w14:textId="77777777">
        <w:trPr>
          <w:cantSplit/>
          <w:jc w:val="center"/>
        </w:trPr>
        <w:tc>
          <w:tcPr>
            <w:tcW w:w="482" w:type="dxa"/>
            <w:tcMar>
              <w:top w:w="38" w:type="dxa"/>
              <w:left w:w="55" w:type="dxa"/>
              <w:bottom w:w="38" w:type="dxa"/>
              <w:right w:w="55" w:type="dxa"/>
            </w:tcMar>
            <w:vAlign w:val="center"/>
          </w:tcPr>
          <w:p w14:paraId="120EC5C4" w14:textId="77777777" w:rsidR="000B7C4C" w:rsidRDefault="00000000">
            <w:pPr>
              <w:spacing w:after="0" w:line="240" w:lineRule="auto"/>
              <w:jc w:val="center"/>
            </w:pPr>
            <w:r>
              <w:rPr>
                <w:sz w:val="16"/>
              </w:rPr>
              <w:t>57</w:t>
            </w:r>
          </w:p>
        </w:tc>
        <w:tc>
          <w:tcPr>
            <w:tcW w:w="3855" w:type="dxa"/>
            <w:tcMar>
              <w:top w:w="38" w:type="dxa"/>
              <w:left w:w="55" w:type="dxa"/>
              <w:bottom w:w="38" w:type="dxa"/>
              <w:right w:w="55" w:type="dxa"/>
            </w:tcMar>
            <w:vAlign w:val="center"/>
          </w:tcPr>
          <w:p w14:paraId="5BC5A879" w14:textId="77777777" w:rsidR="000B7C4C" w:rsidRDefault="00000000">
            <w:pPr>
              <w:spacing w:after="0" w:line="240" w:lineRule="auto"/>
              <w:jc w:val="left"/>
            </w:pPr>
            <w:r>
              <w:rPr>
                <w:sz w:val="16"/>
              </w:rPr>
              <w:t>Av. Tuğçe Demiralay</w:t>
            </w:r>
          </w:p>
        </w:tc>
        <w:tc>
          <w:tcPr>
            <w:tcW w:w="3628" w:type="dxa"/>
            <w:tcMar>
              <w:top w:w="38" w:type="dxa"/>
              <w:left w:w="55" w:type="dxa"/>
              <w:bottom w:w="38" w:type="dxa"/>
              <w:right w:w="55" w:type="dxa"/>
            </w:tcMar>
            <w:vAlign w:val="center"/>
          </w:tcPr>
          <w:p w14:paraId="48DD139B" w14:textId="77777777" w:rsidR="000B7C4C" w:rsidRDefault="00000000">
            <w:pPr>
              <w:spacing w:after="0" w:line="240" w:lineRule="auto"/>
              <w:jc w:val="left"/>
            </w:pPr>
            <w:r>
              <w:rPr>
                <w:sz w:val="16"/>
              </w:rPr>
              <w:t>Isparta Barosu</w:t>
            </w:r>
          </w:p>
        </w:tc>
        <w:tc>
          <w:tcPr>
            <w:tcW w:w="1701" w:type="dxa"/>
            <w:tcMar>
              <w:top w:w="38" w:type="dxa"/>
              <w:left w:w="55" w:type="dxa"/>
              <w:bottom w:w="38" w:type="dxa"/>
              <w:right w:w="55" w:type="dxa"/>
            </w:tcMar>
            <w:vAlign w:val="center"/>
          </w:tcPr>
          <w:p w14:paraId="6445FF7E" w14:textId="77777777" w:rsidR="000B7C4C" w:rsidRDefault="00000000">
            <w:pPr>
              <w:spacing w:after="0" w:line="240" w:lineRule="auto"/>
              <w:jc w:val="center"/>
            </w:pPr>
            <w:r>
              <w:rPr>
                <w:sz w:val="16"/>
              </w:rPr>
              <w:t>598</w:t>
            </w:r>
          </w:p>
        </w:tc>
      </w:tr>
      <w:tr w:rsidR="000B7C4C" w14:paraId="7B7B07DB" w14:textId="77777777">
        <w:trPr>
          <w:cantSplit/>
          <w:jc w:val="center"/>
        </w:trPr>
        <w:tc>
          <w:tcPr>
            <w:tcW w:w="482" w:type="dxa"/>
            <w:tcMar>
              <w:top w:w="38" w:type="dxa"/>
              <w:left w:w="55" w:type="dxa"/>
              <w:bottom w:w="38" w:type="dxa"/>
              <w:right w:w="55" w:type="dxa"/>
            </w:tcMar>
            <w:vAlign w:val="center"/>
          </w:tcPr>
          <w:p w14:paraId="567FC95E" w14:textId="77777777" w:rsidR="000B7C4C" w:rsidRDefault="00000000">
            <w:pPr>
              <w:spacing w:after="0" w:line="240" w:lineRule="auto"/>
              <w:jc w:val="center"/>
            </w:pPr>
            <w:r>
              <w:rPr>
                <w:sz w:val="16"/>
              </w:rPr>
              <w:t>58</w:t>
            </w:r>
          </w:p>
        </w:tc>
        <w:tc>
          <w:tcPr>
            <w:tcW w:w="3855" w:type="dxa"/>
            <w:tcMar>
              <w:top w:w="38" w:type="dxa"/>
              <w:left w:w="55" w:type="dxa"/>
              <w:bottom w:w="38" w:type="dxa"/>
              <w:right w:w="55" w:type="dxa"/>
            </w:tcMar>
            <w:vAlign w:val="center"/>
          </w:tcPr>
          <w:p w14:paraId="7F5CFF2D" w14:textId="77777777" w:rsidR="000B7C4C" w:rsidRDefault="00000000">
            <w:pPr>
              <w:spacing w:after="0" w:line="240" w:lineRule="auto"/>
              <w:jc w:val="left"/>
            </w:pPr>
            <w:r>
              <w:rPr>
                <w:sz w:val="16"/>
              </w:rPr>
              <w:t>Av. Rahşan Aytaç Sala</w:t>
            </w:r>
          </w:p>
        </w:tc>
        <w:tc>
          <w:tcPr>
            <w:tcW w:w="3628" w:type="dxa"/>
            <w:tcMar>
              <w:top w:w="38" w:type="dxa"/>
              <w:left w:w="55" w:type="dxa"/>
              <w:bottom w:w="38" w:type="dxa"/>
              <w:right w:w="55" w:type="dxa"/>
            </w:tcMar>
            <w:vAlign w:val="center"/>
          </w:tcPr>
          <w:p w14:paraId="2DB64DF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45DAF1CC" w14:textId="77777777" w:rsidR="000B7C4C" w:rsidRDefault="00000000">
            <w:pPr>
              <w:spacing w:after="0" w:line="240" w:lineRule="auto"/>
              <w:jc w:val="center"/>
            </w:pPr>
            <w:r>
              <w:rPr>
                <w:sz w:val="16"/>
              </w:rPr>
              <w:t>36132</w:t>
            </w:r>
          </w:p>
        </w:tc>
      </w:tr>
      <w:tr w:rsidR="000B7C4C" w14:paraId="2FFB34A1" w14:textId="77777777">
        <w:trPr>
          <w:cantSplit/>
          <w:jc w:val="center"/>
        </w:trPr>
        <w:tc>
          <w:tcPr>
            <w:tcW w:w="482" w:type="dxa"/>
            <w:tcMar>
              <w:top w:w="38" w:type="dxa"/>
              <w:left w:w="55" w:type="dxa"/>
              <w:bottom w:w="38" w:type="dxa"/>
              <w:right w:w="55" w:type="dxa"/>
            </w:tcMar>
            <w:vAlign w:val="center"/>
          </w:tcPr>
          <w:p w14:paraId="39E95A37" w14:textId="77777777" w:rsidR="000B7C4C" w:rsidRDefault="00000000">
            <w:pPr>
              <w:spacing w:after="0" w:line="240" w:lineRule="auto"/>
              <w:jc w:val="center"/>
            </w:pPr>
            <w:r>
              <w:rPr>
                <w:sz w:val="16"/>
              </w:rPr>
              <w:t>59</w:t>
            </w:r>
          </w:p>
        </w:tc>
        <w:tc>
          <w:tcPr>
            <w:tcW w:w="3855" w:type="dxa"/>
            <w:tcMar>
              <w:top w:w="38" w:type="dxa"/>
              <w:left w:w="55" w:type="dxa"/>
              <w:bottom w:w="38" w:type="dxa"/>
              <w:right w:w="55" w:type="dxa"/>
            </w:tcMar>
            <w:vAlign w:val="center"/>
          </w:tcPr>
          <w:p w14:paraId="4836BAFC" w14:textId="77777777" w:rsidR="000B7C4C" w:rsidRDefault="00000000">
            <w:pPr>
              <w:spacing w:after="0" w:line="240" w:lineRule="auto"/>
              <w:jc w:val="left"/>
            </w:pPr>
            <w:r>
              <w:rPr>
                <w:sz w:val="16"/>
              </w:rPr>
              <w:t>Av. Erkan Albayrak</w:t>
            </w:r>
          </w:p>
        </w:tc>
        <w:tc>
          <w:tcPr>
            <w:tcW w:w="3628" w:type="dxa"/>
            <w:tcMar>
              <w:top w:w="38" w:type="dxa"/>
              <w:left w:w="55" w:type="dxa"/>
              <w:bottom w:w="38" w:type="dxa"/>
              <w:right w:w="55" w:type="dxa"/>
            </w:tcMar>
            <w:vAlign w:val="center"/>
          </w:tcPr>
          <w:p w14:paraId="76B02890"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F112667" w14:textId="77777777" w:rsidR="000B7C4C" w:rsidRDefault="00000000">
            <w:pPr>
              <w:spacing w:after="0" w:line="240" w:lineRule="auto"/>
              <w:jc w:val="center"/>
            </w:pPr>
            <w:r>
              <w:rPr>
                <w:sz w:val="16"/>
              </w:rPr>
              <w:t>18800</w:t>
            </w:r>
          </w:p>
        </w:tc>
      </w:tr>
      <w:tr w:rsidR="000B7C4C" w14:paraId="1B57686F" w14:textId="77777777">
        <w:trPr>
          <w:cantSplit/>
          <w:jc w:val="center"/>
        </w:trPr>
        <w:tc>
          <w:tcPr>
            <w:tcW w:w="482" w:type="dxa"/>
            <w:tcMar>
              <w:top w:w="38" w:type="dxa"/>
              <w:left w:w="55" w:type="dxa"/>
              <w:bottom w:w="38" w:type="dxa"/>
              <w:right w:w="55" w:type="dxa"/>
            </w:tcMar>
            <w:vAlign w:val="center"/>
          </w:tcPr>
          <w:p w14:paraId="531EDDF4" w14:textId="77777777" w:rsidR="000B7C4C" w:rsidRDefault="00000000">
            <w:pPr>
              <w:spacing w:after="0" w:line="240" w:lineRule="auto"/>
              <w:jc w:val="center"/>
            </w:pPr>
            <w:r>
              <w:rPr>
                <w:sz w:val="16"/>
              </w:rPr>
              <w:t>60</w:t>
            </w:r>
          </w:p>
        </w:tc>
        <w:tc>
          <w:tcPr>
            <w:tcW w:w="3855" w:type="dxa"/>
            <w:tcMar>
              <w:top w:w="38" w:type="dxa"/>
              <w:left w:w="55" w:type="dxa"/>
              <w:bottom w:w="38" w:type="dxa"/>
              <w:right w:w="55" w:type="dxa"/>
            </w:tcMar>
            <w:vAlign w:val="center"/>
          </w:tcPr>
          <w:p w14:paraId="6235AED5" w14:textId="77777777" w:rsidR="000B7C4C" w:rsidRDefault="00000000">
            <w:pPr>
              <w:spacing w:after="0" w:line="240" w:lineRule="auto"/>
              <w:jc w:val="left"/>
            </w:pPr>
            <w:r>
              <w:rPr>
                <w:sz w:val="16"/>
              </w:rPr>
              <w:t>Av. Sibel Okur Avcı</w:t>
            </w:r>
          </w:p>
        </w:tc>
        <w:tc>
          <w:tcPr>
            <w:tcW w:w="3628" w:type="dxa"/>
            <w:tcMar>
              <w:top w:w="38" w:type="dxa"/>
              <w:left w:w="55" w:type="dxa"/>
              <w:bottom w:w="38" w:type="dxa"/>
              <w:right w:w="55" w:type="dxa"/>
            </w:tcMar>
            <w:vAlign w:val="center"/>
          </w:tcPr>
          <w:p w14:paraId="40810F60" w14:textId="77777777" w:rsidR="000B7C4C" w:rsidRDefault="00000000">
            <w:pPr>
              <w:spacing w:after="0" w:line="240" w:lineRule="auto"/>
              <w:jc w:val="left"/>
            </w:pPr>
            <w:r>
              <w:rPr>
                <w:sz w:val="16"/>
              </w:rPr>
              <w:t>Hatay Barosu</w:t>
            </w:r>
          </w:p>
        </w:tc>
        <w:tc>
          <w:tcPr>
            <w:tcW w:w="1701" w:type="dxa"/>
            <w:tcMar>
              <w:top w:w="38" w:type="dxa"/>
              <w:left w:w="55" w:type="dxa"/>
              <w:bottom w:w="38" w:type="dxa"/>
              <w:right w:w="55" w:type="dxa"/>
            </w:tcMar>
            <w:vAlign w:val="center"/>
          </w:tcPr>
          <w:p w14:paraId="3237A23A" w14:textId="77777777" w:rsidR="000B7C4C" w:rsidRDefault="00000000">
            <w:pPr>
              <w:spacing w:after="0" w:line="240" w:lineRule="auto"/>
              <w:jc w:val="center"/>
            </w:pPr>
            <w:r>
              <w:rPr>
                <w:sz w:val="16"/>
              </w:rPr>
              <w:t>1534</w:t>
            </w:r>
          </w:p>
        </w:tc>
      </w:tr>
      <w:tr w:rsidR="000B7C4C" w14:paraId="68F63D9C" w14:textId="77777777">
        <w:trPr>
          <w:cantSplit/>
          <w:jc w:val="center"/>
        </w:trPr>
        <w:tc>
          <w:tcPr>
            <w:tcW w:w="482" w:type="dxa"/>
            <w:tcMar>
              <w:top w:w="38" w:type="dxa"/>
              <w:left w:w="55" w:type="dxa"/>
              <w:bottom w:w="38" w:type="dxa"/>
              <w:right w:w="55" w:type="dxa"/>
            </w:tcMar>
            <w:vAlign w:val="center"/>
          </w:tcPr>
          <w:p w14:paraId="034E2A3E" w14:textId="77777777" w:rsidR="000B7C4C" w:rsidRDefault="00000000">
            <w:pPr>
              <w:spacing w:after="0" w:line="240" w:lineRule="auto"/>
              <w:jc w:val="center"/>
            </w:pPr>
            <w:r>
              <w:rPr>
                <w:sz w:val="16"/>
              </w:rPr>
              <w:t>61</w:t>
            </w:r>
          </w:p>
        </w:tc>
        <w:tc>
          <w:tcPr>
            <w:tcW w:w="3855" w:type="dxa"/>
            <w:tcMar>
              <w:top w:w="38" w:type="dxa"/>
              <w:left w:w="55" w:type="dxa"/>
              <w:bottom w:w="38" w:type="dxa"/>
              <w:right w:w="55" w:type="dxa"/>
            </w:tcMar>
            <w:vAlign w:val="center"/>
          </w:tcPr>
          <w:p w14:paraId="68B73DAD" w14:textId="77777777" w:rsidR="000B7C4C" w:rsidRDefault="00000000">
            <w:pPr>
              <w:spacing w:after="0" w:line="240" w:lineRule="auto"/>
              <w:jc w:val="left"/>
            </w:pPr>
            <w:r>
              <w:rPr>
                <w:sz w:val="16"/>
              </w:rPr>
              <w:t>Av. Sevim Çelikcan</w:t>
            </w:r>
          </w:p>
        </w:tc>
        <w:tc>
          <w:tcPr>
            <w:tcW w:w="3628" w:type="dxa"/>
            <w:tcMar>
              <w:top w:w="38" w:type="dxa"/>
              <w:left w:w="55" w:type="dxa"/>
              <w:bottom w:w="38" w:type="dxa"/>
              <w:right w:w="55" w:type="dxa"/>
            </w:tcMar>
            <w:vAlign w:val="center"/>
          </w:tcPr>
          <w:p w14:paraId="58C5F5A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D6F1144" w14:textId="77777777" w:rsidR="000B7C4C" w:rsidRDefault="00000000">
            <w:pPr>
              <w:spacing w:after="0" w:line="240" w:lineRule="auto"/>
              <w:jc w:val="center"/>
            </w:pPr>
            <w:r>
              <w:rPr>
                <w:sz w:val="16"/>
              </w:rPr>
              <w:t>18159</w:t>
            </w:r>
          </w:p>
        </w:tc>
      </w:tr>
      <w:tr w:rsidR="000B7C4C" w14:paraId="4DECA01C" w14:textId="77777777">
        <w:trPr>
          <w:cantSplit/>
          <w:jc w:val="center"/>
        </w:trPr>
        <w:tc>
          <w:tcPr>
            <w:tcW w:w="482" w:type="dxa"/>
            <w:tcMar>
              <w:top w:w="38" w:type="dxa"/>
              <w:left w:w="55" w:type="dxa"/>
              <w:bottom w:w="38" w:type="dxa"/>
              <w:right w:w="55" w:type="dxa"/>
            </w:tcMar>
            <w:vAlign w:val="center"/>
          </w:tcPr>
          <w:p w14:paraId="49A676B1" w14:textId="77777777" w:rsidR="000B7C4C" w:rsidRDefault="00000000">
            <w:pPr>
              <w:spacing w:after="0" w:line="240" w:lineRule="auto"/>
              <w:jc w:val="center"/>
            </w:pPr>
            <w:r>
              <w:rPr>
                <w:sz w:val="16"/>
              </w:rPr>
              <w:t>62</w:t>
            </w:r>
          </w:p>
        </w:tc>
        <w:tc>
          <w:tcPr>
            <w:tcW w:w="3855" w:type="dxa"/>
            <w:tcMar>
              <w:top w:w="38" w:type="dxa"/>
              <w:left w:w="55" w:type="dxa"/>
              <w:bottom w:w="38" w:type="dxa"/>
              <w:right w:w="55" w:type="dxa"/>
            </w:tcMar>
            <w:vAlign w:val="center"/>
          </w:tcPr>
          <w:p w14:paraId="12244928" w14:textId="77777777" w:rsidR="000B7C4C" w:rsidRDefault="00000000">
            <w:pPr>
              <w:spacing w:after="0" w:line="240" w:lineRule="auto"/>
              <w:jc w:val="left"/>
            </w:pPr>
            <w:r>
              <w:rPr>
                <w:sz w:val="16"/>
              </w:rPr>
              <w:t>Av. Zafer Özaydın</w:t>
            </w:r>
          </w:p>
        </w:tc>
        <w:tc>
          <w:tcPr>
            <w:tcW w:w="3628" w:type="dxa"/>
            <w:tcMar>
              <w:top w:w="38" w:type="dxa"/>
              <w:left w:w="55" w:type="dxa"/>
              <w:bottom w:w="38" w:type="dxa"/>
              <w:right w:w="55" w:type="dxa"/>
            </w:tcMar>
            <w:vAlign w:val="center"/>
          </w:tcPr>
          <w:p w14:paraId="151749B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974B911" w14:textId="77777777" w:rsidR="000B7C4C" w:rsidRDefault="00000000">
            <w:pPr>
              <w:spacing w:after="0" w:line="240" w:lineRule="auto"/>
              <w:jc w:val="center"/>
            </w:pPr>
            <w:r>
              <w:rPr>
                <w:sz w:val="16"/>
              </w:rPr>
              <w:t>26236</w:t>
            </w:r>
          </w:p>
        </w:tc>
      </w:tr>
      <w:tr w:rsidR="000B7C4C" w14:paraId="5F202D58" w14:textId="77777777">
        <w:trPr>
          <w:cantSplit/>
          <w:jc w:val="center"/>
        </w:trPr>
        <w:tc>
          <w:tcPr>
            <w:tcW w:w="482" w:type="dxa"/>
            <w:tcMar>
              <w:top w:w="38" w:type="dxa"/>
              <w:left w:w="55" w:type="dxa"/>
              <w:bottom w:w="38" w:type="dxa"/>
              <w:right w:w="55" w:type="dxa"/>
            </w:tcMar>
            <w:vAlign w:val="center"/>
          </w:tcPr>
          <w:p w14:paraId="09C73156" w14:textId="77777777" w:rsidR="000B7C4C" w:rsidRDefault="00000000">
            <w:pPr>
              <w:spacing w:after="0" w:line="240" w:lineRule="auto"/>
              <w:jc w:val="center"/>
            </w:pPr>
            <w:r>
              <w:rPr>
                <w:sz w:val="16"/>
              </w:rPr>
              <w:t>63</w:t>
            </w:r>
          </w:p>
        </w:tc>
        <w:tc>
          <w:tcPr>
            <w:tcW w:w="3855" w:type="dxa"/>
            <w:tcMar>
              <w:top w:w="38" w:type="dxa"/>
              <w:left w:w="55" w:type="dxa"/>
              <w:bottom w:w="38" w:type="dxa"/>
              <w:right w:w="55" w:type="dxa"/>
            </w:tcMar>
            <w:vAlign w:val="center"/>
          </w:tcPr>
          <w:p w14:paraId="39BC5795" w14:textId="77777777" w:rsidR="000B7C4C" w:rsidRDefault="00000000">
            <w:pPr>
              <w:spacing w:after="0" w:line="240" w:lineRule="auto"/>
              <w:jc w:val="left"/>
            </w:pPr>
            <w:r>
              <w:rPr>
                <w:sz w:val="16"/>
              </w:rPr>
              <w:t>Av. Cemre Topal</w:t>
            </w:r>
          </w:p>
        </w:tc>
        <w:tc>
          <w:tcPr>
            <w:tcW w:w="3628" w:type="dxa"/>
            <w:tcMar>
              <w:top w:w="38" w:type="dxa"/>
              <w:left w:w="55" w:type="dxa"/>
              <w:bottom w:w="38" w:type="dxa"/>
              <w:right w:w="55" w:type="dxa"/>
            </w:tcMar>
            <w:vAlign w:val="center"/>
          </w:tcPr>
          <w:p w14:paraId="0978B078" w14:textId="77777777" w:rsidR="000B7C4C" w:rsidRDefault="00000000">
            <w:pPr>
              <w:spacing w:after="0" w:line="240" w:lineRule="auto"/>
              <w:jc w:val="left"/>
            </w:pPr>
            <w:r>
              <w:rPr>
                <w:sz w:val="16"/>
              </w:rPr>
              <w:t>Adana Barosu</w:t>
            </w:r>
          </w:p>
        </w:tc>
        <w:tc>
          <w:tcPr>
            <w:tcW w:w="1701" w:type="dxa"/>
            <w:tcMar>
              <w:top w:w="38" w:type="dxa"/>
              <w:left w:w="55" w:type="dxa"/>
              <w:bottom w:w="38" w:type="dxa"/>
              <w:right w:w="55" w:type="dxa"/>
            </w:tcMar>
            <w:vAlign w:val="center"/>
          </w:tcPr>
          <w:p w14:paraId="7616AE0D" w14:textId="77777777" w:rsidR="000B7C4C" w:rsidRDefault="00000000">
            <w:pPr>
              <w:spacing w:after="0" w:line="240" w:lineRule="auto"/>
              <w:jc w:val="center"/>
            </w:pPr>
            <w:r>
              <w:rPr>
                <w:sz w:val="16"/>
              </w:rPr>
              <w:t>2832</w:t>
            </w:r>
          </w:p>
        </w:tc>
      </w:tr>
      <w:tr w:rsidR="000B7C4C" w14:paraId="23A5D26B" w14:textId="77777777">
        <w:trPr>
          <w:cantSplit/>
          <w:jc w:val="center"/>
        </w:trPr>
        <w:tc>
          <w:tcPr>
            <w:tcW w:w="482" w:type="dxa"/>
            <w:tcMar>
              <w:top w:w="38" w:type="dxa"/>
              <w:left w:w="55" w:type="dxa"/>
              <w:bottom w:w="38" w:type="dxa"/>
              <w:right w:w="55" w:type="dxa"/>
            </w:tcMar>
            <w:vAlign w:val="center"/>
          </w:tcPr>
          <w:p w14:paraId="70787649" w14:textId="77777777" w:rsidR="000B7C4C" w:rsidRDefault="00000000">
            <w:pPr>
              <w:spacing w:after="0" w:line="240" w:lineRule="auto"/>
              <w:jc w:val="center"/>
            </w:pPr>
            <w:r>
              <w:rPr>
                <w:sz w:val="16"/>
              </w:rPr>
              <w:t>64</w:t>
            </w:r>
          </w:p>
        </w:tc>
        <w:tc>
          <w:tcPr>
            <w:tcW w:w="3855" w:type="dxa"/>
            <w:tcMar>
              <w:top w:w="38" w:type="dxa"/>
              <w:left w:w="55" w:type="dxa"/>
              <w:bottom w:w="38" w:type="dxa"/>
              <w:right w:w="55" w:type="dxa"/>
            </w:tcMar>
            <w:vAlign w:val="center"/>
          </w:tcPr>
          <w:p w14:paraId="585ECF3F" w14:textId="77777777" w:rsidR="000B7C4C" w:rsidRDefault="00000000">
            <w:pPr>
              <w:spacing w:after="0" w:line="240" w:lineRule="auto"/>
              <w:jc w:val="left"/>
            </w:pPr>
            <w:r>
              <w:rPr>
                <w:sz w:val="16"/>
              </w:rPr>
              <w:t>Av. Rukiye Leyla Süren</w:t>
            </w:r>
          </w:p>
        </w:tc>
        <w:tc>
          <w:tcPr>
            <w:tcW w:w="3628" w:type="dxa"/>
            <w:tcMar>
              <w:top w:w="38" w:type="dxa"/>
              <w:left w:w="55" w:type="dxa"/>
              <w:bottom w:w="38" w:type="dxa"/>
              <w:right w:w="55" w:type="dxa"/>
            </w:tcMar>
            <w:vAlign w:val="center"/>
          </w:tcPr>
          <w:p w14:paraId="48418020"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3DD161B" w14:textId="77777777" w:rsidR="000B7C4C" w:rsidRDefault="00000000">
            <w:pPr>
              <w:spacing w:after="0" w:line="240" w:lineRule="auto"/>
              <w:jc w:val="center"/>
            </w:pPr>
            <w:r>
              <w:rPr>
                <w:sz w:val="16"/>
              </w:rPr>
              <w:t>20539</w:t>
            </w:r>
          </w:p>
        </w:tc>
      </w:tr>
      <w:tr w:rsidR="000B7C4C" w14:paraId="06118135" w14:textId="77777777">
        <w:trPr>
          <w:cantSplit/>
          <w:jc w:val="center"/>
        </w:trPr>
        <w:tc>
          <w:tcPr>
            <w:tcW w:w="482" w:type="dxa"/>
            <w:tcMar>
              <w:top w:w="38" w:type="dxa"/>
              <w:left w:w="55" w:type="dxa"/>
              <w:bottom w:w="38" w:type="dxa"/>
              <w:right w:w="55" w:type="dxa"/>
            </w:tcMar>
            <w:vAlign w:val="center"/>
          </w:tcPr>
          <w:p w14:paraId="2B8606B9" w14:textId="77777777" w:rsidR="000B7C4C" w:rsidRDefault="00000000">
            <w:pPr>
              <w:spacing w:after="0" w:line="240" w:lineRule="auto"/>
              <w:jc w:val="center"/>
            </w:pPr>
            <w:r>
              <w:rPr>
                <w:sz w:val="16"/>
              </w:rPr>
              <w:t>65</w:t>
            </w:r>
          </w:p>
        </w:tc>
        <w:tc>
          <w:tcPr>
            <w:tcW w:w="3855" w:type="dxa"/>
            <w:tcMar>
              <w:top w:w="38" w:type="dxa"/>
              <w:left w:w="55" w:type="dxa"/>
              <w:bottom w:w="38" w:type="dxa"/>
              <w:right w:w="55" w:type="dxa"/>
            </w:tcMar>
            <w:vAlign w:val="center"/>
          </w:tcPr>
          <w:p w14:paraId="4FBCB55B" w14:textId="77777777" w:rsidR="000B7C4C" w:rsidRDefault="00000000">
            <w:pPr>
              <w:spacing w:after="0" w:line="240" w:lineRule="auto"/>
              <w:jc w:val="left"/>
            </w:pPr>
            <w:r>
              <w:rPr>
                <w:sz w:val="16"/>
              </w:rPr>
              <w:t>Av. İlke Çandırbay</w:t>
            </w:r>
          </w:p>
        </w:tc>
        <w:tc>
          <w:tcPr>
            <w:tcW w:w="3628" w:type="dxa"/>
            <w:tcMar>
              <w:top w:w="38" w:type="dxa"/>
              <w:left w:w="55" w:type="dxa"/>
              <w:bottom w:w="38" w:type="dxa"/>
              <w:right w:w="55" w:type="dxa"/>
            </w:tcMar>
            <w:vAlign w:val="center"/>
          </w:tcPr>
          <w:p w14:paraId="15864F35"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C99745A" w14:textId="77777777" w:rsidR="000B7C4C" w:rsidRDefault="00000000">
            <w:pPr>
              <w:spacing w:after="0" w:line="240" w:lineRule="auto"/>
              <w:jc w:val="center"/>
            </w:pPr>
            <w:r>
              <w:rPr>
                <w:sz w:val="16"/>
              </w:rPr>
              <w:t>27658</w:t>
            </w:r>
          </w:p>
        </w:tc>
      </w:tr>
      <w:tr w:rsidR="000B7C4C" w14:paraId="0F352462" w14:textId="77777777">
        <w:trPr>
          <w:cantSplit/>
          <w:jc w:val="center"/>
        </w:trPr>
        <w:tc>
          <w:tcPr>
            <w:tcW w:w="482" w:type="dxa"/>
            <w:tcMar>
              <w:top w:w="38" w:type="dxa"/>
              <w:left w:w="55" w:type="dxa"/>
              <w:bottom w:w="38" w:type="dxa"/>
              <w:right w:w="55" w:type="dxa"/>
            </w:tcMar>
            <w:vAlign w:val="center"/>
          </w:tcPr>
          <w:p w14:paraId="68967FEE" w14:textId="77777777" w:rsidR="000B7C4C" w:rsidRDefault="00000000">
            <w:pPr>
              <w:spacing w:after="0" w:line="240" w:lineRule="auto"/>
              <w:jc w:val="center"/>
            </w:pPr>
            <w:r>
              <w:rPr>
                <w:sz w:val="16"/>
              </w:rPr>
              <w:t>66</w:t>
            </w:r>
          </w:p>
        </w:tc>
        <w:tc>
          <w:tcPr>
            <w:tcW w:w="3855" w:type="dxa"/>
            <w:tcMar>
              <w:top w:w="38" w:type="dxa"/>
              <w:left w:w="55" w:type="dxa"/>
              <w:bottom w:w="38" w:type="dxa"/>
              <w:right w:w="55" w:type="dxa"/>
            </w:tcMar>
            <w:vAlign w:val="center"/>
          </w:tcPr>
          <w:p w14:paraId="70B6B7B5" w14:textId="77777777" w:rsidR="000B7C4C" w:rsidRDefault="00000000">
            <w:pPr>
              <w:spacing w:after="0" w:line="240" w:lineRule="auto"/>
              <w:jc w:val="left"/>
            </w:pPr>
            <w:r>
              <w:rPr>
                <w:sz w:val="16"/>
              </w:rPr>
              <w:t>Av. Adnan Baktıaya</w:t>
            </w:r>
          </w:p>
        </w:tc>
        <w:tc>
          <w:tcPr>
            <w:tcW w:w="3628" w:type="dxa"/>
            <w:tcMar>
              <w:top w:w="38" w:type="dxa"/>
              <w:left w:w="55" w:type="dxa"/>
              <w:bottom w:w="38" w:type="dxa"/>
              <w:right w:w="55" w:type="dxa"/>
            </w:tcMar>
            <w:vAlign w:val="center"/>
          </w:tcPr>
          <w:p w14:paraId="2CB28A53" w14:textId="77777777" w:rsidR="000B7C4C" w:rsidRDefault="00000000">
            <w:pPr>
              <w:spacing w:after="0" w:line="240" w:lineRule="auto"/>
              <w:jc w:val="left"/>
            </w:pPr>
            <w:r>
              <w:rPr>
                <w:sz w:val="16"/>
              </w:rPr>
              <w:t>Hatay Barosu</w:t>
            </w:r>
          </w:p>
        </w:tc>
        <w:tc>
          <w:tcPr>
            <w:tcW w:w="1701" w:type="dxa"/>
            <w:tcMar>
              <w:top w:w="38" w:type="dxa"/>
              <w:left w:w="55" w:type="dxa"/>
              <w:bottom w:w="38" w:type="dxa"/>
              <w:right w:w="55" w:type="dxa"/>
            </w:tcMar>
            <w:vAlign w:val="center"/>
          </w:tcPr>
          <w:p w14:paraId="58715776" w14:textId="77777777" w:rsidR="000B7C4C" w:rsidRDefault="00000000">
            <w:pPr>
              <w:spacing w:after="0" w:line="240" w:lineRule="auto"/>
              <w:jc w:val="center"/>
            </w:pPr>
            <w:r>
              <w:rPr>
                <w:sz w:val="16"/>
              </w:rPr>
              <w:t>496</w:t>
            </w:r>
          </w:p>
        </w:tc>
      </w:tr>
      <w:tr w:rsidR="000B7C4C" w14:paraId="3D6549BB" w14:textId="77777777">
        <w:trPr>
          <w:cantSplit/>
          <w:jc w:val="center"/>
        </w:trPr>
        <w:tc>
          <w:tcPr>
            <w:tcW w:w="482" w:type="dxa"/>
            <w:tcMar>
              <w:top w:w="38" w:type="dxa"/>
              <w:left w:w="55" w:type="dxa"/>
              <w:bottom w:w="38" w:type="dxa"/>
              <w:right w:w="55" w:type="dxa"/>
            </w:tcMar>
            <w:vAlign w:val="center"/>
          </w:tcPr>
          <w:p w14:paraId="04C18744" w14:textId="77777777" w:rsidR="000B7C4C" w:rsidRDefault="00000000">
            <w:pPr>
              <w:spacing w:after="0" w:line="240" w:lineRule="auto"/>
              <w:jc w:val="center"/>
            </w:pPr>
            <w:r>
              <w:rPr>
                <w:sz w:val="16"/>
              </w:rPr>
              <w:t>67</w:t>
            </w:r>
          </w:p>
        </w:tc>
        <w:tc>
          <w:tcPr>
            <w:tcW w:w="3855" w:type="dxa"/>
            <w:tcMar>
              <w:top w:w="38" w:type="dxa"/>
              <w:left w:w="55" w:type="dxa"/>
              <w:bottom w:w="38" w:type="dxa"/>
              <w:right w:w="55" w:type="dxa"/>
            </w:tcMar>
            <w:vAlign w:val="center"/>
          </w:tcPr>
          <w:p w14:paraId="0F6EF002" w14:textId="77777777" w:rsidR="000B7C4C" w:rsidRDefault="00000000">
            <w:pPr>
              <w:spacing w:after="0" w:line="240" w:lineRule="auto"/>
              <w:jc w:val="left"/>
            </w:pPr>
            <w:r>
              <w:rPr>
                <w:sz w:val="16"/>
              </w:rPr>
              <w:t>Av. Filiz Arslan</w:t>
            </w:r>
          </w:p>
        </w:tc>
        <w:tc>
          <w:tcPr>
            <w:tcW w:w="3628" w:type="dxa"/>
            <w:tcMar>
              <w:top w:w="38" w:type="dxa"/>
              <w:left w:w="55" w:type="dxa"/>
              <w:bottom w:w="38" w:type="dxa"/>
              <w:right w:w="55" w:type="dxa"/>
            </w:tcMar>
            <w:vAlign w:val="center"/>
          </w:tcPr>
          <w:p w14:paraId="2DFA27F6"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0DBDAC9" w14:textId="77777777" w:rsidR="000B7C4C" w:rsidRDefault="00000000">
            <w:pPr>
              <w:spacing w:after="0" w:line="240" w:lineRule="auto"/>
              <w:jc w:val="center"/>
            </w:pPr>
            <w:r>
              <w:rPr>
                <w:sz w:val="16"/>
              </w:rPr>
              <w:t>15006</w:t>
            </w:r>
          </w:p>
        </w:tc>
      </w:tr>
      <w:tr w:rsidR="000B7C4C" w14:paraId="64CA6B39" w14:textId="77777777">
        <w:trPr>
          <w:cantSplit/>
          <w:jc w:val="center"/>
        </w:trPr>
        <w:tc>
          <w:tcPr>
            <w:tcW w:w="482" w:type="dxa"/>
            <w:tcMar>
              <w:top w:w="38" w:type="dxa"/>
              <w:left w:w="55" w:type="dxa"/>
              <w:bottom w:w="38" w:type="dxa"/>
              <w:right w:w="55" w:type="dxa"/>
            </w:tcMar>
            <w:vAlign w:val="center"/>
          </w:tcPr>
          <w:p w14:paraId="71CA5662" w14:textId="77777777" w:rsidR="000B7C4C" w:rsidRDefault="00000000">
            <w:pPr>
              <w:spacing w:after="0" w:line="240" w:lineRule="auto"/>
              <w:jc w:val="center"/>
            </w:pPr>
            <w:r>
              <w:rPr>
                <w:sz w:val="16"/>
              </w:rPr>
              <w:t>68</w:t>
            </w:r>
          </w:p>
        </w:tc>
        <w:tc>
          <w:tcPr>
            <w:tcW w:w="3855" w:type="dxa"/>
            <w:tcMar>
              <w:top w:w="38" w:type="dxa"/>
              <w:left w:w="55" w:type="dxa"/>
              <w:bottom w:w="38" w:type="dxa"/>
              <w:right w:w="55" w:type="dxa"/>
            </w:tcMar>
            <w:vAlign w:val="center"/>
          </w:tcPr>
          <w:p w14:paraId="7A60EA6E" w14:textId="77777777" w:rsidR="000B7C4C" w:rsidRDefault="00000000">
            <w:pPr>
              <w:spacing w:after="0" w:line="240" w:lineRule="auto"/>
              <w:jc w:val="left"/>
            </w:pPr>
            <w:r>
              <w:rPr>
                <w:sz w:val="16"/>
              </w:rPr>
              <w:t>Av. Vural Keleş</w:t>
            </w:r>
          </w:p>
        </w:tc>
        <w:tc>
          <w:tcPr>
            <w:tcW w:w="3628" w:type="dxa"/>
            <w:tcMar>
              <w:top w:w="38" w:type="dxa"/>
              <w:left w:w="55" w:type="dxa"/>
              <w:bottom w:w="38" w:type="dxa"/>
              <w:right w:w="55" w:type="dxa"/>
            </w:tcMar>
            <w:vAlign w:val="center"/>
          </w:tcPr>
          <w:p w14:paraId="730E6F79"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BD77C5B" w14:textId="77777777" w:rsidR="000B7C4C" w:rsidRDefault="00000000">
            <w:pPr>
              <w:spacing w:after="0" w:line="240" w:lineRule="auto"/>
              <w:jc w:val="center"/>
            </w:pPr>
            <w:r>
              <w:rPr>
                <w:sz w:val="16"/>
              </w:rPr>
              <w:t>20676</w:t>
            </w:r>
          </w:p>
        </w:tc>
      </w:tr>
      <w:tr w:rsidR="000B7C4C" w14:paraId="5D8A1AFB" w14:textId="77777777">
        <w:trPr>
          <w:cantSplit/>
          <w:jc w:val="center"/>
        </w:trPr>
        <w:tc>
          <w:tcPr>
            <w:tcW w:w="482" w:type="dxa"/>
            <w:tcMar>
              <w:top w:w="38" w:type="dxa"/>
              <w:left w:w="55" w:type="dxa"/>
              <w:bottom w:w="38" w:type="dxa"/>
              <w:right w:w="55" w:type="dxa"/>
            </w:tcMar>
            <w:vAlign w:val="center"/>
          </w:tcPr>
          <w:p w14:paraId="44806471" w14:textId="77777777" w:rsidR="000B7C4C" w:rsidRDefault="00000000">
            <w:pPr>
              <w:spacing w:after="0" w:line="240" w:lineRule="auto"/>
              <w:jc w:val="center"/>
            </w:pPr>
            <w:r>
              <w:rPr>
                <w:sz w:val="16"/>
              </w:rPr>
              <w:t>69</w:t>
            </w:r>
          </w:p>
        </w:tc>
        <w:tc>
          <w:tcPr>
            <w:tcW w:w="3855" w:type="dxa"/>
            <w:tcMar>
              <w:top w:w="38" w:type="dxa"/>
              <w:left w:w="55" w:type="dxa"/>
              <w:bottom w:w="38" w:type="dxa"/>
              <w:right w:w="55" w:type="dxa"/>
            </w:tcMar>
            <w:vAlign w:val="center"/>
          </w:tcPr>
          <w:p w14:paraId="0C9A0AC3" w14:textId="77777777" w:rsidR="000B7C4C" w:rsidRDefault="00000000">
            <w:pPr>
              <w:spacing w:after="0" w:line="240" w:lineRule="auto"/>
              <w:jc w:val="left"/>
            </w:pPr>
            <w:r>
              <w:rPr>
                <w:sz w:val="16"/>
              </w:rPr>
              <w:t>Av. Utku Can Akyol</w:t>
            </w:r>
          </w:p>
        </w:tc>
        <w:tc>
          <w:tcPr>
            <w:tcW w:w="3628" w:type="dxa"/>
            <w:tcMar>
              <w:top w:w="38" w:type="dxa"/>
              <w:left w:w="55" w:type="dxa"/>
              <w:bottom w:w="38" w:type="dxa"/>
              <w:right w:w="55" w:type="dxa"/>
            </w:tcMar>
            <w:vAlign w:val="center"/>
          </w:tcPr>
          <w:p w14:paraId="0C9B87CD"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45B57659" w14:textId="77777777" w:rsidR="000B7C4C" w:rsidRDefault="00000000">
            <w:pPr>
              <w:spacing w:after="0" w:line="240" w:lineRule="auto"/>
              <w:jc w:val="center"/>
            </w:pPr>
            <w:r>
              <w:rPr>
                <w:sz w:val="16"/>
              </w:rPr>
              <w:t>59045</w:t>
            </w:r>
          </w:p>
        </w:tc>
      </w:tr>
      <w:tr w:rsidR="000B7C4C" w14:paraId="02CA14E5" w14:textId="77777777">
        <w:trPr>
          <w:cantSplit/>
          <w:jc w:val="center"/>
        </w:trPr>
        <w:tc>
          <w:tcPr>
            <w:tcW w:w="482" w:type="dxa"/>
            <w:tcMar>
              <w:top w:w="38" w:type="dxa"/>
              <w:left w:w="55" w:type="dxa"/>
              <w:bottom w:w="38" w:type="dxa"/>
              <w:right w:w="55" w:type="dxa"/>
            </w:tcMar>
            <w:vAlign w:val="center"/>
          </w:tcPr>
          <w:p w14:paraId="163A098B" w14:textId="77777777" w:rsidR="000B7C4C" w:rsidRDefault="00000000">
            <w:pPr>
              <w:spacing w:after="0" w:line="240" w:lineRule="auto"/>
              <w:jc w:val="center"/>
            </w:pPr>
            <w:r>
              <w:rPr>
                <w:sz w:val="16"/>
              </w:rPr>
              <w:t>70</w:t>
            </w:r>
          </w:p>
        </w:tc>
        <w:tc>
          <w:tcPr>
            <w:tcW w:w="3855" w:type="dxa"/>
            <w:tcMar>
              <w:top w:w="38" w:type="dxa"/>
              <w:left w:w="55" w:type="dxa"/>
              <w:bottom w:w="38" w:type="dxa"/>
              <w:right w:w="55" w:type="dxa"/>
            </w:tcMar>
            <w:vAlign w:val="center"/>
          </w:tcPr>
          <w:p w14:paraId="4B8CE4B9" w14:textId="77777777" w:rsidR="000B7C4C" w:rsidRDefault="00000000">
            <w:pPr>
              <w:spacing w:after="0" w:line="240" w:lineRule="auto"/>
              <w:jc w:val="left"/>
            </w:pPr>
            <w:r>
              <w:rPr>
                <w:sz w:val="16"/>
              </w:rPr>
              <w:t>Av. Fatma Girgin Can</w:t>
            </w:r>
          </w:p>
        </w:tc>
        <w:tc>
          <w:tcPr>
            <w:tcW w:w="3628" w:type="dxa"/>
            <w:tcMar>
              <w:top w:w="38" w:type="dxa"/>
              <w:left w:w="55" w:type="dxa"/>
              <w:bottom w:w="38" w:type="dxa"/>
              <w:right w:w="55" w:type="dxa"/>
            </w:tcMar>
            <w:vAlign w:val="center"/>
          </w:tcPr>
          <w:p w14:paraId="772F7521" w14:textId="77777777" w:rsidR="000B7C4C" w:rsidRDefault="00000000">
            <w:pPr>
              <w:spacing w:after="0" w:line="240" w:lineRule="auto"/>
              <w:jc w:val="left"/>
            </w:pPr>
            <w:r>
              <w:rPr>
                <w:sz w:val="16"/>
              </w:rPr>
              <w:t>Eskişehir Barosu</w:t>
            </w:r>
          </w:p>
        </w:tc>
        <w:tc>
          <w:tcPr>
            <w:tcW w:w="1701" w:type="dxa"/>
            <w:tcMar>
              <w:top w:w="38" w:type="dxa"/>
              <w:left w:w="55" w:type="dxa"/>
              <w:bottom w:w="38" w:type="dxa"/>
              <w:right w:w="55" w:type="dxa"/>
            </w:tcMar>
            <w:vAlign w:val="center"/>
          </w:tcPr>
          <w:p w14:paraId="72AD70B7" w14:textId="77777777" w:rsidR="000B7C4C" w:rsidRDefault="00000000">
            <w:pPr>
              <w:spacing w:after="0" w:line="240" w:lineRule="auto"/>
              <w:jc w:val="center"/>
            </w:pPr>
            <w:r>
              <w:rPr>
                <w:sz w:val="16"/>
              </w:rPr>
              <w:t>1714</w:t>
            </w:r>
          </w:p>
        </w:tc>
      </w:tr>
      <w:tr w:rsidR="000B7C4C" w14:paraId="2901AC8D" w14:textId="77777777">
        <w:trPr>
          <w:cantSplit/>
          <w:jc w:val="center"/>
        </w:trPr>
        <w:tc>
          <w:tcPr>
            <w:tcW w:w="482" w:type="dxa"/>
            <w:tcMar>
              <w:top w:w="38" w:type="dxa"/>
              <w:left w:w="55" w:type="dxa"/>
              <w:bottom w:w="38" w:type="dxa"/>
              <w:right w:w="55" w:type="dxa"/>
            </w:tcMar>
            <w:vAlign w:val="center"/>
          </w:tcPr>
          <w:p w14:paraId="1D9044C6" w14:textId="77777777" w:rsidR="000B7C4C" w:rsidRDefault="00000000">
            <w:pPr>
              <w:spacing w:after="0" w:line="240" w:lineRule="auto"/>
              <w:jc w:val="center"/>
            </w:pPr>
            <w:r>
              <w:rPr>
                <w:sz w:val="16"/>
              </w:rPr>
              <w:t>71</w:t>
            </w:r>
          </w:p>
        </w:tc>
        <w:tc>
          <w:tcPr>
            <w:tcW w:w="3855" w:type="dxa"/>
            <w:tcMar>
              <w:top w:w="38" w:type="dxa"/>
              <w:left w:w="55" w:type="dxa"/>
              <w:bottom w:w="38" w:type="dxa"/>
              <w:right w:w="55" w:type="dxa"/>
            </w:tcMar>
            <w:vAlign w:val="center"/>
          </w:tcPr>
          <w:p w14:paraId="42AB2085" w14:textId="77777777" w:rsidR="000B7C4C" w:rsidRDefault="00000000">
            <w:pPr>
              <w:spacing w:after="0" w:line="240" w:lineRule="auto"/>
              <w:jc w:val="left"/>
            </w:pPr>
            <w:r>
              <w:rPr>
                <w:sz w:val="16"/>
              </w:rPr>
              <w:t>Av. Sanem Küçükarzuman</w:t>
            </w:r>
          </w:p>
        </w:tc>
        <w:tc>
          <w:tcPr>
            <w:tcW w:w="3628" w:type="dxa"/>
            <w:tcMar>
              <w:top w:w="38" w:type="dxa"/>
              <w:left w:w="55" w:type="dxa"/>
              <w:bottom w:w="38" w:type="dxa"/>
              <w:right w:w="55" w:type="dxa"/>
            </w:tcMar>
            <w:vAlign w:val="center"/>
          </w:tcPr>
          <w:p w14:paraId="3A0B6ED3"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63A76CB1" w14:textId="77777777" w:rsidR="000B7C4C" w:rsidRDefault="00000000">
            <w:pPr>
              <w:spacing w:after="0" w:line="240" w:lineRule="auto"/>
              <w:jc w:val="center"/>
            </w:pPr>
            <w:r>
              <w:rPr>
                <w:sz w:val="16"/>
              </w:rPr>
              <w:t>33963</w:t>
            </w:r>
          </w:p>
        </w:tc>
      </w:tr>
      <w:tr w:rsidR="000B7C4C" w14:paraId="36772ED8" w14:textId="77777777">
        <w:trPr>
          <w:cantSplit/>
          <w:jc w:val="center"/>
        </w:trPr>
        <w:tc>
          <w:tcPr>
            <w:tcW w:w="482" w:type="dxa"/>
            <w:tcMar>
              <w:top w:w="38" w:type="dxa"/>
              <w:left w:w="55" w:type="dxa"/>
              <w:bottom w:w="38" w:type="dxa"/>
              <w:right w:w="55" w:type="dxa"/>
            </w:tcMar>
            <w:vAlign w:val="center"/>
          </w:tcPr>
          <w:p w14:paraId="4045666E" w14:textId="77777777" w:rsidR="000B7C4C" w:rsidRDefault="00000000">
            <w:pPr>
              <w:spacing w:after="0" w:line="240" w:lineRule="auto"/>
              <w:jc w:val="center"/>
            </w:pPr>
            <w:r>
              <w:rPr>
                <w:sz w:val="16"/>
              </w:rPr>
              <w:t>72</w:t>
            </w:r>
          </w:p>
        </w:tc>
        <w:tc>
          <w:tcPr>
            <w:tcW w:w="3855" w:type="dxa"/>
            <w:tcMar>
              <w:top w:w="38" w:type="dxa"/>
              <w:left w:w="55" w:type="dxa"/>
              <w:bottom w:w="38" w:type="dxa"/>
              <w:right w:w="55" w:type="dxa"/>
            </w:tcMar>
            <w:vAlign w:val="center"/>
          </w:tcPr>
          <w:p w14:paraId="41774F32" w14:textId="77777777" w:rsidR="000B7C4C" w:rsidRDefault="00000000">
            <w:pPr>
              <w:spacing w:after="0" w:line="240" w:lineRule="auto"/>
              <w:jc w:val="left"/>
            </w:pPr>
            <w:r>
              <w:rPr>
                <w:sz w:val="16"/>
              </w:rPr>
              <w:t>Av. İpek Tülin Tosun</w:t>
            </w:r>
          </w:p>
        </w:tc>
        <w:tc>
          <w:tcPr>
            <w:tcW w:w="3628" w:type="dxa"/>
            <w:tcMar>
              <w:top w:w="38" w:type="dxa"/>
              <w:left w:w="55" w:type="dxa"/>
              <w:bottom w:w="38" w:type="dxa"/>
              <w:right w:w="55" w:type="dxa"/>
            </w:tcMar>
            <w:vAlign w:val="center"/>
          </w:tcPr>
          <w:p w14:paraId="192604B6" w14:textId="77777777" w:rsidR="000B7C4C" w:rsidRDefault="00000000">
            <w:pPr>
              <w:spacing w:after="0" w:line="240" w:lineRule="auto"/>
              <w:jc w:val="left"/>
            </w:pPr>
            <w:r>
              <w:rPr>
                <w:sz w:val="16"/>
              </w:rPr>
              <w:t>İzmir Barosu</w:t>
            </w:r>
          </w:p>
        </w:tc>
        <w:tc>
          <w:tcPr>
            <w:tcW w:w="1701" w:type="dxa"/>
            <w:tcMar>
              <w:top w:w="38" w:type="dxa"/>
              <w:left w:w="55" w:type="dxa"/>
              <w:bottom w:w="38" w:type="dxa"/>
              <w:right w:w="55" w:type="dxa"/>
            </w:tcMar>
            <w:vAlign w:val="center"/>
          </w:tcPr>
          <w:p w14:paraId="628F81E6" w14:textId="77777777" w:rsidR="000B7C4C" w:rsidRDefault="00000000">
            <w:pPr>
              <w:spacing w:after="0" w:line="240" w:lineRule="auto"/>
              <w:jc w:val="center"/>
            </w:pPr>
            <w:r>
              <w:rPr>
                <w:sz w:val="16"/>
              </w:rPr>
              <w:t>3848</w:t>
            </w:r>
          </w:p>
        </w:tc>
      </w:tr>
      <w:tr w:rsidR="000B7C4C" w14:paraId="2FCFA5F3" w14:textId="77777777">
        <w:trPr>
          <w:cantSplit/>
          <w:jc w:val="center"/>
        </w:trPr>
        <w:tc>
          <w:tcPr>
            <w:tcW w:w="482" w:type="dxa"/>
            <w:tcMar>
              <w:top w:w="38" w:type="dxa"/>
              <w:left w:w="55" w:type="dxa"/>
              <w:bottom w:w="38" w:type="dxa"/>
              <w:right w:w="55" w:type="dxa"/>
            </w:tcMar>
            <w:vAlign w:val="center"/>
          </w:tcPr>
          <w:p w14:paraId="154CE997" w14:textId="77777777" w:rsidR="000B7C4C" w:rsidRDefault="00000000">
            <w:pPr>
              <w:spacing w:after="0" w:line="240" w:lineRule="auto"/>
              <w:jc w:val="center"/>
            </w:pPr>
            <w:r>
              <w:rPr>
                <w:sz w:val="16"/>
              </w:rPr>
              <w:t>73</w:t>
            </w:r>
          </w:p>
        </w:tc>
        <w:tc>
          <w:tcPr>
            <w:tcW w:w="3855" w:type="dxa"/>
            <w:tcMar>
              <w:top w:w="38" w:type="dxa"/>
              <w:left w:w="55" w:type="dxa"/>
              <w:bottom w:w="38" w:type="dxa"/>
              <w:right w:w="55" w:type="dxa"/>
            </w:tcMar>
            <w:vAlign w:val="center"/>
          </w:tcPr>
          <w:p w14:paraId="42AA0685" w14:textId="77777777" w:rsidR="000B7C4C" w:rsidRDefault="00000000">
            <w:pPr>
              <w:spacing w:after="0" w:line="240" w:lineRule="auto"/>
              <w:jc w:val="left"/>
            </w:pPr>
            <w:r>
              <w:rPr>
                <w:sz w:val="16"/>
              </w:rPr>
              <w:t>Av. Mengücek Gazi Çıtırık</w:t>
            </w:r>
          </w:p>
        </w:tc>
        <w:tc>
          <w:tcPr>
            <w:tcW w:w="3628" w:type="dxa"/>
            <w:tcMar>
              <w:top w:w="38" w:type="dxa"/>
              <w:left w:w="55" w:type="dxa"/>
              <w:bottom w:w="38" w:type="dxa"/>
              <w:right w:w="55" w:type="dxa"/>
            </w:tcMar>
            <w:vAlign w:val="center"/>
          </w:tcPr>
          <w:p w14:paraId="0FC8ECCB" w14:textId="77777777" w:rsidR="000B7C4C" w:rsidRDefault="00000000">
            <w:pPr>
              <w:spacing w:after="0" w:line="240" w:lineRule="auto"/>
              <w:jc w:val="left"/>
            </w:pPr>
            <w:r>
              <w:rPr>
                <w:sz w:val="16"/>
              </w:rPr>
              <w:t>Adana Barosu</w:t>
            </w:r>
          </w:p>
        </w:tc>
        <w:tc>
          <w:tcPr>
            <w:tcW w:w="1701" w:type="dxa"/>
            <w:tcMar>
              <w:top w:w="38" w:type="dxa"/>
              <w:left w:w="55" w:type="dxa"/>
              <w:bottom w:w="38" w:type="dxa"/>
              <w:right w:w="55" w:type="dxa"/>
            </w:tcMar>
            <w:vAlign w:val="center"/>
          </w:tcPr>
          <w:p w14:paraId="2A30DE5F" w14:textId="77777777" w:rsidR="000B7C4C" w:rsidRDefault="00000000">
            <w:pPr>
              <w:spacing w:after="0" w:line="240" w:lineRule="auto"/>
              <w:jc w:val="center"/>
            </w:pPr>
            <w:r>
              <w:rPr>
                <w:sz w:val="16"/>
              </w:rPr>
              <w:t>1689</w:t>
            </w:r>
          </w:p>
        </w:tc>
      </w:tr>
      <w:tr w:rsidR="000B7C4C" w14:paraId="7EBB474C" w14:textId="77777777">
        <w:trPr>
          <w:cantSplit/>
          <w:jc w:val="center"/>
        </w:trPr>
        <w:tc>
          <w:tcPr>
            <w:tcW w:w="482" w:type="dxa"/>
            <w:tcMar>
              <w:top w:w="38" w:type="dxa"/>
              <w:left w:w="55" w:type="dxa"/>
              <w:bottom w:w="38" w:type="dxa"/>
              <w:right w:w="55" w:type="dxa"/>
            </w:tcMar>
            <w:vAlign w:val="center"/>
          </w:tcPr>
          <w:p w14:paraId="4C1E2109" w14:textId="77777777" w:rsidR="000B7C4C" w:rsidRDefault="00000000">
            <w:pPr>
              <w:spacing w:after="0" w:line="240" w:lineRule="auto"/>
              <w:jc w:val="center"/>
            </w:pPr>
            <w:r>
              <w:rPr>
                <w:sz w:val="16"/>
              </w:rPr>
              <w:t>74</w:t>
            </w:r>
          </w:p>
        </w:tc>
        <w:tc>
          <w:tcPr>
            <w:tcW w:w="3855" w:type="dxa"/>
            <w:tcMar>
              <w:top w:w="38" w:type="dxa"/>
              <w:left w:w="55" w:type="dxa"/>
              <w:bottom w:w="38" w:type="dxa"/>
              <w:right w:w="55" w:type="dxa"/>
            </w:tcMar>
            <w:vAlign w:val="center"/>
          </w:tcPr>
          <w:p w14:paraId="3AE6343B" w14:textId="77777777" w:rsidR="000B7C4C" w:rsidRDefault="00000000">
            <w:pPr>
              <w:spacing w:after="0" w:line="240" w:lineRule="auto"/>
              <w:jc w:val="left"/>
            </w:pPr>
            <w:r>
              <w:rPr>
                <w:sz w:val="16"/>
              </w:rPr>
              <w:t>Av. Ali Oktay Coşgun</w:t>
            </w:r>
          </w:p>
        </w:tc>
        <w:tc>
          <w:tcPr>
            <w:tcW w:w="3628" w:type="dxa"/>
            <w:tcMar>
              <w:top w:w="38" w:type="dxa"/>
              <w:left w:w="55" w:type="dxa"/>
              <w:bottom w:w="38" w:type="dxa"/>
              <w:right w:w="55" w:type="dxa"/>
            </w:tcMar>
            <w:vAlign w:val="center"/>
          </w:tcPr>
          <w:p w14:paraId="2C6E8CBB" w14:textId="77777777" w:rsidR="000B7C4C" w:rsidRDefault="00000000">
            <w:pPr>
              <w:spacing w:after="0" w:line="240" w:lineRule="auto"/>
              <w:jc w:val="left"/>
            </w:pPr>
            <w:r>
              <w:rPr>
                <w:sz w:val="16"/>
              </w:rPr>
              <w:t>Ankara Barosu</w:t>
            </w:r>
          </w:p>
        </w:tc>
        <w:tc>
          <w:tcPr>
            <w:tcW w:w="1701" w:type="dxa"/>
            <w:tcMar>
              <w:top w:w="38" w:type="dxa"/>
              <w:left w:w="55" w:type="dxa"/>
              <w:bottom w:w="38" w:type="dxa"/>
              <w:right w:w="55" w:type="dxa"/>
            </w:tcMar>
            <w:vAlign w:val="center"/>
          </w:tcPr>
          <w:p w14:paraId="2819BED9" w14:textId="77777777" w:rsidR="000B7C4C" w:rsidRDefault="00000000">
            <w:pPr>
              <w:spacing w:after="0" w:line="240" w:lineRule="auto"/>
              <w:jc w:val="center"/>
            </w:pPr>
            <w:r>
              <w:rPr>
                <w:sz w:val="16"/>
              </w:rPr>
              <w:t>51667</w:t>
            </w:r>
          </w:p>
        </w:tc>
      </w:tr>
      <w:tr w:rsidR="000B7C4C" w14:paraId="7FF70F35" w14:textId="77777777">
        <w:trPr>
          <w:cantSplit/>
          <w:jc w:val="center"/>
        </w:trPr>
        <w:tc>
          <w:tcPr>
            <w:tcW w:w="482" w:type="dxa"/>
            <w:tcMar>
              <w:top w:w="38" w:type="dxa"/>
              <w:left w:w="55" w:type="dxa"/>
              <w:bottom w:w="38" w:type="dxa"/>
              <w:right w:w="55" w:type="dxa"/>
            </w:tcMar>
            <w:vAlign w:val="center"/>
          </w:tcPr>
          <w:p w14:paraId="71AB1ED9" w14:textId="77777777" w:rsidR="000B7C4C" w:rsidRDefault="00000000">
            <w:pPr>
              <w:spacing w:after="0" w:line="240" w:lineRule="auto"/>
              <w:jc w:val="center"/>
            </w:pPr>
            <w:r>
              <w:rPr>
                <w:sz w:val="16"/>
              </w:rPr>
              <w:t>75</w:t>
            </w:r>
          </w:p>
        </w:tc>
        <w:tc>
          <w:tcPr>
            <w:tcW w:w="3855" w:type="dxa"/>
            <w:tcMar>
              <w:top w:w="38" w:type="dxa"/>
              <w:left w:w="55" w:type="dxa"/>
              <w:bottom w:w="38" w:type="dxa"/>
              <w:right w:w="55" w:type="dxa"/>
            </w:tcMar>
            <w:vAlign w:val="center"/>
          </w:tcPr>
          <w:p w14:paraId="4CCB6EEE" w14:textId="77777777" w:rsidR="000B7C4C" w:rsidRDefault="00000000">
            <w:pPr>
              <w:spacing w:after="0" w:line="240" w:lineRule="auto"/>
              <w:jc w:val="left"/>
            </w:pPr>
            <w:r>
              <w:rPr>
                <w:sz w:val="16"/>
              </w:rPr>
              <w:t>Av. Zeynep Kaya Akdeniz</w:t>
            </w:r>
          </w:p>
        </w:tc>
        <w:tc>
          <w:tcPr>
            <w:tcW w:w="3628" w:type="dxa"/>
            <w:tcMar>
              <w:top w:w="38" w:type="dxa"/>
              <w:left w:w="55" w:type="dxa"/>
              <w:bottom w:w="38" w:type="dxa"/>
              <w:right w:w="55" w:type="dxa"/>
            </w:tcMar>
            <w:vAlign w:val="center"/>
          </w:tcPr>
          <w:p w14:paraId="336B834B"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E989E20" w14:textId="77777777" w:rsidR="000B7C4C" w:rsidRDefault="00000000">
            <w:pPr>
              <w:spacing w:after="0" w:line="240" w:lineRule="auto"/>
              <w:jc w:val="center"/>
            </w:pPr>
            <w:r>
              <w:rPr>
                <w:sz w:val="16"/>
              </w:rPr>
              <w:t>24233</w:t>
            </w:r>
          </w:p>
        </w:tc>
      </w:tr>
      <w:tr w:rsidR="000B7C4C" w14:paraId="6758077F" w14:textId="77777777">
        <w:trPr>
          <w:cantSplit/>
          <w:jc w:val="center"/>
        </w:trPr>
        <w:tc>
          <w:tcPr>
            <w:tcW w:w="482" w:type="dxa"/>
            <w:tcMar>
              <w:top w:w="38" w:type="dxa"/>
              <w:left w:w="55" w:type="dxa"/>
              <w:bottom w:w="38" w:type="dxa"/>
              <w:right w:w="55" w:type="dxa"/>
            </w:tcMar>
            <w:vAlign w:val="center"/>
          </w:tcPr>
          <w:p w14:paraId="440F5F70" w14:textId="77777777" w:rsidR="000B7C4C" w:rsidRDefault="00000000">
            <w:pPr>
              <w:spacing w:after="0" w:line="240" w:lineRule="auto"/>
              <w:jc w:val="center"/>
            </w:pPr>
            <w:r>
              <w:rPr>
                <w:sz w:val="16"/>
              </w:rPr>
              <w:t>76</w:t>
            </w:r>
          </w:p>
        </w:tc>
        <w:tc>
          <w:tcPr>
            <w:tcW w:w="3855" w:type="dxa"/>
            <w:tcMar>
              <w:top w:w="38" w:type="dxa"/>
              <w:left w:w="55" w:type="dxa"/>
              <w:bottom w:w="38" w:type="dxa"/>
              <w:right w:w="55" w:type="dxa"/>
            </w:tcMar>
            <w:vAlign w:val="center"/>
          </w:tcPr>
          <w:p w14:paraId="1CCD16D8" w14:textId="77777777" w:rsidR="000B7C4C" w:rsidRDefault="00000000">
            <w:pPr>
              <w:spacing w:after="0" w:line="240" w:lineRule="auto"/>
              <w:jc w:val="left"/>
            </w:pPr>
            <w:r>
              <w:rPr>
                <w:sz w:val="16"/>
              </w:rPr>
              <w:t>Av. Cevriye Aydın</w:t>
            </w:r>
          </w:p>
        </w:tc>
        <w:tc>
          <w:tcPr>
            <w:tcW w:w="3628" w:type="dxa"/>
            <w:tcMar>
              <w:top w:w="38" w:type="dxa"/>
              <w:left w:w="55" w:type="dxa"/>
              <w:bottom w:w="38" w:type="dxa"/>
              <w:right w:w="55" w:type="dxa"/>
            </w:tcMar>
            <w:vAlign w:val="center"/>
          </w:tcPr>
          <w:p w14:paraId="02F2171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C6B9C4D" w14:textId="77777777" w:rsidR="000B7C4C" w:rsidRDefault="00000000">
            <w:pPr>
              <w:spacing w:after="0" w:line="240" w:lineRule="auto"/>
              <w:jc w:val="center"/>
            </w:pPr>
            <w:r>
              <w:rPr>
                <w:sz w:val="16"/>
              </w:rPr>
              <w:t>13450</w:t>
            </w:r>
          </w:p>
        </w:tc>
      </w:tr>
      <w:tr w:rsidR="000B7C4C" w14:paraId="536A9C3C" w14:textId="77777777">
        <w:trPr>
          <w:cantSplit/>
          <w:jc w:val="center"/>
        </w:trPr>
        <w:tc>
          <w:tcPr>
            <w:tcW w:w="482" w:type="dxa"/>
            <w:tcMar>
              <w:top w:w="38" w:type="dxa"/>
              <w:left w:w="55" w:type="dxa"/>
              <w:bottom w:w="38" w:type="dxa"/>
              <w:right w:w="55" w:type="dxa"/>
            </w:tcMar>
            <w:vAlign w:val="center"/>
          </w:tcPr>
          <w:p w14:paraId="37247598" w14:textId="77777777" w:rsidR="000B7C4C" w:rsidRDefault="00000000">
            <w:pPr>
              <w:spacing w:after="0" w:line="240" w:lineRule="auto"/>
              <w:jc w:val="center"/>
            </w:pPr>
            <w:r>
              <w:rPr>
                <w:sz w:val="16"/>
              </w:rPr>
              <w:t>77</w:t>
            </w:r>
          </w:p>
        </w:tc>
        <w:tc>
          <w:tcPr>
            <w:tcW w:w="3855" w:type="dxa"/>
            <w:tcMar>
              <w:top w:w="38" w:type="dxa"/>
              <w:left w:w="55" w:type="dxa"/>
              <w:bottom w:w="38" w:type="dxa"/>
              <w:right w:w="55" w:type="dxa"/>
            </w:tcMar>
            <w:vAlign w:val="center"/>
          </w:tcPr>
          <w:p w14:paraId="0CC015A0" w14:textId="77777777" w:rsidR="000B7C4C" w:rsidRDefault="00000000">
            <w:pPr>
              <w:spacing w:after="0" w:line="240" w:lineRule="auto"/>
              <w:jc w:val="left"/>
            </w:pPr>
            <w:r>
              <w:rPr>
                <w:sz w:val="16"/>
              </w:rPr>
              <w:t>Av. İlknur Alcan</w:t>
            </w:r>
          </w:p>
        </w:tc>
        <w:tc>
          <w:tcPr>
            <w:tcW w:w="3628" w:type="dxa"/>
            <w:tcMar>
              <w:top w:w="38" w:type="dxa"/>
              <w:left w:w="55" w:type="dxa"/>
              <w:bottom w:w="38" w:type="dxa"/>
              <w:right w:w="55" w:type="dxa"/>
            </w:tcMar>
            <w:vAlign w:val="center"/>
          </w:tcPr>
          <w:p w14:paraId="400A409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45CB3CD" w14:textId="77777777" w:rsidR="000B7C4C" w:rsidRDefault="00000000">
            <w:pPr>
              <w:spacing w:after="0" w:line="240" w:lineRule="auto"/>
              <w:jc w:val="center"/>
            </w:pPr>
            <w:r>
              <w:rPr>
                <w:sz w:val="16"/>
              </w:rPr>
              <w:t>28210</w:t>
            </w:r>
          </w:p>
        </w:tc>
      </w:tr>
      <w:tr w:rsidR="000B7C4C" w14:paraId="6B96D56A" w14:textId="77777777">
        <w:trPr>
          <w:cantSplit/>
          <w:jc w:val="center"/>
        </w:trPr>
        <w:tc>
          <w:tcPr>
            <w:tcW w:w="482" w:type="dxa"/>
            <w:tcMar>
              <w:top w:w="38" w:type="dxa"/>
              <w:left w:w="55" w:type="dxa"/>
              <w:bottom w:w="38" w:type="dxa"/>
              <w:right w:w="55" w:type="dxa"/>
            </w:tcMar>
            <w:vAlign w:val="center"/>
          </w:tcPr>
          <w:p w14:paraId="3BF87EB1" w14:textId="77777777" w:rsidR="000B7C4C" w:rsidRDefault="00000000">
            <w:pPr>
              <w:spacing w:after="0" w:line="240" w:lineRule="auto"/>
              <w:jc w:val="center"/>
            </w:pPr>
            <w:r>
              <w:rPr>
                <w:sz w:val="16"/>
              </w:rPr>
              <w:t>78</w:t>
            </w:r>
          </w:p>
        </w:tc>
        <w:tc>
          <w:tcPr>
            <w:tcW w:w="3855" w:type="dxa"/>
            <w:tcMar>
              <w:top w:w="38" w:type="dxa"/>
              <w:left w:w="55" w:type="dxa"/>
              <w:bottom w:w="38" w:type="dxa"/>
              <w:right w:w="55" w:type="dxa"/>
            </w:tcMar>
            <w:vAlign w:val="center"/>
          </w:tcPr>
          <w:p w14:paraId="47211E6C" w14:textId="77777777" w:rsidR="000B7C4C" w:rsidRDefault="00000000">
            <w:pPr>
              <w:spacing w:after="0" w:line="240" w:lineRule="auto"/>
              <w:jc w:val="left"/>
            </w:pPr>
            <w:r>
              <w:rPr>
                <w:sz w:val="16"/>
              </w:rPr>
              <w:t>Av. Seyit Sönmez</w:t>
            </w:r>
          </w:p>
        </w:tc>
        <w:tc>
          <w:tcPr>
            <w:tcW w:w="3628" w:type="dxa"/>
            <w:tcMar>
              <w:top w:w="38" w:type="dxa"/>
              <w:left w:w="55" w:type="dxa"/>
              <w:bottom w:w="38" w:type="dxa"/>
              <w:right w:w="55" w:type="dxa"/>
            </w:tcMar>
            <w:vAlign w:val="center"/>
          </w:tcPr>
          <w:p w14:paraId="5C98F212" w14:textId="77777777" w:rsidR="000B7C4C" w:rsidRDefault="00000000">
            <w:pPr>
              <w:spacing w:after="0" w:line="240" w:lineRule="auto"/>
              <w:jc w:val="left"/>
            </w:pPr>
            <w:r>
              <w:rPr>
                <w:sz w:val="16"/>
              </w:rPr>
              <w:t>Kahramanmaraş Barosu</w:t>
            </w:r>
          </w:p>
        </w:tc>
        <w:tc>
          <w:tcPr>
            <w:tcW w:w="1701" w:type="dxa"/>
            <w:tcMar>
              <w:top w:w="38" w:type="dxa"/>
              <w:left w:w="55" w:type="dxa"/>
              <w:bottom w:w="38" w:type="dxa"/>
              <w:right w:w="55" w:type="dxa"/>
            </w:tcMar>
            <w:vAlign w:val="center"/>
          </w:tcPr>
          <w:p w14:paraId="728B7866" w14:textId="77777777" w:rsidR="000B7C4C" w:rsidRDefault="00000000">
            <w:pPr>
              <w:spacing w:after="0" w:line="240" w:lineRule="auto"/>
              <w:jc w:val="center"/>
            </w:pPr>
            <w:r>
              <w:rPr>
                <w:sz w:val="16"/>
              </w:rPr>
              <w:t>2588</w:t>
            </w:r>
          </w:p>
        </w:tc>
      </w:tr>
      <w:tr w:rsidR="000B7C4C" w14:paraId="7D22D388" w14:textId="77777777">
        <w:trPr>
          <w:cantSplit/>
          <w:jc w:val="center"/>
        </w:trPr>
        <w:tc>
          <w:tcPr>
            <w:tcW w:w="482" w:type="dxa"/>
            <w:tcMar>
              <w:top w:w="38" w:type="dxa"/>
              <w:left w:w="55" w:type="dxa"/>
              <w:bottom w:w="38" w:type="dxa"/>
              <w:right w:w="55" w:type="dxa"/>
            </w:tcMar>
            <w:vAlign w:val="center"/>
          </w:tcPr>
          <w:p w14:paraId="14864729" w14:textId="77777777" w:rsidR="000B7C4C" w:rsidRDefault="00000000">
            <w:pPr>
              <w:spacing w:after="0" w:line="240" w:lineRule="auto"/>
              <w:jc w:val="center"/>
            </w:pPr>
            <w:r>
              <w:rPr>
                <w:sz w:val="16"/>
              </w:rPr>
              <w:t>79</w:t>
            </w:r>
          </w:p>
        </w:tc>
        <w:tc>
          <w:tcPr>
            <w:tcW w:w="3855" w:type="dxa"/>
            <w:tcMar>
              <w:top w:w="38" w:type="dxa"/>
              <w:left w:w="55" w:type="dxa"/>
              <w:bottom w:w="38" w:type="dxa"/>
              <w:right w:w="55" w:type="dxa"/>
            </w:tcMar>
            <w:vAlign w:val="center"/>
          </w:tcPr>
          <w:p w14:paraId="7E64A8E9" w14:textId="77777777" w:rsidR="000B7C4C" w:rsidRDefault="00000000">
            <w:pPr>
              <w:spacing w:after="0" w:line="240" w:lineRule="auto"/>
              <w:jc w:val="left"/>
            </w:pPr>
            <w:r>
              <w:rPr>
                <w:sz w:val="16"/>
              </w:rPr>
              <w:t>Av. Berfu Uluyol</w:t>
            </w:r>
          </w:p>
        </w:tc>
        <w:tc>
          <w:tcPr>
            <w:tcW w:w="3628" w:type="dxa"/>
            <w:tcMar>
              <w:top w:w="38" w:type="dxa"/>
              <w:left w:w="55" w:type="dxa"/>
              <w:bottom w:w="38" w:type="dxa"/>
              <w:right w:w="55" w:type="dxa"/>
            </w:tcMar>
            <w:vAlign w:val="center"/>
          </w:tcPr>
          <w:p w14:paraId="76B0FB9C"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EB1915F" w14:textId="77777777" w:rsidR="000B7C4C" w:rsidRDefault="00000000">
            <w:pPr>
              <w:spacing w:after="0" w:line="240" w:lineRule="auto"/>
              <w:jc w:val="center"/>
            </w:pPr>
            <w:r>
              <w:rPr>
                <w:sz w:val="16"/>
              </w:rPr>
              <w:t>93856</w:t>
            </w:r>
          </w:p>
        </w:tc>
      </w:tr>
      <w:tr w:rsidR="000B7C4C" w14:paraId="7F6282AF" w14:textId="77777777">
        <w:trPr>
          <w:cantSplit/>
          <w:jc w:val="center"/>
        </w:trPr>
        <w:tc>
          <w:tcPr>
            <w:tcW w:w="482" w:type="dxa"/>
            <w:tcMar>
              <w:top w:w="38" w:type="dxa"/>
              <w:left w:w="55" w:type="dxa"/>
              <w:bottom w:w="38" w:type="dxa"/>
              <w:right w:w="55" w:type="dxa"/>
            </w:tcMar>
            <w:vAlign w:val="center"/>
          </w:tcPr>
          <w:p w14:paraId="3C1A0982" w14:textId="77777777" w:rsidR="000B7C4C" w:rsidRDefault="00000000">
            <w:pPr>
              <w:spacing w:after="0" w:line="240" w:lineRule="auto"/>
              <w:jc w:val="center"/>
            </w:pPr>
            <w:r>
              <w:rPr>
                <w:sz w:val="16"/>
              </w:rPr>
              <w:t>80</w:t>
            </w:r>
          </w:p>
        </w:tc>
        <w:tc>
          <w:tcPr>
            <w:tcW w:w="3855" w:type="dxa"/>
            <w:tcMar>
              <w:top w:w="38" w:type="dxa"/>
              <w:left w:w="55" w:type="dxa"/>
              <w:bottom w:w="38" w:type="dxa"/>
              <w:right w:w="55" w:type="dxa"/>
            </w:tcMar>
            <w:vAlign w:val="center"/>
          </w:tcPr>
          <w:p w14:paraId="4DEB98DE" w14:textId="77777777" w:rsidR="000B7C4C" w:rsidRDefault="00000000">
            <w:pPr>
              <w:spacing w:after="0" w:line="240" w:lineRule="auto"/>
              <w:jc w:val="left"/>
            </w:pPr>
            <w:r>
              <w:rPr>
                <w:sz w:val="16"/>
              </w:rPr>
              <w:t>Av. Engin Deniz Ergin</w:t>
            </w:r>
          </w:p>
        </w:tc>
        <w:tc>
          <w:tcPr>
            <w:tcW w:w="3628" w:type="dxa"/>
            <w:tcMar>
              <w:top w:w="38" w:type="dxa"/>
              <w:left w:w="55" w:type="dxa"/>
              <w:bottom w:w="38" w:type="dxa"/>
              <w:right w:w="55" w:type="dxa"/>
            </w:tcMar>
            <w:vAlign w:val="center"/>
          </w:tcPr>
          <w:p w14:paraId="625451EA"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7D772F8" w14:textId="77777777" w:rsidR="000B7C4C" w:rsidRDefault="00000000">
            <w:pPr>
              <w:spacing w:after="0" w:line="240" w:lineRule="auto"/>
              <w:jc w:val="center"/>
            </w:pPr>
            <w:r>
              <w:rPr>
                <w:sz w:val="16"/>
              </w:rPr>
              <w:t>61765</w:t>
            </w:r>
          </w:p>
        </w:tc>
      </w:tr>
      <w:tr w:rsidR="000B7C4C" w14:paraId="575530B3" w14:textId="77777777">
        <w:trPr>
          <w:cantSplit/>
          <w:jc w:val="center"/>
        </w:trPr>
        <w:tc>
          <w:tcPr>
            <w:tcW w:w="482" w:type="dxa"/>
            <w:tcMar>
              <w:top w:w="38" w:type="dxa"/>
              <w:left w:w="55" w:type="dxa"/>
              <w:bottom w:w="38" w:type="dxa"/>
              <w:right w:w="55" w:type="dxa"/>
            </w:tcMar>
            <w:vAlign w:val="center"/>
          </w:tcPr>
          <w:p w14:paraId="013C77AD" w14:textId="77777777" w:rsidR="000B7C4C" w:rsidRDefault="00000000">
            <w:pPr>
              <w:spacing w:after="0" w:line="240" w:lineRule="auto"/>
              <w:jc w:val="center"/>
            </w:pPr>
            <w:r>
              <w:rPr>
                <w:sz w:val="16"/>
              </w:rPr>
              <w:t>81</w:t>
            </w:r>
          </w:p>
        </w:tc>
        <w:tc>
          <w:tcPr>
            <w:tcW w:w="3855" w:type="dxa"/>
            <w:tcMar>
              <w:top w:w="38" w:type="dxa"/>
              <w:left w:w="55" w:type="dxa"/>
              <w:bottom w:w="38" w:type="dxa"/>
              <w:right w:w="55" w:type="dxa"/>
            </w:tcMar>
            <w:vAlign w:val="center"/>
          </w:tcPr>
          <w:p w14:paraId="07C7E452" w14:textId="77777777" w:rsidR="000B7C4C" w:rsidRDefault="00000000">
            <w:pPr>
              <w:spacing w:after="0" w:line="240" w:lineRule="auto"/>
              <w:jc w:val="left"/>
            </w:pPr>
            <w:r>
              <w:rPr>
                <w:sz w:val="16"/>
              </w:rPr>
              <w:t>Av. Ahmet Enver Akan</w:t>
            </w:r>
          </w:p>
        </w:tc>
        <w:tc>
          <w:tcPr>
            <w:tcW w:w="3628" w:type="dxa"/>
            <w:tcMar>
              <w:top w:w="38" w:type="dxa"/>
              <w:left w:w="55" w:type="dxa"/>
              <w:bottom w:w="38" w:type="dxa"/>
              <w:right w:w="55" w:type="dxa"/>
            </w:tcMar>
            <w:vAlign w:val="center"/>
          </w:tcPr>
          <w:p w14:paraId="1A8EC14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19AB66C" w14:textId="77777777" w:rsidR="000B7C4C" w:rsidRDefault="00000000">
            <w:pPr>
              <w:spacing w:after="0" w:line="240" w:lineRule="auto"/>
              <w:jc w:val="center"/>
            </w:pPr>
            <w:r>
              <w:rPr>
                <w:sz w:val="16"/>
              </w:rPr>
              <w:t>15417</w:t>
            </w:r>
          </w:p>
        </w:tc>
      </w:tr>
      <w:tr w:rsidR="000B7C4C" w14:paraId="7C7216C1" w14:textId="77777777">
        <w:trPr>
          <w:cantSplit/>
          <w:jc w:val="center"/>
        </w:trPr>
        <w:tc>
          <w:tcPr>
            <w:tcW w:w="482" w:type="dxa"/>
            <w:tcMar>
              <w:top w:w="38" w:type="dxa"/>
              <w:left w:w="55" w:type="dxa"/>
              <w:bottom w:w="38" w:type="dxa"/>
              <w:right w:w="55" w:type="dxa"/>
            </w:tcMar>
            <w:vAlign w:val="center"/>
          </w:tcPr>
          <w:p w14:paraId="7A3A34FD" w14:textId="77777777" w:rsidR="000B7C4C" w:rsidRDefault="00000000">
            <w:pPr>
              <w:spacing w:after="0" w:line="240" w:lineRule="auto"/>
              <w:jc w:val="center"/>
            </w:pPr>
            <w:r>
              <w:rPr>
                <w:sz w:val="16"/>
              </w:rPr>
              <w:t>82</w:t>
            </w:r>
          </w:p>
        </w:tc>
        <w:tc>
          <w:tcPr>
            <w:tcW w:w="3855" w:type="dxa"/>
            <w:tcMar>
              <w:top w:w="38" w:type="dxa"/>
              <w:left w:w="55" w:type="dxa"/>
              <w:bottom w:w="38" w:type="dxa"/>
              <w:right w:w="55" w:type="dxa"/>
            </w:tcMar>
            <w:vAlign w:val="center"/>
          </w:tcPr>
          <w:p w14:paraId="260FD8AE" w14:textId="77777777" w:rsidR="000B7C4C" w:rsidRDefault="00000000">
            <w:pPr>
              <w:spacing w:after="0" w:line="240" w:lineRule="auto"/>
              <w:jc w:val="left"/>
            </w:pPr>
            <w:r>
              <w:rPr>
                <w:sz w:val="16"/>
              </w:rPr>
              <w:t>Av. Ekin Yavuz</w:t>
            </w:r>
          </w:p>
        </w:tc>
        <w:tc>
          <w:tcPr>
            <w:tcW w:w="3628" w:type="dxa"/>
            <w:tcMar>
              <w:top w:w="38" w:type="dxa"/>
              <w:left w:w="55" w:type="dxa"/>
              <w:bottom w:w="38" w:type="dxa"/>
              <w:right w:w="55" w:type="dxa"/>
            </w:tcMar>
            <w:vAlign w:val="center"/>
          </w:tcPr>
          <w:p w14:paraId="48F84DF9"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8D41D39" w14:textId="77777777" w:rsidR="000B7C4C" w:rsidRDefault="00000000">
            <w:pPr>
              <w:spacing w:after="0" w:line="240" w:lineRule="auto"/>
              <w:jc w:val="center"/>
            </w:pPr>
            <w:r>
              <w:rPr>
                <w:sz w:val="16"/>
              </w:rPr>
              <w:t>74266</w:t>
            </w:r>
          </w:p>
        </w:tc>
      </w:tr>
      <w:tr w:rsidR="000B7C4C" w14:paraId="541095BA" w14:textId="77777777">
        <w:trPr>
          <w:cantSplit/>
          <w:jc w:val="center"/>
        </w:trPr>
        <w:tc>
          <w:tcPr>
            <w:tcW w:w="482" w:type="dxa"/>
            <w:tcMar>
              <w:top w:w="38" w:type="dxa"/>
              <w:left w:w="55" w:type="dxa"/>
              <w:bottom w:w="38" w:type="dxa"/>
              <w:right w:w="55" w:type="dxa"/>
            </w:tcMar>
            <w:vAlign w:val="center"/>
          </w:tcPr>
          <w:p w14:paraId="3FDFDE7A" w14:textId="77777777" w:rsidR="000B7C4C" w:rsidRDefault="00000000">
            <w:pPr>
              <w:spacing w:after="0" w:line="240" w:lineRule="auto"/>
              <w:jc w:val="center"/>
            </w:pPr>
            <w:r>
              <w:rPr>
                <w:sz w:val="16"/>
              </w:rPr>
              <w:t>83</w:t>
            </w:r>
          </w:p>
        </w:tc>
        <w:tc>
          <w:tcPr>
            <w:tcW w:w="3855" w:type="dxa"/>
            <w:tcMar>
              <w:top w:w="38" w:type="dxa"/>
              <w:left w:w="55" w:type="dxa"/>
              <w:bottom w:w="38" w:type="dxa"/>
              <w:right w:w="55" w:type="dxa"/>
            </w:tcMar>
            <w:vAlign w:val="center"/>
          </w:tcPr>
          <w:p w14:paraId="0A66CB9C" w14:textId="77777777" w:rsidR="000B7C4C" w:rsidRDefault="00000000">
            <w:pPr>
              <w:spacing w:after="0" w:line="240" w:lineRule="auto"/>
              <w:jc w:val="left"/>
            </w:pPr>
            <w:r>
              <w:rPr>
                <w:sz w:val="16"/>
              </w:rPr>
              <w:t>Av. Ali Yiğit</w:t>
            </w:r>
          </w:p>
        </w:tc>
        <w:tc>
          <w:tcPr>
            <w:tcW w:w="3628" w:type="dxa"/>
            <w:tcMar>
              <w:top w:w="38" w:type="dxa"/>
              <w:left w:w="55" w:type="dxa"/>
              <w:bottom w:w="38" w:type="dxa"/>
              <w:right w:w="55" w:type="dxa"/>
            </w:tcMar>
            <w:vAlign w:val="center"/>
          </w:tcPr>
          <w:p w14:paraId="249DD89F"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68C0109" w14:textId="77777777" w:rsidR="000B7C4C" w:rsidRDefault="00000000">
            <w:pPr>
              <w:spacing w:after="0" w:line="240" w:lineRule="auto"/>
              <w:jc w:val="center"/>
            </w:pPr>
            <w:r>
              <w:rPr>
                <w:sz w:val="16"/>
              </w:rPr>
              <w:t>96129</w:t>
            </w:r>
          </w:p>
        </w:tc>
      </w:tr>
      <w:tr w:rsidR="000B7C4C" w14:paraId="1F8668DC" w14:textId="77777777">
        <w:trPr>
          <w:cantSplit/>
          <w:jc w:val="center"/>
        </w:trPr>
        <w:tc>
          <w:tcPr>
            <w:tcW w:w="482" w:type="dxa"/>
            <w:tcMar>
              <w:top w:w="38" w:type="dxa"/>
              <w:left w:w="55" w:type="dxa"/>
              <w:bottom w:w="38" w:type="dxa"/>
              <w:right w:w="55" w:type="dxa"/>
            </w:tcMar>
            <w:vAlign w:val="center"/>
          </w:tcPr>
          <w:p w14:paraId="1B4CEA26" w14:textId="77777777" w:rsidR="000B7C4C" w:rsidRDefault="00000000">
            <w:pPr>
              <w:spacing w:after="0" w:line="240" w:lineRule="auto"/>
              <w:jc w:val="center"/>
            </w:pPr>
            <w:r>
              <w:rPr>
                <w:sz w:val="16"/>
              </w:rPr>
              <w:t>84</w:t>
            </w:r>
          </w:p>
        </w:tc>
        <w:tc>
          <w:tcPr>
            <w:tcW w:w="3855" w:type="dxa"/>
            <w:tcMar>
              <w:top w:w="38" w:type="dxa"/>
              <w:left w:w="55" w:type="dxa"/>
              <w:bottom w:w="38" w:type="dxa"/>
              <w:right w:w="55" w:type="dxa"/>
            </w:tcMar>
            <w:vAlign w:val="center"/>
          </w:tcPr>
          <w:p w14:paraId="70BF64A8" w14:textId="77777777" w:rsidR="000B7C4C" w:rsidRDefault="00000000">
            <w:pPr>
              <w:spacing w:after="0" w:line="240" w:lineRule="auto"/>
              <w:jc w:val="left"/>
            </w:pPr>
            <w:r>
              <w:rPr>
                <w:sz w:val="16"/>
              </w:rPr>
              <w:t>Av. Büşra Altınoluk</w:t>
            </w:r>
          </w:p>
        </w:tc>
        <w:tc>
          <w:tcPr>
            <w:tcW w:w="3628" w:type="dxa"/>
            <w:tcMar>
              <w:top w:w="38" w:type="dxa"/>
              <w:left w:w="55" w:type="dxa"/>
              <w:bottom w:w="38" w:type="dxa"/>
              <w:right w:w="55" w:type="dxa"/>
            </w:tcMar>
            <w:vAlign w:val="center"/>
          </w:tcPr>
          <w:p w14:paraId="79856B5A"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E74524F" w14:textId="77777777" w:rsidR="000B7C4C" w:rsidRDefault="00000000">
            <w:pPr>
              <w:spacing w:after="0" w:line="240" w:lineRule="auto"/>
              <w:jc w:val="center"/>
            </w:pPr>
            <w:r>
              <w:rPr>
                <w:sz w:val="16"/>
              </w:rPr>
              <w:t>79451</w:t>
            </w:r>
          </w:p>
        </w:tc>
      </w:tr>
      <w:tr w:rsidR="000B7C4C" w14:paraId="67D1894A" w14:textId="77777777">
        <w:trPr>
          <w:cantSplit/>
          <w:jc w:val="center"/>
        </w:trPr>
        <w:tc>
          <w:tcPr>
            <w:tcW w:w="482" w:type="dxa"/>
            <w:tcMar>
              <w:top w:w="38" w:type="dxa"/>
              <w:left w:w="55" w:type="dxa"/>
              <w:bottom w:w="38" w:type="dxa"/>
              <w:right w:w="55" w:type="dxa"/>
            </w:tcMar>
            <w:vAlign w:val="center"/>
          </w:tcPr>
          <w:p w14:paraId="02717054" w14:textId="77777777" w:rsidR="000B7C4C" w:rsidRDefault="00000000">
            <w:pPr>
              <w:spacing w:after="0" w:line="240" w:lineRule="auto"/>
              <w:jc w:val="center"/>
            </w:pPr>
            <w:r>
              <w:rPr>
                <w:sz w:val="16"/>
              </w:rPr>
              <w:t>85</w:t>
            </w:r>
          </w:p>
        </w:tc>
        <w:tc>
          <w:tcPr>
            <w:tcW w:w="3855" w:type="dxa"/>
            <w:tcMar>
              <w:top w:w="38" w:type="dxa"/>
              <w:left w:w="55" w:type="dxa"/>
              <w:bottom w:w="38" w:type="dxa"/>
              <w:right w:w="55" w:type="dxa"/>
            </w:tcMar>
            <w:vAlign w:val="center"/>
          </w:tcPr>
          <w:p w14:paraId="54EF0707" w14:textId="77777777" w:rsidR="000B7C4C" w:rsidRDefault="00000000">
            <w:pPr>
              <w:spacing w:after="0" w:line="240" w:lineRule="auto"/>
              <w:jc w:val="left"/>
            </w:pPr>
            <w:r>
              <w:rPr>
                <w:sz w:val="16"/>
              </w:rPr>
              <w:t>Av. Nimet Acar</w:t>
            </w:r>
          </w:p>
        </w:tc>
        <w:tc>
          <w:tcPr>
            <w:tcW w:w="3628" w:type="dxa"/>
            <w:tcMar>
              <w:top w:w="38" w:type="dxa"/>
              <w:left w:w="55" w:type="dxa"/>
              <w:bottom w:w="38" w:type="dxa"/>
              <w:right w:w="55" w:type="dxa"/>
            </w:tcMar>
            <w:vAlign w:val="center"/>
          </w:tcPr>
          <w:p w14:paraId="70ED807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2656B48" w14:textId="77777777" w:rsidR="000B7C4C" w:rsidRDefault="00000000">
            <w:pPr>
              <w:spacing w:after="0" w:line="240" w:lineRule="auto"/>
              <w:jc w:val="center"/>
            </w:pPr>
            <w:r>
              <w:rPr>
                <w:sz w:val="16"/>
              </w:rPr>
              <w:t>66067</w:t>
            </w:r>
          </w:p>
        </w:tc>
      </w:tr>
      <w:tr w:rsidR="000B7C4C" w14:paraId="4EAEBCFB" w14:textId="77777777">
        <w:trPr>
          <w:cantSplit/>
          <w:jc w:val="center"/>
        </w:trPr>
        <w:tc>
          <w:tcPr>
            <w:tcW w:w="482" w:type="dxa"/>
            <w:tcMar>
              <w:top w:w="38" w:type="dxa"/>
              <w:left w:w="55" w:type="dxa"/>
              <w:bottom w:w="38" w:type="dxa"/>
              <w:right w:w="55" w:type="dxa"/>
            </w:tcMar>
            <w:vAlign w:val="center"/>
          </w:tcPr>
          <w:p w14:paraId="6C8CB771" w14:textId="77777777" w:rsidR="000B7C4C" w:rsidRDefault="00000000">
            <w:pPr>
              <w:spacing w:after="0" w:line="240" w:lineRule="auto"/>
              <w:jc w:val="center"/>
            </w:pPr>
            <w:r>
              <w:rPr>
                <w:sz w:val="16"/>
              </w:rPr>
              <w:t>86</w:t>
            </w:r>
          </w:p>
        </w:tc>
        <w:tc>
          <w:tcPr>
            <w:tcW w:w="3855" w:type="dxa"/>
            <w:tcMar>
              <w:top w:w="38" w:type="dxa"/>
              <w:left w:w="55" w:type="dxa"/>
              <w:bottom w:w="38" w:type="dxa"/>
              <w:right w:w="55" w:type="dxa"/>
            </w:tcMar>
            <w:vAlign w:val="center"/>
          </w:tcPr>
          <w:p w14:paraId="6D6668E7" w14:textId="77777777" w:rsidR="000B7C4C" w:rsidRDefault="00000000">
            <w:pPr>
              <w:spacing w:after="0" w:line="240" w:lineRule="auto"/>
              <w:jc w:val="left"/>
            </w:pPr>
            <w:r>
              <w:rPr>
                <w:sz w:val="16"/>
              </w:rPr>
              <w:t>Av. Derya Çiçek</w:t>
            </w:r>
          </w:p>
        </w:tc>
        <w:tc>
          <w:tcPr>
            <w:tcW w:w="3628" w:type="dxa"/>
            <w:tcMar>
              <w:top w:w="38" w:type="dxa"/>
              <w:left w:w="55" w:type="dxa"/>
              <w:bottom w:w="38" w:type="dxa"/>
              <w:right w:w="55" w:type="dxa"/>
            </w:tcMar>
            <w:vAlign w:val="center"/>
          </w:tcPr>
          <w:p w14:paraId="0CD353B1" w14:textId="77777777" w:rsidR="000B7C4C" w:rsidRDefault="00000000">
            <w:pPr>
              <w:spacing w:after="0" w:line="240" w:lineRule="auto"/>
              <w:jc w:val="left"/>
            </w:pPr>
            <w:r>
              <w:rPr>
                <w:sz w:val="16"/>
              </w:rPr>
              <w:t>Gaziantep Barosu</w:t>
            </w:r>
          </w:p>
        </w:tc>
        <w:tc>
          <w:tcPr>
            <w:tcW w:w="1701" w:type="dxa"/>
            <w:tcMar>
              <w:top w:w="38" w:type="dxa"/>
              <w:left w:w="55" w:type="dxa"/>
              <w:bottom w:w="38" w:type="dxa"/>
              <w:right w:w="55" w:type="dxa"/>
            </w:tcMar>
            <w:vAlign w:val="center"/>
          </w:tcPr>
          <w:p w14:paraId="223E64D3" w14:textId="77777777" w:rsidR="000B7C4C" w:rsidRDefault="00000000">
            <w:pPr>
              <w:spacing w:after="0" w:line="240" w:lineRule="auto"/>
              <w:jc w:val="center"/>
            </w:pPr>
            <w:r>
              <w:rPr>
                <w:sz w:val="16"/>
              </w:rPr>
              <w:t>1004</w:t>
            </w:r>
          </w:p>
        </w:tc>
      </w:tr>
      <w:tr w:rsidR="000B7C4C" w14:paraId="044FB406" w14:textId="77777777">
        <w:trPr>
          <w:cantSplit/>
          <w:jc w:val="center"/>
        </w:trPr>
        <w:tc>
          <w:tcPr>
            <w:tcW w:w="482" w:type="dxa"/>
            <w:tcMar>
              <w:top w:w="38" w:type="dxa"/>
              <w:left w:w="55" w:type="dxa"/>
              <w:bottom w:w="38" w:type="dxa"/>
              <w:right w:w="55" w:type="dxa"/>
            </w:tcMar>
            <w:vAlign w:val="center"/>
          </w:tcPr>
          <w:p w14:paraId="2094CA38" w14:textId="77777777" w:rsidR="000B7C4C" w:rsidRDefault="00000000">
            <w:pPr>
              <w:spacing w:after="0" w:line="240" w:lineRule="auto"/>
              <w:jc w:val="center"/>
            </w:pPr>
            <w:r>
              <w:rPr>
                <w:sz w:val="16"/>
              </w:rPr>
              <w:t>87</w:t>
            </w:r>
          </w:p>
        </w:tc>
        <w:tc>
          <w:tcPr>
            <w:tcW w:w="3855" w:type="dxa"/>
            <w:tcMar>
              <w:top w:w="38" w:type="dxa"/>
              <w:left w:w="55" w:type="dxa"/>
              <w:bottom w:w="38" w:type="dxa"/>
              <w:right w:w="55" w:type="dxa"/>
            </w:tcMar>
            <w:vAlign w:val="center"/>
          </w:tcPr>
          <w:p w14:paraId="071E8271" w14:textId="77777777" w:rsidR="000B7C4C" w:rsidRDefault="00000000">
            <w:pPr>
              <w:spacing w:after="0" w:line="240" w:lineRule="auto"/>
              <w:jc w:val="left"/>
            </w:pPr>
            <w:r>
              <w:rPr>
                <w:sz w:val="16"/>
              </w:rPr>
              <w:t>Av. Hülya Gülbahar</w:t>
            </w:r>
          </w:p>
        </w:tc>
        <w:tc>
          <w:tcPr>
            <w:tcW w:w="3628" w:type="dxa"/>
            <w:tcMar>
              <w:top w:w="38" w:type="dxa"/>
              <w:left w:w="55" w:type="dxa"/>
              <w:bottom w:w="38" w:type="dxa"/>
              <w:right w:w="55" w:type="dxa"/>
            </w:tcMar>
            <w:vAlign w:val="center"/>
          </w:tcPr>
          <w:p w14:paraId="387ED01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401CE2E" w14:textId="77777777" w:rsidR="000B7C4C" w:rsidRDefault="00000000">
            <w:pPr>
              <w:spacing w:after="0" w:line="240" w:lineRule="auto"/>
              <w:jc w:val="center"/>
            </w:pPr>
            <w:r>
              <w:rPr>
                <w:sz w:val="16"/>
              </w:rPr>
              <w:t>15446</w:t>
            </w:r>
          </w:p>
        </w:tc>
      </w:tr>
      <w:tr w:rsidR="000B7C4C" w14:paraId="611A2FA4" w14:textId="77777777">
        <w:trPr>
          <w:cantSplit/>
          <w:jc w:val="center"/>
        </w:trPr>
        <w:tc>
          <w:tcPr>
            <w:tcW w:w="482" w:type="dxa"/>
            <w:tcMar>
              <w:top w:w="38" w:type="dxa"/>
              <w:left w:w="55" w:type="dxa"/>
              <w:bottom w:w="38" w:type="dxa"/>
              <w:right w:w="55" w:type="dxa"/>
            </w:tcMar>
            <w:vAlign w:val="center"/>
          </w:tcPr>
          <w:p w14:paraId="00BA00A8" w14:textId="77777777" w:rsidR="000B7C4C" w:rsidRDefault="00000000">
            <w:pPr>
              <w:spacing w:after="0" w:line="240" w:lineRule="auto"/>
              <w:jc w:val="center"/>
            </w:pPr>
            <w:r>
              <w:rPr>
                <w:sz w:val="16"/>
              </w:rPr>
              <w:t>88</w:t>
            </w:r>
          </w:p>
        </w:tc>
        <w:tc>
          <w:tcPr>
            <w:tcW w:w="3855" w:type="dxa"/>
            <w:tcMar>
              <w:top w:w="38" w:type="dxa"/>
              <w:left w:w="55" w:type="dxa"/>
              <w:bottom w:w="38" w:type="dxa"/>
              <w:right w:w="55" w:type="dxa"/>
            </w:tcMar>
            <w:vAlign w:val="center"/>
          </w:tcPr>
          <w:p w14:paraId="7AB7E287" w14:textId="77777777" w:rsidR="000B7C4C" w:rsidRDefault="00000000">
            <w:pPr>
              <w:spacing w:after="0" w:line="240" w:lineRule="auto"/>
              <w:jc w:val="left"/>
            </w:pPr>
            <w:r>
              <w:rPr>
                <w:sz w:val="16"/>
              </w:rPr>
              <w:t>Av. Havva Başak Belhan</w:t>
            </w:r>
          </w:p>
        </w:tc>
        <w:tc>
          <w:tcPr>
            <w:tcW w:w="3628" w:type="dxa"/>
            <w:tcMar>
              <w:top w:w="38" w:type="dxa"/>
              <w:left w:w="55" w:type="dxa"/>
              <w:bottom w:w="38" w:type="dxa"/>
              <w:right w:w="55" w:type="dxa"/>
            </w:tcMar>
            <w:vAlign w:val="center"/>
          </w:tcPr>
          <w:p w14:paraId="7B7A4968"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D5F039C" w14:textId="77777777" w:rsidR="000B7C4C" w:rsidRDefault="00000000">
            <w:pPr>
              <w:spacing w:after="0" w:line="240" w:lineRule="auto"/>
              <w:jc w:val="center"/>
            </w:pPr>
            <w:r>
              <w:rPr>
                <w:sz w:val="16"/>
              </w:rPr>
              <w:t>95921</w:t>
            </w:r>
          </w:p>
        </w:tc>
      </w:tr>
      <w:tr w:rsidR="000B7C4C" w14:paraId="6C117D92" w14:textId="77777777">
        <w:trPr>
          <w:cantSplit/>
          <w:jc w:val="center"/>
        </w:trPr>
        <w:tc>
          <w:tcPr>
            <w:tcW w:w="482" w:type="dxa"/>
            <w:tcMar>
              <w:top w:w="38" w:type="dxa"/>
              <w:left w:w="55" w:type="dxa"/>
              <w:bottom w:w="38" w:type="dxa"/>
              <w:right w:w="55" w:type="dxa"/>
            </w:tcMar>
            <w:vAlign w:val="center"/>
          </w:tcPr>
          <w:p w14:paraId="44A29AB8" w14:textId="77777777" w:rsidR="000B7C4C" w:rsidRDefault="00000000">
            <w:pPr>
              <w:spacing w:after="0" w:line="240" w:lineRule="auto"/>
              <w:jc w:val="center"/>
            </w:pPr>
            <w:r>
              <w:rPr>
                <w:sz w:val="16"/>
              </w:rPr>
              <w:t>89</w:t>
            </w:r>
          </w:p>
        </w:tc>
        <w:tc>
          <w:tcPr>
            <w:tcW w:w="3855" w:type="dxa"/>
            <w:tcMar>
              <w:top w:w="38" w:type="dxa"/>
              <w:left w:w="55" w:type="dxa"/>
              <w:bottom w:w="38" w:type="dxa"/>
              <w:right w:w="55" w:type="dxa"/>
            </w:tcMar>
            <w:vAlign w:val="center"/>
          </w:tcPr>
          <w:p w14:paraId="2D164D27" w14:textId="77777777" w:rsidR="000B7C4C" w:rsidRDefault="00000000">
            <w:pPr>
              <w:spacing w:after="0" w:line="240" w:lineRule="auto"/>
              <w:jc w:val="left"/>
            </w:pPr>
            <w:r>
              <w:rPr>
                <w:sz w:val="16"/>
              </w:rPr>
              <w:t>Av. Mustafa Söğütli</w:t>
            </w:r>
          </w:p>
        </w:tc>
        <w:tc>
          <w:tcPr>
            <w:tcW w:w="3628" w:type="dxa"/>
            <w:tcMar>
              <w:top w:w="38" w:type="dxa"/>
              <w:left w:w="55" w:type="dxa"/>
              <w:bottom w:w="38" w:type="dxa"/>
              <w:right w:w="55" w:type="dxa"/>
            </w:tcMar>
            <w:vAlign w:val="center"/>
          </w:tcPr>
          <w:p w14:paraId="4B9A8F82"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3804CDD" w14:textId="77777777" w:rsidR="000B7C4C" w:rsidRDefault="00000000">
            <w:pPr>
              <w:spacing w:after="0" w:line="240" w:lineRule="auto"/>
              <w:jc w:val="center"/>
            </w:pPr>
            <w:r>
              <w:rPr>
                <w:sz w:val="16"/>
              </w:rPr>
              <w:t>52825</w:t>
            </w:r>
          </w:p>
        </w:tc>
      </w:tr>
      <w:tr w:rsidR="000B7C4C" w14:paraId="717FA5E2" w14:textId="77777777">
        <w:trPr>
          <w:cantSplit/>
          <w:jc w:val="center"/>
        </w:trPr>
        <w:tc>
          <w:tcPr>
            <w:tcW w:w="482" w:type="dxa"/>
            <w:tcMar>
              <w:top w:w="38" w:type="dxa"/>
              <w:left w:w="55" w:type="dxa"/>
              <w:bottom w:w="38" w:type="dxa"/>
              <w:right w:w="55" w:type="dxa"/>
            </w:tcMar>
            <w:vAlign w:val="center"/>
          </w:tcPr>
          <w:p w14:paraId="760B2839" w14:textId="77777777" w:rsidR="000B7C4C" w:rsidRDefault="00000000">
            <w:pPr>
              <w:spacing w:after="0" w:line="240" w:lineRule="auto"/>
              <w:jc w:val="center"/>
            </w:pPr>
            <w:r>
              <w:rPr>
                <w:sz w:val="16"/>
              </w:rPr>
              <w:t>90</w:t>
            </w:r>
          </w:p>
        </w:tc>
        <w:tc>
          <w:tcPr>
            <w:tcW w:w="3855" w:type="dxa"/>
            <w:tcMar>
              <w:top w:w="38" w:type="dxa"/>
              <w:left w:w="55" w:type="dxa"/>
              <w:bottom w:w="38" w:type="dxa"/>
              <w:right w:w="55" w:type="dxa"/>
            </w:tcMar>
            <w:vAlign w:val="center"/>
          </w:tcPr>
          <w:p w14:paraId="2512F8FC" w14:textId="77777777" w:rsidR="000B7C4C" w:rsidRDefault="00000000">
            <w:pPr>
              <w:spacing w:after="0" w:line="240" w:lineRule="auto"/>
              <w:jc w:val="left"/>
            </w:pPr>
            <w:r>
              <w:rPr>
                <w:sz w:val="16"/>
              </w:rPr>
              <w:t>Av. Ramazan Akkaya</w:t>
            </w:r>
          </w:p>
        </w:tc>
        <w:tc>
          <w:tcPr>
            <w:tcW w:w="3628" w:type="dxa"/>
            <w:tcMar>
              <w:top w:w="38" w:type="dxa"/>
              <w:left w:w="55" w:type="dxa"/>
              <w:bottom w:w="38" w:type="dxa"/>
              <w:right w:w="55" w:type="dxa"/>
            </w:tcMar>
            <w:vAlign w:val="center"/>
          </w:tcPr>
          <w:p w14:paraId="63E6B323"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24732C85" w14:textId="77777777" w:rsidR="000B7C4C" w:rsidRDefault="00000000">
            <w:pPr>
              <w:spacing w:after="0" w:line="240" w:lineRule="auto"/>
              <w:jc w:val="center"/>
            </w:pPr>
            <w:r>
              <w:rPr>
                <w:sz w:val="16"/>
              </w:rPr>
              <w:t>1316</w:t>
            </w:r>
          </w:p>
        </w:tc>
      </w:tr>
      <w:tr w:rsidR="000B7C4C" w14:paraId="0518F83E" w14:textId="77777777">
        <w:trPr>
          <w:cantSplit/>
          <w:jc w:val="center"/>
        </w:trPr>
        <w:tc>
          <w:tcPr>
            <w:tcW w:w="482" w:type="dxa"/>
            <w:tcMar>
              <w:top w:w="38" w:type="dxa"/>
              <w:left w:w="55" w:type="dxa"/>
              <w:bottom w:w="38" w:type="dxa"/>
              <w:right w:w="55" w:type="dxa"/>
            </w:tcMar>
            <w:vAlign w:val="center"/>
          </w:tcPr>
          <w:p w14:paraId="490BB873" w14:textId="77777777" w:rsidR="000B7C4C" w:rsidRDefault="00000000">
            <w:pPr>
              <w:spacing w:after="0" w:line="240" w:lineRule="auto"/>
              <w:jc w:val="center"/>
            </w:pPr>
            <w:r>
              <w:rPr>
                <w:sz w:val="16"/>
              </w:rPr>
              <w:t>91</w:t>
            </w:r>
          </w:p>
        </w:tc>
        <w:tc>
          <w:tcPr>
            <w:tcW w:w="3855" w:type="dxa"/>
            <w:tcMar>
              <w:top w:w="38" w:type="dxa"/>
              <w:left w:w="55" w:type="dxa"/>
              <w:bottom w:w="38" w:type="dxa"/>
              <w:right w:w="55" w:type="dxa"/>
            </w:tcMar>
            <w:vAlign w:val="center"/>
          </w:tcPr>
          <w:p w14:paraId="61AFFC9A" w14:textId="77777777" w:rsidR="000B7C4C" w:rsidRDefault="00000000">
            <w:pPr>
              <w:spacing w:after="0" w:line="240" w:lineRule="auto"/>
              <w:jc w:val="left"/>
            </w:pPr>
            <w:r>
              <w:rPr>
                <w:sz w:val="16"/>
              </w:rPr>
              <w:t>Av. Fatma Feyha Karslı</w:t>
            </w:r>
          </w:p>
        </w:tc>
        <w:tc>
          <w:tcPr>
            <w:tcW w:w="3628" w:type="dxa"/>
            <w:tcMar>
              <w:top w:w="38" w:type="dxa"/>
              <w:left w:w="55" w:type="dxa"/>
              <w:bottom w:w="38" w:type="dxa"/>
              <w:right w:w="55" w:type="dxa"/>
            </w:tcMar>
            <w:vAlign w:val="center"/>
          </w:tcPr>
          <w:p w14:paraId="377A7E35"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71487E0F" w14:textId="77777777" w:rsidR="000B7C4C" w:rsidRDefault="00000000">
            <w:pPr>
              <w:spacing w:after="0" w:line="240" w:lineRule="auto"/>
              <w:jc w:val="center"/>
            </w:pPr>
            <w:r>
              <w:rPr>
                <w:sz w:val="16"/>
              </w:rPr>
              <w:t>2463</w:t>
            </w:r>
          </w:p>
        </w:tc>
      </w:tr>
      <w:tr w:rsidR="000B7C4C" w14:paraId="14AE0C5C" w14:textId="77777777">
        <w:trPr>
          <w:cantSplit/>
          <w:jc w:val="center"/>
        </w:trPr>
        <w:tc>
          <w:tcPr>
            <w:tcW w:w="482" w:type="dxa"/>
            <w:tcMar>
              <w:top w:w="38" w:type="dxa"/>
              <w:left w:w="55" w:type="dxa"/>
              <w:bottom w:w="38" w:type="dxa"/>
              <w:right w:w="55" w:type="dxa"/>
            </w:tcMar>
            <w:vAlign w:val="center"/>
          </w:tcPr>
          <w:p w14:paraId="29F8207E" w14:textId="77777777" w:rsidR="000B7C4C" w:rsidRDefault="00000000">
            <w:pPr>
              <w:spacing w:after="0" w:line="240" w:lineRule="auto"/>
              <w:jc w:val="center"/>
            </w:pPr>
            <w:r>
              <w:rPr>
                <w:sz w:val="16"/>
              </w:rPr>
              <w:t>92</w:t>
            </w:r>
          </w:p>
        </w:tc>
        <w:tc>
          <w:tcPr>
            <w:tcW w:w="3855" w:type="dxa"/>
            <w:tcMar>
              <w:top w:w="38" w:type="dxa"/>
              <w:left w:w="55" w:type="dxa"/>
              <w:bottom w:w="38" w:type="dxa"/>
              <w:right w:w="55" w:type="dxa"/>
            </w:tcMar>
            <w:vAlign w:val="center"/>
          </w:tcPr>
          <w:p w14:paraId="2F033D91" w14:textId="77777777" w:rsidR="000B7C4C" w:rsidRDefault="00000000">
            <w:pPr>
              <w:spacing w:after="0" w:line="240" w:lineRule="auto"/>
              <w:jc w:val="left"/>
            </w:pPr>
            <w:r>
              <w:rPr>
                <w:sz w:val="16"/>
              </w:rPr>
              <w:t>Av. Leyla Bişen</w:t>
            </w:r>
          </w:p>
        </w:tc>
        <w:tc>
          <w:tcPr>
            <w:tcW w:w="3628" w:type="dxa"/>
            <w:tcMar>
              <w:top w:w="38" w:type="dxa"/>
              <w:left w:w="55" w:type="dxa"/>
              <w:bottom w:w="38" w:type="dxa"/>
              <w:right w:w="55" w:type="dxa"/>
            </w:tcMar>
            <w:vAlign w:val="center"/>
          </w:tcPr>
          <w:p w14:paraId="2A5DBB91"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68F185FC" w14:textId="77777777" w:rsidR="000B7C4C" w:rsidRDefault="00000000">
            <w:pPr>
              <w:spacing w:after="0" w:line="240" w:lineRule="auto"/>
              <w:jc w:val="center"/>
            </w:pPr>
            <w:r>
              <w:rPr>
                <w:sz w:val="16"/>
              </w:rPr>
              <w:t>611</w:t>
            </w:r>
          </w:p>
        </w:tc>
      </w:tr>
      <w:tr w:rsidR="000B7C4C" w14:paraId="75CB4F1F" w14:textId="77777777">
        <w:trPr>
          <w:cantSplit/>
          <w:jc w:val="center"/>
        </w:trPr>
        <w:tc>
          <w:tcPr>
            <w:tcW w:w="482" w:type="dxa"/>
            <w:tcMar>
              <w:top w:w="38" w:type="dxa"/>
              <w:left w:w="55" w:type="dxa"/>
              <w:bottom w:w="38" w:type="dxa"/>
              <w:right w:w="55" w:type="dxa"/>
            </w:tcMar>
            <w:vAlign w:val="center"/>
          </w:tcPr>
          <w:p w14:paraId="741CE9E7" w14:textId="77777777" w:rsidR="000B7C4C" w:rsidRDefault="00000000">
            <w:pPr>
              <w:spacing w:after="0" w:line="240" w:lineRule="auto"/>
              <w:jc w:val="center"/>
            </w:pPr>
            <w:r>
              <w:rPr>
                <w:sz w:val="16"/>
              </w:rPr>
              <w:t>93</w:t>
            </w:r>
          </w:p>
        </w:tc>
        <w:tc>
          <w:tcPr>
            <w:tcW w:w="3855" w:type="dxa"/>
            <w:tcMar>
              <w:top w:w="38" w:type="dxa"/>
              <w:left w:w="55" w:type="dxa"/>
              <w:bottom w:w="38" w:type="dxa"/>
              <w:right w:w="55" w:type="dxa"/>
            </w:tcMar>
            <w:vAlign w:val="center"/>
          </w:tcPr>
          <w:p w14:paraId="144643DF" w14:textId="77777777" w:rsidR="000B7C4C" w:rsidRDefault="00000000">
            <w:pPr>
              <w:spacing w:after="0" w:line="240" w:lineRule="auto"/>
              <w:jc w:val="left"/>
            </w:pPr>
            <w:r>
              <w:rPr>
                <w:sz w:val="16"/>
              </w:rPr>
              <w:t>Av. Bülent Turan</w:t>
            </w:r>
          </w:p>
        </w:tc>
        <w:tc>
          <w:tcPr>
            <w:tcW w:w="3628" w:type="dxa"/>
            <w:tcMar>
              <w:top w:w="38" w:type="dxa"/>
              <w:left w:w="55" w:type="dxa"/>
              <w:bottom w:w="38" w:type="dxa"/>
              <w:right w:w="55" w:type="dxa"/>
            </w:tcMar>
            <w:vAlign w:val="center"/>
          </w:tcPr>
          <w:p w14:paraId="66A68CB7" w14:textId="77777777" w:rsidR="000B7C4C" w:rsidRDefault="00000000">
            <w:pPr>
              <w:spacing w:after="0" w:line="240" w:lineRule="auto"/>
              <w:jc w:val="left"/>
            </w:pPr>
            <w:r>
              <w:rPr>
                <w:sz w:val="16"/>
              </w:rPr>
              <w:t>Gaziantep Barosu</w:t>
            </w:r>
          </w:p>
        </w:tc>
        <w:tc>
          <w:tcPr>
            <w:tcW w:w="1701" w:type="dxa"/>
            <w:tcMar>
              <w:top w:w="38" w:type="dxa"/>
              <w:left w:w="55" w:type="dxa"/>
              <w:bottom w:w="38" w:type="dxa"/>
              <w:right w:w="55" w:type="dxa"/>
            </w:tcMar>
            <w:vAlign w:val="center"/>
          </w:tcPr>
          <w:p w14:paraId="1E7125FE" w14:textId="77777777" w:rsidR="000B7C4C" w:rsidRDefault="00000000">
            <w:pPr>
              <w:spacing w:after="0" w:line="240" w:lineRule="auto"/>
              <w:jc w:val="center"/>
            </w:pPr>
            <w:r>
              <w:rPr>
                <w:sz w:val="16"/>
              </w:rPr>
              <w:t>1104</w:t>
            </w:r>
          </w:p>
        </w:tc>
      </w:tr>
      <w:tr w:rsidR="000B7C4C" w14:paraId="52ED6A3A" w14:textId="77777777">
        <w:trPr>
          <w:cantSplit/>
          <w:jc w:val="center"/>
        </w:trPr>
        <w:tc>
          <w:tcPr>
            <w:tcW w:w="482" w:type="dxa"/>
            <w:tcMar>
              <w:top w:w="38" w:type="dxa"/>
              <w:left w:w="55" w:type="dxa"/>
              <w:bottom w:w="38" w:type="dxa"/>
              <w:right w:w="55" w:type="dxa"/>
            </w:tcMar>
            <w:vAlign w:val="center"/>
          </w:tcPr>
          <w:p w14:paraId="13A74DE7" w14:textId="77777777" w:rsidR="000B7C4C" w:rsidRDefault="00000000">
            <w:pPr>
              <w:spacing w:after="0" w:line="240" w:lineRule="auto"/>
              <w:jc w:val="center"/>
            </w:pPr>
            <w:r>
              <w:rPr>
                <w:sz w:val="16"/>
              </w:rPr>
              <w:t>94</w:t>
            </w:r>
          </w:p>
        </w:tc>
        <w:tc>
          <w:tcPr>
            <w:tcW w:w="3855" w:type="dxa"/>
            <w:tcMar>
              <w:top w:w="38" w:type="dxa"/>
              <w:left w:w="55" w:type="dxa"/>
              <w:bottom w:w="38" w:type="dxa"/>
              <w:right w:w="55" w:type="dxa"/>
            </w:tcMar>
            <w:vAlign w:val="center"/>
          </w:tcPr>
          <w:p w14:paraId="1464514A" w14:textId="77777777" w:rsidR="000B7C4C" w:rsidRDefault="00000000">
            <w:pPr>
              <w:spacing w:after="0" w:line="240" w:lineRule="auto"/>
              <w:jc w:val="left"/>
            </w:pPr>
            <w:r>
              <w:rPr>
                <w:sz w:val="16"/>
              </w:rPr>
              <w:t>Av. Ayşenur Özdemir</w:t>
            </w:r>
          </w:p>
        </w:tc>
        <w:tc>
          <w:tcPr>
            <w:tcW w:w="3628" w:type="dxa"/>
            <w:tcMar>
              <w:top w:w="38" w:type="dxa"/>
              <w:left w:w="55" w:type="dxa"/>
              <w:bottom w:w="38" w:type="dxa"/>
              <w:right w:w="55" w:type="dxa"/>
            </w:tcMar>
            <w:vAlign w:val="center"/>
          </w:tcPr>
          <w:p w14:paraId="678F4A7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7F28951D" w14:textId="77777777" w:rsidR="000B7C4C" w:rsidRDefault="00000000">
            <w:pPr>
              <w:spacing w:after="0" w:line="240" w:lineRule="auto"/>
              <w:jc w:val="center"/>
            </w:pPr>
            <w:r>
              <w:rPr>
                <w:sz w:val="16"/>
              </w:rPr>
              <w:t>63066</w:t>
            </w:r>
          </w:p>
        </w:tc>
      </w:tr>
      <w:tr w:rsidR="000B7C4C" w14:paraId="15EF2F21" w14:textId="77777777">
        <w:trPr>
          <w:cantSplit/>
          <w:jc w:val="center"/>
        </w:trPr>
        <w:tc>
          <w:tcPr>
            <w:tcW w:w="482" w:type="dxa"/>
            <w:tcMar>
              <w:top w:w="38" w:type="dxa"/>
              <w:left w:w="55" w:type="dxa"/>
              <w:bottom w:w="38" w:type="dxa"/>
              <w:right w:w="55" w:type="dxa"/>
            </w:tcMar>
            <w:vAlign w:val="center"/>
          </w:tcPr>
          <w:p w14:paraId="79111419" w14:textId="77777777" w:rsidR="000B7C4C" w:rsidRDefault="00000000">
            <w:pPr>
              <w:spacing w:after="0" w:line="240" w:lineRule="auto"/>
              <w:jc w:val="center"/>
            </w:pPr>
            <w:r>
              <w:rPr>
                <w:sz w:val="16"/>
              </w:rPr>
              <w:t>95</w:t>
            </w:r>
          </w:p>
        </w:tc>
        <w:tc>
          <w:tcPr>
            <w:tcW w:w="3855" w:type="dxa"/>
            <w:tcMar>
              <w:top w:w="38" w:type="dxa"/>
              <w:left w:w="55" w:type="dxa"/>
              <w:bottom w:w="38" w:type="dxa"/>
              <w:right w:w="55" w:type="dxa"/>
            </w:tcMar>
            <w:vAlign w:val="center"/>
          </w:tcPr>
          <w:p w14:paraId="1F3D0BE7" w14:textId="77777777" w:rsidR="000B7C4C" w:rsidRDefault="00000000">
            <w:pPr>
              <w:spacing w:after="0" w:line="240" w:lineRule="auto"/>
              <w:jc w:val="left"/>
            </w:pPr>
            <w:r>
              <w:rPr>
                <w:sz w:val="16"/>
              </w:rPr>
              <w:t>Av. Devrim Avcı</w:t>
            </w:r>
          </w:p>
        </w:tc>
        <w:tc>
          <w:tcPr>
            <w:tcW w:w="3628" w:type="dxa"/>
            <w:tcMar>
              <w:top w:w="38" w:type="dxa"/>
              <w:left w:w="55" w:type="dxa"/>
              <w:bottom w:w="38" w:type="dxa"/>
              <w:right w:w="55" w:type="dxa"/>
            </w:tcMar>
            <w:vAlign w:val="center"/>
          </w:tcPr>
          <w:p w14:paraId="03FE6A79"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247575B" w14:textId="77777777" w:rsidR="000B7C4C" w:rsidRDefault="00000000">
            <w:pPr>
              <w:spacing w:after="0" w:line="240" w:lineRule="auto"/>
              <w:jc w:val="center"/>
            </w:pPr>
            <w:r>
              <w:rPr>
                <w:sz w:val="16"/>
              </w:rPr>
              <w:t>23896</w:t>
            </w:r>
          </w:p>
        </w:tc>
      </w:tr>
      <w:tr w:rsidR="000B7C4C" w14:paraId="1170C1AD" w14:textId="77777777">
        <w:trPr>
          <w:cantSplit/>
          <w:jc w:val="center"/>
        </w:trPr>
        <w:tc>
          <w:tcPr>
            <w:tcW w:w="482" w:type="dxa"/>
            <w:tcMar>
              <w:top w:w="38" w:type="dxa"/>
              <w:left w:w="55" w:type="dxa"/>
              <w:bottom w:w="38" w:type="dxa"/>
              <w:right w:w="55" w:type="dxa"/>
            </w:tcMar>
            <w:vAlign w:val="center"/>
          </w:tcPr>
          <w:p w14:paraId="13EFBC23" w14:textId="77777777" w:rsidR="000B7C4C" w:rsidRDefault="00000000">
            <w:pPr>
              <w:spacing w:after="0" w:line="240" w:lineRule="auto"/>
              <w:jc w:val="center"/>
            </w:pPr>
            <w:r>
              <w:rPr>
                <w:sz w:val="16"/>
              </w:rPr>
              <w:t>96</w:t>
            </w:r>
          </w:p>
        </w:tc>
        <w:tc>
          <w:tcPr>
            <w:tcW w:w="3855" w:type="dxa"/>
            <w:tcMar>
              <w:top w:w="38" w:type="dxa"/>
              <w:left w:w="55" w:type="dxa"/>
              <w:bottom w:w="38" w:type="dxa"/>
              <w:right w:w="55" w:type="dxa"/>
            </w:tcMar>
            <w:vAlign w:val="center"/>
          </w:tcPr>
          <w:p w14:paraId="6F115890" w14:textId="77777777" w:rsidR="000B7C4C" w:rsidRDefault="00000000">
            <w:pPr>
              <w:spacing w:after="0" w:line="240" w:lineRule="auto"/>
              <w:jc w:val="left"/>
            </w:pPr>
            <w:r>
              <w:rPr>
                <w:sz w:val="16"/>
              </w:rPr>
              <w:t>Av. Osman Zeki Erdoğan</w:t>
            </w:r>
          </w:p>
        </w:tc>
        <w:tc>
          <w:tcPr>
            <w:tcW w:w="3628" w:type="dxa"/>
            <w:tcMar>
              <w:top w:w="38" w:type="dxa"/>
              <w:left w:w="55" w:type="dxa"/>
              <w:bottom w:w="38" w:type="dxa"/>
              <w:right w:w="55" w:type="dxa"/>
            </w:tcMar>
            <w:vAlign w:val="center"/>
          </w:tcPr>
          <w:p w14:paraId="077F81F4"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41A92803" w14:textId="77777777" w:rsidR="000B7C4C" w:rsidRDefault="00000000">
            <w:pPr>
              <w:spacing w:after="0" w:line="240" w:lineRule="auto"/>
              <w:jc w:val="center"/>
            </w:pPr>
            <w:r>
              <w:rPr>
                <w:sz w:val="16"/>
              </w:rPr>
              <w:t>30241</w:t>
            </w:r>
          </w:p>
        </w:tc>
      </w:tr>
      <w:tr w:rsidR="000B7C4C" w14:paraId="584AB262" w14:textId="77777777">
        <w:trPr>
          <w:cantSplit/>
          <w:jc w:val="center"/>
        </w:trPr>
        <w:tc>
          <w:tcPr>
            <w:tcW w:w="482" w:type="dxa"/>
            <w:tcMar>
              <w:top w:w="38" w:type="dxa"/>
              <w:left w:w="55" w:type="dxa"/>
              <w:bottom w:w="38" w:type="dxa"/>
              <w:right w:w="55" w:type="dxa"/>
            </w:tcMar>
            <w:vAlign w:val="center"/>
          </w:tcPr>
          <w:p w14:paraId="2DC2C15F" w14:textId="77777777" w:rsidR="000B7C4C" w:rsidRDefault="00000000">
            <w:pPr>
              <w:spacing w:after="0" w:line="240" w:lineRule="auto"/>
              <w:jc w:val="center"/>
            </w:pPr>
            <w:r>
              <w:rPr>
                <w:sz w:val="16"/>
              </w:rPr>
              <w:t>97</w:t>
            </w:r>
          </w:p>
        </w:tc>
        <w:tc>
          <w:tcPr>
            <w:tcW w:w="3855" w:type="dxa"/>
            <w:tcMar>
              <w:top w:w="38" w:type="dxa"/>
              <w:left w:w="55" w:type="dxa"/>
              <w:bottom w:w="38" w:type="dxa"/>
              <w:right w:w="55" w:type="dxa"/>
            </w:tcMar>
            <w:vAlign w:val="center"/>
          </w:tcPr>
          <w:p w14:paraId="238123D8" w14:textId="77777777" w:rsidR="000B7C4C" w:rsidRDefault="00000000">
            <w:pPr>
              <w:spacing w:after="0" w:line="240" w:lineRule="auto"/>
              <w:jc w:val="left"/>
            </w:pPr>
            <w:r>
              <w:rPr>
                <w:sz w:val="16"/>
              </w:rPr>
              <w:t>Av. Heval Yıldız Karasu</w:t>
            </w:r>
          </w:p>
        </w:tc>
        <w:tc>
          <w:tcPr>
            <w:tcW w:w="3628" w:type="dxa"/>
            <w:tcMar>
              <w:top w:w="38" w:type="dxa"/>
              <w:left w:w="55" w:type="dxa"/>
              <w:bottom w:w="38" w:type="dxa"/>
              <w:right w:w="55" w:type="dxa"/>
            </w:tcMar>
            <w:vAlign w:val="center"/>
          </w:tcPr>
          <w:p w14:paraId="2C48D024" w14:textId="77777777" w:rsidR="000B7C4C" w:rsidRDefault="00000000">
            <w:pPr>
              <w:spacing w:after="0" w:line="240" w:lineRule="auto"/>
              <w:jc w:val="left"/>
            </w:pPr>
            <w:r>
              <w:rPr>
                <w:sz w:val="16"/>
              </w:rPr>
              <w:t>Eskişehir Barosu</w:t>
            </w:r>
          </w:p>
        </w:tc>
        <w:tc>
          <w:tcPr>
            <w:tcW w:w="1701" w:type="dxa"/>
            <w:tcMar>
              <w:top w:w="38" w:type="dxa"/>
              <w:left w:w="55" w:type="dxa"/>
              <w:bottom w:w="38" w:type="dxa"/>
              <w:right w:w="55" w:type="dxa"/>
            </w:tcMar>
            <w:vAlign w:val="center"/>
          </w:tcPr>
          <w:p w14:paraId="0065B12D" w14:textId="77777777" w:rsidR="000B7C4C" w:rsidRDefault="00000000">
            <w:pPr>
              <w:spacing w:after="0" w:line="240" w:lineRule="auto"/>
              <w:jc w:val="center"/>
            </w:pPr>
            <w:r>
              <w:rPr>
                <w:sz w:val="16"/>
              </w:rPr>
              <w:t>10919</w:t>
            </w:r>
          </w:p>
        </w:tc>
      </w:tr>
      <w:tr w:rsidR="000B7C4C" w14:paraId="4C0856E2" w14:textId="77777777">
        <w:trPr>
          <w:cantSplit/>
          <w:jc w:val="center"/>
        </w:trPr>
        <w:tc>
          <w:tcPr>
            <w:tcW w:w="482" w:type="dxa"/>
            <w:tcMar>
              <w:top w:w="38" w:type="dxa"/>
              <w:left w:w="55" w:type="dxa"/>
              <w:bottom w:w="38" w:type="dxa"/>
              <w:right w:w="55" w:type="dxa"/>
            </w:tcMar>
            <w:vAlign w:val="center"/>
          </w:tcPr>
          <w:p w14:paraId="44AA4BCB" w14:textId="77777777" w:rsidR="000B7C4C" w:rsidRDefault="00000000">
            <w:pPr>
              <w:spacing w:after="0" w:line="240" w:lineRule="auto"/>
              <w:jc w:val="center"/>
            </w:pPr>
            <w:r>
              <w:rPr>
                <w:sz w:val="16"/>
              </w:rPr>
              <w:t>98</w:t>
            </w:r>
          </w:p>
        </w:tc>
        <w:tc>
          <w:tcPr>
            <w:tcW w:w="3855" w:type="dxa"/>
            <w:tcMar>
              <w:top w:w="38" w:type="dxa"/>
              <w:left w:w="55" w:type="dxa"/>
              <w:bottom w:w="38" w:type="dxa"/>
              <w:right w:w="55" w:type="dxa"/>
            </w:tcMar>
            <w:vAlign w:val="center"/>
          </w:tcPr>
          <w:p w14:paraId="542A8C14" w14:textId="77777777" w:rsidR="000B7C4C" w:rsidRDefault="00000000">
            <w:pPr>
              <w:spacing w:after="0" w:line="240" w:lineRule="auto"/>
              <w:jc w:val="left"/>
            </w:pPr>
            <w:r>
              <w:rPr>
                <w:sz w:val="16"/>
              </w:rPr>
              <w:t>Av. Aziz Sançar Dalman</w:t>
            </w:r>
          </w:p>
        </w:tc>
        <w:tc>
          <w:tcPr>
            <w:tcW w:w="3628" w:type="dxa"/>
            <w:tcMar>
              <w:top w:w="38" w:type="dxa"/>
              <w:left w:w="55" w:type="dxa"/>
              <w:bottom w:w="38" w:type="dxa"/>
              <w:right w:w="55" w:type="dxa"/>
            </w:tcMar>
            <w:vAlign w:val="center"/>
          </w:tcPr>
          <w:p w14:paraId="7F4CB33A" w14:textId="77777777" w:rsidR="000B7C4C" w:rsidRDefault="00000000">
            <w:pPr>
              <w:spacing w:after="0" w:line="240" w:lineRule="auto"/>
              <w:jc w:val="left"/>
            </w:pPr>
            <w:r>
              <w:rPr>
                <w:sz w:val="16"/>
              </w:rPr>
              <w:t>Sakarya Barosu</w:t>
            </w:r>
          </w:p>
        </w:tc>
        <w:tc>
          <w:tcPr>
            <w:tcW w:w="1701" w:type="dxa"/>
            <w:tcMar>
              <w:top w:w="38" w:type="dxa"/>
              <w:left w:w="55" w:type="dxa"/>
              <w:bottom w:w="38" w:type="dxa"/>
              <w:right w:w="55" w:type="dxa"/>
            </w:tcMar>
            <w:vAlign w:val="center"/>
          </w:tcPr>
          <w:p w14:paraId="3C84C1B7" w14:textId="77777777" w:rsidR="000B7C4C" w:rsidRDefault="00000000">
            <w:pPr>
              <w:spacing w:after="0" w:line="240" w:lineRule="auto"/>
              <w:jc w:val="center"/>
            </w:pPr>
            <w:r>
              <w:rPr>
                <w:sz w:val="16"/>
              </w:rPr>
              <w:t>1352</w:t>
            </w:r>
          </w:p>
        </w:tc>
      </w:tr>
      <w:tr w:rsidR="000B7C4C" w14:paraId="39C60749" w14:textId="77777777">
        <w:trPr>
          <w:cantSplit/>
          <w:jc w:val="center"/>
        </w:trPr>
        <w:tc>
          <w:tcPr>
            <w:tcW w:w="482" w:type="dxa"/>
            <w:tcMar>
              <w:top w:w="38" w:type="dxa"/>
              <w:left w:w="55" w:type="dxa"/>
              <w:bottom w:w="38" w:type="dxa"/>
              <w:right w:w="55" w:type="dxa"/>
            </w:tcMar>
            <w:vAlign w:val="center"/>
          </w:tcPr>
          <w:p w14:paraId="76F9E7ED" w14:textId="77777777" w:rsidR="000B7C4C" w:rsidRDefault="00000000">
            <w:pPr>
              <w:spacing w:after="0" w:line="240" w:lineRule="auto"/>
              <w:jc w:val="center"/>
            </w:pPr>
            <w:r>
              <w:rPr>
                <w:sz w:val="16"/>
              </w:rPr>
              <w:t>99</w:t>
            </w:r>
          </w:p>
        </w:tc>
        <w:tc>
          <w:tcPr>
            <w:tcW w:w="3855" w:type="dxa"/>
            <w:tcMar>
              <w:top w:w="38" w:type="dxa"/>
              <w:left w:w="55" w:type="dxa"/>
              <w:bottom w:w="38" w:type="dxa"/>
              <w:right w:w="55" w:type="dxa"/>
            </w:tcMar>
            <w:vAlign w:val="center"/>
          </w:tcPr>
          <w:p w14:paraId="6C436867" w14:textId="77777777" w:rsidR="000B7C4C" w:rsidRDefault="00000000">
            <w:pPr>
              <w:spacing w:after="0" w:line="240" w:lineRule="auto"/>
              <w:jc w:val="left"/>
            </w:pPr>
            <w:r>
              <w:rPr>
                <w:sz w:val="16"/>
              </w:rPr>
              <w:t>Av. Tora Pekin</w:t>
            </w:r>
          </w:p>
        </w:tc>
        <w:tc>
          <w:tcPr>
            <w:tcW w:w="3628" w:type="dxa"/>
            <w:tcMar>
              <w:top w:w="38" w:type="dxa"/>
              <w:left w:w="55" w:type="dxa"/>
              <w:bottom w:w="38" w:type="dxa"/>
              <w:right w:w="55" w:type="dxa"/>
            </w:tcMar>
            <w:vAlign w:val="center"/>
          </w:tcPr>
          <w:p w14:paraId="71093A9D"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0A1A9B57" w14:textId="77777777" w:rsidR="000B7C4C" w:rsidRDefault="00000000">
            <w:pPr>
              <w:spacing w:after="0" w:line="240" w:lineRule="auto"/>
              <w:jc w:val="center"/>
            </w:pPr>
            <w:r>
              <w:rPr>
                <w:sz w:val="16"/>
              </w:rPr>
              <w:t>21096</w:t>
            </w:r>
          </w:p>
        </w:tc>
      </w:tr>
      <w:tr w:rsidR="000B7C4C" w14:paraId="2A904053" w14:textId="77777777">
        <w:trPr>
          <w:cantSplit/>
          <w:jc w:val="center"/>
        </w:trPr>
        <w:tc>
          <w:tcPr>
            <w:tcW w:w="482" w:type="dxa"/>
            <w:tcMar>
              <w:top w:w="38" w:type="dxa"/>
              <w:left w:w="55" w:type="dxa"/>
              <w:bottom w:w="38" w:type="dxa"/>
              <w:right w:w="55" w:type="dxa"/>
            </w:tcMar>
            <w:vAlign w:val="center"/>
          </w:tcPr>
          <w:p w14:paraId="7D125B93" w14:textId="77777777" w:rsidR="000B7C4C" w:rsidRDefault="00000000">
            <w:pPr>
              <w:spacing w:after="0" w:line="240" w:lineRule="auto"/>
              <w:jc w:val="center"/>
            </w:pPr>
            <w:r>
              <w:rPr>
                <w:sz w:val="16"/>
              </w:rPr>
              <w:t>100</w:t>
            </w:r>
          </w:p>
        </w:tc>
        <w:tc>
          <w:tcPr>
            <w:tcW w:w="3855" w:type="dxa"/>
            <w:tcMar>
              <w:top w:w="38" w:type="dxa"/>
              <w:left w:w="55" w:type="dxa"/>
              <w:bottom w:w="38" w:type="dxa"/>
              <w:right w:w="55" w:type="dxa"/>
            </w:tcMar>
            <w:vAlign w:val="center"/>
          </w:tcPr>
          <w:p w14:paraId="4450115C" w14:textId="77777777" w:rsidR="000B7C4C" w:rsidRDefault="00000000">
            <w:pPr>
              <w:spacing w:after="0" w:line="240" w:lineRule="auto"/>
              <w:jc w:val="left"/>
            </w:pPr>
            <w:r>
              <w:rPr>
                <w:sz w:val="16"/>
              </w:rPr>
              <w:t>Av. Münip Eremiş</w:t>
            </w:r>
          </w:p>
        </w:tc>
        <w:tc>
          <w:tcPr>
            <w:tcW w:w="3628" w:type="dxa"/>
            <w:tcMar>
              <w:top w:w="38" w:type="dxa"/>
              <w:left w:w="55" w:type="dxa"/>
              <w:bottom w:w="38" w:type="dxa"/>
              <w:right w:w="55" w:type="dxa"/>
            </w:tcMar>
            <w:vAlign w:val="center"/>
          </w:tcPr>
          <w:p w14:paraId="4EB6D31C" w14:textId="77777777" w:rsidR="000B7C4C" w:rsidRDefault="00000000">
            <w:pPr>
              <w:spacing w:after="0" w:line="240" w:lineRule="auto"/>
              <w:jc w:val="left"/>
            </w:pPr>
            <w:r>
              <w:rPr>
                <w:sz w:val="16"/>
              </w:rPr>
              <w:t>Antalya Barosu</w:t>
            </w:r>
          </w:p>
        </w:tc>
        <w:tc>
          <w:tcPr>
            <w:tcW w:w="1701" w:type="dxa"/>
            <w:tcMar>
              <w:top w:w="38" w:type="dxa"/>
              <w:left w:w="55" w:type="dxa"/>
              <w:bottom w:w="38" w:type="dxa"/>
              <w:right w:w="55" w:type="dxa"/>
            </w:tcMar>
            <w:vAlign w:val="center"/>
          </w:tcPr>
          <w:p w14:paraId="56CDA719" w14:textId="77777777" w:rsidR="000B7C4C" w:rsidRDefault="00000000">
            <w:pPr>
              <w:spacing w:after="0" w:line="240" w:lineRule="auto"/>
              <w:jc w:val="center"/>
            </w:pPr>
            <w:r>
              <w:rPr>
                <w:sz w:val="16"/>
              </w:rPr>
              <w:t>848</w:t>
            </w:r>
          </w:p>
        </w:tc>
      </w:tr>
      <w:tr w:rsidR="000B7C4C" w14:paraId="284E04DF" w14:textId="77777777">
        <w:trPr>
          <w:cantSplit/>
          <w:jc w:val="center"/>
        </w:trPr>
        <w:tc>
          <w:tcPr>
            <w:tcW w:w="482" w:type="dxa"/>
            <w:tcMar>
              <w:top w:w="38" w:type="dxa"/>
              <w:left w:w="55" w:type="dxa"/>
              <w:bottom w:w="38" w:type="dxa"/>
              <w:right w:w="55" w:type="dxa"/>
            </w:tcMar>
            <w:vAlign w:val="center"/>
          </w:tcPr>
          <w:p w14:paraId="7B008C9C" w14:textId="77777777" w:rsidR="000B7C4C" w:rsidRDefault="00000000">
            <w:pPr>
              <w:spacing w:after="0" w:line="240" w:lineRule="auto"/>
              <w:jc w:val="center"/>
            </w:pPr>
            <w:r>
              <w:rPr>
                <w:sz w:val="16"/>
              </w:rPr>
              <w:t>101</w:t>
            </w:r>
          </w:p>
        </w:tc>
        <w:tc>
          <w:tcPr>
            <w:tcW w:w="3855" w:type="dxa"/>
            <w:tcMar>
              <w:top w:w="38" w:type="dxa"/>
              <w:left w:w="55" w:type="dxa"/>
              <w:bottom w:w="38" w:type="dxa"/>
              <w:right w:w="55" w:type="dxa"/>
            </w:tcMar>
            <w:vAlign w:val="center"/>
          </w:tcPr>
          <w:p w14:paraId="5F1F426B" w14:textId="77777777" w:rsidR="000B7C4C" w:rsidRDefault="00000000">
            <w:pPr>
              <w:spacing w:after="0" w:line="240" w:lineRule="auto"/>
              <w:jc w:val="left"/>
            </w:pPr>
            <w:r>
              <w:rPr>
                <w:sz w:val="16"/>
              </w:rPr>
              <w:t>Av. Ahmet Melik Derindere</w:t>
            </w:r>
          </w:p>
        </w:tc>
        <w:tc>
          <w:tcPr>
            <w:tcW w:w="3628" w:type="dxa"/>
            <w:tcMar>
              <w:top w:w="38" w:type="dxa"/>
              <w:left w:w="55" w:type="dxa"/>
              <w:bottom w:w="38" w:type="dxa"/>
              <w:right w:w="55" w:type="dxa"/>
            </w:tcMar>
            <w:vAlign w:val="center"/>
          </w:tcPr>
          <w:p w14:paraId="4D43E58D" w14:textId="77777777" w:rsidR="000B7C4C" w:rsidRDefault="00000000">
            <w:pPr>
              <w:spacing w:after="0" w:line="240" w:lineRule="auto"/>
              <w:jc w:val="left"/>
            </w:pPr>
            <w:r>
              <w:rPr>
                <w:sz w:val="16"/>
              </w:rPr>
              <w:t>Amasya Barosu</w:t>
            </w:r>
          </w:p>
        </w:tc>
        <w:tc>
          <w:tcPr>
            <w:tcW w:w="1701" w:type="dxa"/>
            <w:tcMar>
              <w:top w:w="38" w:type="dxa"/>
              <w:left w:w="55" w:type="dxa"/>
              <w:bottom w:w="38" w:type="dxa"/>
              <w:right w:w="55" w:type="dxa"/>
            </w:tcMar>
            <w:vAlign w:val="center"/>
          </w:tcPr>
          <w:p w14:paraId="40CA3487" w14:textId="77777777" w:rsidR="000B7C4C" w:rsidRDefault="00000000">
            <w:pPr>
              <w:spacing w:after="0" w:line="240" w:lineRule="auto"/>
              <w:jc w:val="center"/>
            </w:pPr>
            <w:r>
              <w:rPr>
                <w:sz w:val="16"/>
              </w:rPr>
              <w:t>127</w:t>
            </w:r>
          </w:p>
        </w:tc>
      </w:tr>
      <w:tr w:rsidR="000B7C4C" w14:paraId="3BD72743" w14:textId="77777777">
        <w:trPr>
          <w:cantSplit/>
          <w:jc w:val="center"/>
        </w:trPr>
        <w:tc>
          <w:tcPr>
            <w:tcW w:w="482" w:type="dxa"/>
            <w:tcMar>
              <w:top w:w="38" w:type="dxa"/>
              <w:left w:w="55" w:type="dxa"/>
              <w:bottom w:w="38" w:type="dxa"/>
              <w:right w:w="55" w:type="dxa"/>
            </w:tcMar>
            <w:vAlign w:val="center"/>
          </w:tcPr>
          <w:p w14:paraId="541DB315" w14:textId="77777777" w:rsidR="000B7C4C" w:rsidRDefault="00000000">
            <w:pPr>
              <w:spacing w:after="0" w:line="240" w:lineRule="auto"/>
              <w:jc w:val="center"/>
            </w:pPr>
            <w:r>
              <w:rPr>
                <w:sz w:val="16"/>
              </w:rPr>
              <w:t>102</w:t>
            </w:r>
          </w:p>
        </w:tc>
        <w:tc>
          <w:tcPr>
            <w:tcW w:w="3855" w:type="dxa"/>
            <w:tcMar>
              <w:top w:w="38" w:type="dxa"/>
              <w:left w:w="55" w:type="dxa"/>
              <w:bottom w:w="38" w:type="dxa"/>
              <w:right w:w="55" w:type="dxa"/>
            </w:tcMar>
            <w:vAlign w:val="center"/>
          </w:tcPr>
          <w:p w14:paraId="126BFED4" w14:textId="77777777" w:rsidR="000B7C4C" w:rsidRDefault="00000000">
            <w:pPr>
              <w:spacing w:after="0" w:line="240" w:lineRule="auto"/>
              <w:jc w:val="left"/>
            </w:pPr>
            <w:r>
              <w:rPr>
                <w:sz w:val="16"/>
              </w:rPr>
              <w:t>Av. Azade Ay</w:t>
            </w:r>
          </w:p>
        </w:tc>
        <w:tc>
          <w:tcPr>
            <w:tcW w:w="3628" w:type="dxa"/>
            <w:tcMar>
              <w:top w:w="38" w:type="dxa"/>
              <w:left w:w="55" w:type="dxa"/>
              <w:bottom w:w="38" w:type="dxa"/>
              <w:right w:w="55" w:type="dxa"/>
            </w:tcMar>
            <w:vAlign w:val="center"/>
          </w:tcPr>
          <w:p w14:paraId="541BC875" w14:textId="77777777" w:rsidR="000B7C4C" w:rsidRDefault="00000000">
            <w:pPr>
              <w:spacing w:after="0" w:line="240" w:lineRule="auto"/>
              <w:jc w:val="left"/>
            </w:pPr>
            <w:r>
              <w:rPr>
                <w:sz w:val="16"/>
              </w:rPr>
              <w:t>Düzce Barosu</w:t>
            </w:r>
          </w:p>
        </w:tc>
        <w:tc>
          <w:tcPr>
            <w:tcW w:w="1701" w:type="dxa"/>
            <w:tcMar>
              <w:top w:w="38" w:type="dxa"/>
              <w:left w:w="55" w:type="dxa"/>
              <w:bottom w:w="38" w:type="dxa"/>
              <w:right w:w="55" w:type="dxa"/>
            </w:tcMar>
            <w:vAlign w:val="center"/>
          </w:tcPr>
          <w:p w14:paraId="48E6083F" w14:textId="77777777" w:rsidR="000B7C4C" w:rsidRDefault="00000000">
            <w:pPr>
              <w:spacing w:after="0" w:line="240" w:lineRule="auto"/>
              <w:jc w:val="center"/>
            </w:pPr>
            <w:r>
              <w:rPr>
                <w:sz w:val="16"/>
              </w:rPr>
              <w:t>47</w:t>
            </w:r>
          </w:p>
        </w:tc>
      </w:tr>
      <w:tr w:rsidR="000B7C4C" w14:paraId="3C248684" w14:textId="77777777">
        <w:trPr>
          <w:cantSplit/>
          <w:jc w:val="center"/>
        </w:trPr>
        <w:tc>
          <w:tcPr>
            <w:tcW w:w="482" w:type="dxa"/>
            <w:tcMar>
              <w:top w:w="38" w:type="dxa"/>
              <w:left w:w="55" w:type="dxa"/>
              <w:bottom w:w="38" w:type="dxa"/>
              <w:right w:w="55" w:type="dxa"/>
            </w:tcMar>
            <w:vAlign w:val="center"/>
          </w:tcPr>
          <w:p w14:paraId="480A0F07" w14:textId="77777777" w:rsidR="000B7C4C" w:rsidRDefault="00000000">
            <w:pPr>
              <w:spacing w:after="0" w:line="240" w:lineRule="auto"/>
              <w:jc w:val="center"/>
            </w:pPr>
            <w:r>
              <w:rPr>
                <w:sz w:val="16"/>
              </w:rPr>
              <w:t>103</w:t>
            </w:r>
          </w:p>
        </w:tc>
        <w:tc>
          <w:tcPr>
            <w:tcW w:w="3855" w:type="dxa"/>
            <w:tcMar>
              <w:top w:w="38" w:type="dxa"/>
              <w:left w:w="55" w:type="dxa"/>
              <w:bottom w:w="38" w:type="dxa"/>
              <w:right w:w="55" w:type="dxa"/>
            </w:tcMar>
            <w:vAlign w:val="center"/>
          </w:tcPr>
          <w:p w14:paraId="44EF69A4" w14:textId="77777777" w:rsidR="000B7C4C" w:rsidRDefault="00000000">
            <w:pPr>
              <w:spacing w:after="0" w:line="240" w:lineRule="auto"/>
              <w:jc w:val="left"/>
            </w:pPr>
            <w:r>
              <w:rPr>
                <w:sz w:val="16"/>
              </w:rPr>
              <w:t>Av. Rıza Koçak</w:t>
            </w:r>
          </w:p>
        </w:tc>
        <w:tc>
          <w:tcPr>
            <w:tcW w:w="3628" w:type="dxa"/>
            <w:tcMar>
              <w:top w:w="38" w:type="dxa"/>
              <w:left w:w="55" w:type="dxa"/>
              <w:bottom w:w="38" w:type="dxa"/>
              <w:right w:w="55" w:type="dxa"/>
            </w:tcMar>
            <w:vAlign w:val="center"/>
          </w:tcPr>
          <w:p w14:paraId="2FB49A36"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E8CD718" w14:textId="77777777" w:rsidR="000B7C4C" w:rsidRDefault="00000000">
            <w:pPr>
              <w:spacing w:after="0" w:line="240" w:lineRule="auto"/>
              <w:jc w:val="center"/>
            </w:pPr>
            <w:r>
              <w:rPr>
                <w:sz w:val="16"/>
              </w:rPr>
              <w:t>24641</w:t>
            </w:r>
          </w:p>
        </w:tc>
      </w:tr>
      <w:tr w:rsidR="000B7C4C" w14:paraId="53D334ED" w14:textId="77777777">
        <w:trPr>
          <w:cantSplit/>
          <w:jc w:val="center"/>
        </w:trPr>
        <w:tc>
          <w:tcPr>
            <w:tcW w:w="482" w:type="dxa"/>
            <w:tcMar>
              <w:top w:w="38" w:type="dxa"/>
              <w:left w:w="55" w:type="dxa"/>
              <w:bottom w:w="38" w:type="dxa"/>
              <w:right w:w="55" w:type="dxa"/>
            </w:tcMar>
            <w:vAlign w:val="center"/>
          </w:tcPr>
          <w:p w14:paraId="604944C7" w14:textId="77777777" w:rsidR="000B7C4C" w:rsidRDefault="00000000">
            <w:pPr>
              <w:spacing w:after="0" w:line="240" w:lineRule="auto"/>
              <w:jc w:val="center"/>
            </w:pPr>
            <w:r>
              <w:rPr>
                <w:sz w:val="16"/>
              </w:rPr>
              <w:lastRenderedPageBreak/>
              <w:t>104</w:t>
            </w:r>
          </w:p>
        </w:tc>
        <w:tc>
          <w:tcPr>
            <w:tcW w:w="3855" w:type="dxa"/>
            <w:tcMar>
              <w:top w:w="38" w:type="dxa"/>
              <w:left w:w="55" w:type="dxa"/>
              <w:bottom w:w="38" w:type="dxa"/>
              <w:right w:w="55" w:type="dxa"/>
            </w:tcMar>
            <w:vAlign w:val="center"/>
          </w:tcPr>
          <w:p w14:paraId="75E0636D" w14:textId="77777777" w:rsidR="000B7C4C" w:rsidRDefault="00000000">
            <w:pPr>
              <w:spacing w:after="0" w:line="240" w:lineRule="auto"/>
              <w:jc w:val="left"/>
            </w:pPr>
            <w:r>
              <w:rPr>
                <w:sz w:val="16"/>
              </w:rPr>
              <w:t>Av. Ahmet Dindar</w:t>
            </w:r>
          </w:p>
        </w:tc>
        <w:tc>
          <w:tcPr>
            <w:tcW w:w="3628" w:type="dxa"/>
            <w:tcMar>
              <w:top w:w="38" w:type="dxa"/>
              <w:left w:w="55" w:type="dxa"/>
              <w:bottom w:w="38" w:type="dxa"/>
              <w:right w:w="55" w:type="dxa"/>
            </w:tcMar>
            <w:vAlign w:val="center"/>
          </w:tcPr>
          <w:p w14:paraId="3C534455"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617154E8" w14:textId="77777777" w:rsidR="000B7C4C" w:rsidRDefault="00000000">
            <w:pPr>
              <w:spacing w:after="0" w:line="240" w:lineRule="auto"/>
              <w:jc w:val="center"/>
            </w:pPr>
            <w:r>
              <w:rPr>
                <w:sz w:val="16"/>
              </w:rPr>
              <w:t>14588</w:t>
            </w:r>
          </w:p>
        </w:tc>
      </w:tr>
      <w:tr w:rsidR="000B7C4C" w14:paraId="1136E939" w14:textId="77777777">
        <w:trPr>
          <w:cantSplit/>
          <w:jc w:val="center"/>
        </w:trPr>
        <w:tc>
          <w:tcPr>
            <w:tcW w:w="482" w:type="dxa"/>
            <w:tcMar>
              <w:top w:w="38" w:type="dxa"/>
              <w:left w:w="55" w:type="dxa"/>
              <w:bottom w:w="38" w:type="dxa"/>
              <w:right w:w="55" w:type="dxa"/>
            </w:tcMar>
            <w:vAlign w:val="center"/>
          </w:tcPr>
          <w:p w14:paraId="68A25078" w14:textId="77777777" w:rsidR="000B7C4C" w:rsidRDefault="00000000">
            <w:pPr>
              <w:spacing w:after="0" w:line="240" w:lineRule="auto"/>
              <w:jc w:val="center"/>
            </w:pPr>
            <w:r>
              <w:rPr>
                <w:sz w:val="16"/>
              </w:rPr>
              <w:t>105</w:t>
            </w:r>
          </w:p>
        </w:tc>
        <w:tc>
          <w:tcPr>
            <w:tcW w:w="3855" w:type="dxa"/>
            <w:tcMar>
              <w:top w:w="38" w:type="dxa"/>
              <w:left w:w="55" w:type="dxa"/>
              <w:bottom w:w="38" w:type="dxa"/>
              <w:right w:w="55" w:type="dxa"/>
            </w:tcMar>
            <w:vAlign w:val="center"/>
          </w:tcPr>
          <w:p w14:paraId="35F60CC5" w14:textId="77777777" w:rsidR="000B7C4C" w:rsidRDefault="00000000">
            <w:pPr>
              <w:spacing w:after="0" w:line="240" w:lineRule="auto"/>
              <w:jc w:val="left"/>
            </w:pPr>
            <w:r>
              <w:rPr>
                <w:sz w:val="16"/>
              </w:rPr>
              <w:t>Av. Funda Ekin</w:t>
            </w:r>
          </w:p>
        </w:tc>
        <w:tc>
          <w:tcPr>
            <w:tcW w:w="3628" w:type="dxa"/>
            <w:tcMar>
              <w:top w:w="38" w:type="dxa"/>
              <w:left w:w="55" w:type="dxa"/>
              <w:bottom w:w="38" w:type="dxa"/>
              <w:right w:w="55" w:type="dxa"/>
            </w:tcMar>
            <w:vAlign w:val="center"/>
          </w:tcPr>
          <w:p w14:paraId="3B54C11A"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D80CCA0" w14:textId="77777777" w:rsidR="000B7C4C" w:rsidRDefault="00000000">
            <w:pPr>
              <w:spacing w:after="0" w:line="240" w:lineRule="auto"/>
              <w:jc w:val="center"/>
            </w:pPr>
            <w:r>
              <w:rPr>
                <w:sz w:val="16"/>
              </w:rPr>
              <w:t>30225</w:t>
            </w:r>
          </w:p>
        </w:tc>
      </w:tr>
      <w:tr w:rsidR="000B7C4C" w14:paraId="05D239EC" w14:textId="77777777">
        <w:trPr>
          <w:cantSplit/>
          <w:jc w:val="center"/>
        </w:trPr>
        <w:tc>
          <w:tcPr>
            <w:tcW w:w="482" w:type="dxa"/>
            <w:tcMar>
              <w:top w:w="38" w:type="dxa"/>
              <w:left w:w="55" w:type="dxa"/>
              <w:bottom w:w="38" w:type="dxa"/>
              <w:right w:w="55" w:type="dxa"/>
            </w:tcMar>
            <w:vAlign w:val="center"/>
          </w:tcPr>
          <w:p w14:paraId="029DF40C" w14:textId="77777777" w:rsidR="000B7C4C" w:rsidRDefault="00000000">
            <w:pPr>
              <w:spacing w:after="0" w:line="240" w:lineRule="auto"/>
              <w:jc w:val="center"/>
            </w:pPr>
            <w:r>
              <w:rPr>
                <w:sz w:val="16"/>
              </w:rPr>
              <w:t>106</w:t>
            </w:r>
          </w:p>
        </w:tc>
        <w:tc>
          <w:tcPr>
            <w:tcW w:w="3855" w:type="dxa"/>
            <w:tcMar>
              <w:top w:w="38" w:type="dxa"/>
              <w:left w:w="55" w:type="dxa"/>
              <w:bottom w:w="38" w:type="dxa"/>
              <w:right w:w="55" w:type="dxa"/>
            </w:tcMar>
            <w:vAlign w:val="center"/>
          </w:tcPr>
          <w:p w14:paraId="00A816A7" w14:textId="77777777" w:rsidR="000B7C4C" w:rsidRDefault="00000000">
            <w:pPr>
              <w:spacing w:after="0" w:line="240" w:lineRule="auto"/>
              <w:jc w:val="left"/>
            </w:pPr>
            <w:r>
              <w:rPr>
                <w:sz w:val="16"/>
              </w:rPr>
              <w:t>Av. Asuman Gülsün Sop</w:t>
            </w:r>
          </w:p>
        </w:tc>
        <w:tc>
          <w:tcPr>
            <w:tcW w:w="3628" w:type="dxa"/>
            <w:tcMar>
              <w:top w:w="38" w:type="dxa"/>
              <w:left w:w="55" w:type="dxa"/>
              <w:bottom w:w="38" w:type="dxa"/>
              <w:right w:w="55" w:type="dxa"/>
            </w:tcMar>
            <w:vAlign w:val="center"/>
          </w:tcPr>
          <w:p w14:paraId="4B79B12D"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68EF824" w14:textId="77777777" w:rsidR="000B7C4C" w:rsidRDefault="00000000">
            <w:pPr>
              <w:spacing w:after="0" w:line="240" w:lineRule="auto"/>
              <w:jc w:val="center"/>
            </w:pPr>
            <w:r>
              <w:rPr>
                <w:sz w:val="16"/>
              </w:rPr>
              <w:t>16570</w:t>
            </w:r>
          </w:p>
        </w:tc>
      </w:tr>
      <w:tr w:rsidR="000B7C4C" w14:paraId="619D8F7F" w14:textId="77777777">
        <w:trPr>
          <w:cantSplit/>
          <w:jc w:val="center"/>
        </w:trPr>
        <w:tc>
          <w:tcPr>
            <w:tcW w:w="482" w:type="dxa"/>
            <w:tcMar>
              <w:top w:w="38" w:type="dxa"/>
              <w:left w:w="55" w:type="dxa"/>
              <w:bottom w:w="38" w:type="dxa"/>
              <w:right w:w="55" w:type="dxa"/>
            </w:tcMar>
            <w:vAlign w:val="center"/>
          </w:tcPr>
          <w:p w14:paraId="6D04D917" w14:textId="77777777" w:rsidR="000B7C4C" w:rsidRDefault="00000000">
            <w:pPr>
              <w:spacing w:after="0" w:line="240" w:lineRule="auto"/>
              <w:jc w:val="center"/>
            </w:pPr>
            <w:r>
              <w:rPr>
                <w:sz w:val="16"/>
              </w:rPr>
              <w:t>107</w:t>
            </w:r>
          </w:p>
        </w:tc>
        <w:tc>
          <w:tcPr>
            <w:tcW w:w="3855" w:type="dxa"/>
            <w:tcMar>
              <w:top w:w="38" w:type="dxa"/>
              <w:left w:w="55" w:type="dxa"/>
              <w:bottom w:w="38" w:type="dxa"/>
              <w:right w:w="55" w:type="dxa"/>
            </w:tcMar>
            <w:vAlign w:val="center"/>
          </w:tcPr>
          <w:p w14:paraId="6E0936B2" w14:textId="77777777" w:rsidR="000B7C4C" w:rsidRDefault="00000000">
            <w:pPr>
              <w:spacing w:after="0" w:line="240" w:lineRule="auto"/>
              <w:jc w:val="left"/>
            </w:pPr>
            <w:r>
              <w:rPr>
                <w:sz w:val="16"/>
              </w:rPr>
              <w:t>Av. Mustafa Kemal Güngör</w:t>
            </w:r>
          </w:p>
        </w:tc>
        <w:tc>
          <w:tcPr>
            <w:tcW w:w="3628" w:type="dxa"/>
            <w:tcMar>
              <w:top w:w="38" w:type="dxa"/>
              <w:left w:w="55" w:type="dxa"/>
              <w:bottom w:w="38" w:type="dxa"/>
              <w:right w:w="55" w:type="dxa"/>
            </w:tcMar>
            <w:vAlign w:val="center"/>
          </w:tcPr>
          <w:p w14:paraId="728447D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7C5FD91" w14:textId="77777777" w:rsidR="000B7C4C" w:rsidRDefault="00000000">
            <w:pPr>
              <w:spacing w:after="0" w:line="240" w:lineRule="auto"/>
              <w:jc w:val="center"/>
            </w:pPr>
            <w:r>
              <w:rPr>
                <w:sz w:val="16"/>
              </w:rPr>
              <w:t>13832</w:t>
            </w:r>
          </w:p>
        </w:tc>
      </w:tr>
      <w:tr w:rsidR="000B7C4C" w14:paraId="06333BA6" w14:textId="77777777">
        <w:trPr>
          <w:cantSplit/>
          <w:jc w:val="center"/>
        </w:trPr>
        <w:tc>
          <w:tcPr>
            <w:tcW w:w="482" w:type="dxa"/>
            <w:tcMar>
              <w:top w:w="38" w:type="dxa"/>
              <w:left w:w="55" w:type="dxa"/>
              <w:bottom w:w="38" w:type="dxa"/>
              <w:right w:w="55" w:type="dxa"/>
            </w:tcMar>
            <w:vAlign w:val="center"/>
          </w:tcPr>
          <w:p w14:paraId="7496E395" w14:textId="77777777" w:rsidR="000B7C4C" w:rsidRDefault="00000000">
            <w:pPr>
              <w:spacing w:after="0" w:line="240" w:lineRule="auto"/>
              <w:jc w:val="center"/>
            </w:pPr>
            <w:r>
              <w:rPr>
                <w:sz w:val="16"/>
              </w:rPr>
              <w:t>108</w:t>
            </w:r>
          </w:p>
        </w:tc>
        <w:tc>
          <w:tcPr>
            <w:tcW w:w="3855" w:type="dxa"/>
            <w:tcMar>
              <w:top w:w="38" w:type="dxa"/>
              <w:left w:w="55" w:type="dxa"/>
              <w:bottom w:w="38" w:type="dxa"/>
              <w:right w:w="55" w:type="dxa"/>
            </w:tcMar>
            <w:vAlign w:val="center"/>
          </w:tcPr>
          <w:p w14:paraId="5BA5D346" w14:textId="77777777" w:rsidR="000B7C4C" w:rsidRDefault="00000000">
            <w:pPr>
              <w:spacing w:after="0" w:line="240" w:lineRule="auto"/>
              <w:jc w:val="left"/>
            </w:pPr>
            <w:r>
              <w:rPr>
                <w:sz w:val="16"/>
              </w:rPr>
              <w:t>Av. Ahmet Kemal Kumkumoğlu</w:t>
            </w:r>
          </w:p>
        </w:tc>
        <w:tc>
          <w:tcPr>
            <w:tcW w:w="3628" w:type="dxa"/>
            <w:tcMar>
              <w:top w:w="38" w:type="dxa"/>
              <w:left w:w="55" w:type="dxa"/>
              <w:bottom w:w="38" w:type="dxa"/>
              <w:right w:w="55" w:type="dxa"/>
            </w:tcMar>
            <w:vAlign w:val="center"/>
          </w:tcPr>
          <w:p w14:paraId="03A6FFEC"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8B4ABE5" w14:textId="77777777" w:rsidR="000B7C4C" w:rsidRDefault="00000000">
            <w:pPr>
              <w:spacing w:after="0" w:line="240" w:lineRule="auto"/>
              <w:jc w:val="center"/>
            </w:pPr>
            <w:r>
              <w:rPr>
                <w:sz w:val="16"/>
              </w:rPr>
              <w:t>45993</w:t>
            </w:r>
          </w:p>
        </w:tc>
      </w:tr>
      <w:tr w:rsidR="000B7C4C" w14:paraId="40399A44" w14:textId="77777777">
        <w:trPr>
          <w:cantSplit/>
          <w:jc w:val="center"/>
        </w:trPr>
        <w:tc>
          <w:tcPr>
            <w:tcW w:w="482" w:type="dxa"/>
            <w:tcMar>
              <w:top w:w="38" w:type="dxa"/>
              <w:left w:w="55" w:type="dxa"/>
              <w:bottom w:w="38" w:type="dxa"/>
              <w:right w:w="55" w:type="dxa"/>
            </w:tcMar>
            <w:vAlign w:val="center"/>
          </w:tcPr>
          <w:p w14:paraId="7683FF68" w14:textId="77777777" w:rsidR="000B7C4C" w:rsidRDefault="00000000">
            <w:pPr>
              <w:spacing w:after="0" w:line="240" w:lineRule="auto"/>
              <w:jc w:val="center"/>
            </w:pPr>
            <w:r>
              <w:rPr>
                <w:sz w:val="16"/>
              </w:rPr>
              <w:t>109</w:t>
            </w:r>
          </w:p>
        </w:tc>
        <w:tc>
          <w:tcPr>
            <w:tcW w:w="3855" w:type="dxa"/>
            <w:tcMar>
              <w:top w:w="38" w:type="dxa"/>
              <w:left w:w="55" w:type="dxa"/>
              <w:bottom w:w="38" w:type="dxa"/>
              <w:right w:w="55" w:type="dxa"/>
            </w:tcMar>
            <w:vAlign w:val="center"/>
          </w:tcPr>
          <w:p w14:paraId="40EA2A26" w14:textId="77777777" w:rsidR="000B7C4C" w:rsidRDefault="00000000">
            <w:pPr>
              <w:spacing w:after="0" w:line="240" w:lineRule="auto"/>
              <w:jc w:val="left"/>
            </w:pPr>
            <w:r>
              <w:rPr>
                <w:sz w:val="16"/>
              </w:rPr>
              <w:t>Av. Fethiye Çetin</w:t>
            </w:r>
          </w:p>
        </w:tc>
        <w:tc>
          <w:tcPr>
            <w:tcW w:w="3628" w:type="dxa"/>
            <w:tcMar>
              <w:top w:w="38" w:type="dxa"/>
              <w:left w:w="55" w:type="dxa"/>
              <w:bottom w:w="38" w:type="dxa"/>
              <w:right w:w="55" w:type="dxa"/>
            </w:tcMar>
            <w:vAlign w:val="center"/>
          </w:tcPr>
          <w:p w14:paraId="725FC6E6"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5F5E5040" w14:textId="77777777" w:rsidR="000B7C4C" w:rsidRDefault="00000000">
            <w:pPr>
              <w:spacing w:after="0" w:line="240" w:lineRule="auto"/>
              <w:jc w:val="center"/>
            </w:pPr>
            <w:r>
              <w:rPr>
                <w:sz w:val="16"/>
              </w:rPr>
              <w:t>16111</w:t>
            </w:r>
          </w:p>
        </w:tc>
      </w:tr>
      <w:tr w:rsidR="000B7C4C" w14:paraId="168595C1" w14:textId="77777777">
        <w:trPr>
          <w:cantSplit/>
          <w:jc w:val="center"/>
        </w:trPr>
        <w:tc>
          <w:tcPr>
            <w:tcW w:w="482" w:type="dxa"/>
            <w:tcMar>
              <w:top w:w="38" w:type="dxa"/>
              <w:left w:w="55" w:type="dxa"/>
              <w:bottom w:w="38" w:type="dxa"/>
              <w:right w:w="55" w:type="dxa"/>
            </w:tcMar>
            <w:vAlign w:val="center"/>
          </w:tcPr>
          <w:p w14:paraId="7CDFF592" w14:textId="77777777" w:rsidR="000B7C4C" w:rsidRDefault="00000000">
            <w:pPr>
              <w:spacing w:after="0" w:line="240" w:lineRule="auto"/>
              <w:jc w:val="center"/>
            </w:pPr>
            <w:r>
              <w:rPr>
                <w:sz w:val="16"/>
              </w:rPr>
              <w:t>110</w:t>
            </w:r>
          </w:p>
        </w:tc>
        <w:tc>
          <w:tcPr>
            <w:tcW w:w="3855" w:type="dxa"/>
            <w:tcMar>
              <w:top w:w="38" w:type="dxa"/>
              <w:left w:w="55" w:type="dxa"/>
              <w:bottom w:w="38" w:type="dxa"/>
              <w:right w:w="55" w:type="dxa"/>
            </w:tcMar>
            <w:vAlign w:val="center"/>
          </w:tcPr>
          <w:p w14:paraId="36DCDE32" w14:textId="77777777" w:rsidR="000B7C4C" w:rsidRDefault="00000000">
            <w:pPr>
              <w:spacing w:after="0" w:line="240" w:lineRule="auto"/>
              <w:jc w:val="left"/>
            </w:pPr>
            <w:r>
              <w:rPr>
                <w:sz w:val="16"/>
              </w:rPr>
              <w:t>Av. Mert Öztürk</w:t>
            </w:r>
          </w:p>
        </w:tc>
        <w:tc>
          <w:tcPr>
            <w:tcW w:w="3628" w:type="dxa"/>
            <w:tcMar>
              <w:top w:w="38" w:type="dxa"/>
              <w:left w:w="55" w:type="dxa"/>
              <w:bottom w:w="38" w:type="dxa"/>
              <w:right w:w="55" w:type="dxa"/>
            </w:tcMar>
            <w:vAlign w:val="center"/>
          </w:tcPr>
          <w:p w14:paraId="5244FD4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BB47F54" w14:textId="77777777" w:rsidR="000B7C4C" w:rsidRDefault="00000000">
            <w:pPr>
              <w:spacing w:after="0" w:line="240" w:lineRule="auto"/>
              <w:jc w:val="center"/>
            </w:pPr>
            <w:r>
              <w:rPr>
                <w:sz w:val="16"/>
              </w:rPr>
              <w:t>73953</w:t>
            </w:r>
          </w:p>
        </w:tc>
      </w:tr>
      <w:tr w:rsidR="000B7C4C" w14:paraId="1EDE9142" w14:textId="77777777">
        <w:trPr>
          <w:cantSplit/>
          <w:jc w:val="center"/>
        </w:trPr>
        <w:tc>
          <w:tcPr>
            <w:tcW w:w="482" w:type="dxa"/>
            <w:tcMar>
              <w:top w:w="38" w:type="dxa"/>
              <w:left w:w="55" w:type="dxa"/>
              <w:bottom w:w="38" w:type="dxa"/>
              <w:right w:w="55" w:type="dxa"/>
            </w:tcMar>
            <w:vAlign w:val="center"/>
          </w:tcPr>
          <w:p w14:paraId="1DCED798" w14:textId="77777777" w:rsidR="000B7C4C" w:rsidRDefault="00000000">
            <w:pPr>
              <w:spacing w:after="0" w:line="240" w:lineRule="auto"/>
              <w:jc w:val="center"/>
            </w:pPr>
            <w:r>
              <w:rPr>
                <w:sz w:val="16"/>
              </w:rPr>
              <w:t>111</w:t>
            </w:r>
          </w:p>
        </w:tc>
        <w:tc>
          <w:tcPr>
            <w:tcW w:w="3855" w:type="dxa"/>
            <w:tcMar>
              <w:top w:w="38" w:type="dxa"/>
              <w:left w:w="55" w:type="dxa"/>
              <w:bottom w:w="38" w:type="dxa"/>
              <w:right w:w="55" w:type="dxa"/>
            </w:tcMar>
            <w:vAlign w:val="center"/>
          </w:tcPr>
          <w:p w14:paraId="2331AAD4" w14:textId="77777777" w:rsidR="000B7C4C" w:rsidRDefault="00000000">
            <w:pPr>
              <w:spacing w:after="0" w:line="240" w:lineRule="auto"/>
              <w:jc w:val="left"/>
            </w:pPr>
            <w:r>
              <w:rPr>
                <w:sz w:val="16"/>
              </w:rPr>
              <w:t>Av. İsa Öztürk</w:t>
            </w:r>
          </w:p>
        </w:tc>
        <w:tc>
          <w:tcPr>
            <w:tcW w:w="3628" w:type="dxa"/>
            <w:tcMar>
              <w:top w:w="38" w:type="dxa"/>
              <w:left w:w="55" w:type="dxa"/>
              <w:bottom w:w="38" w:type="dxa"/>
              <w:right w:w="55" w:type="dxa"/>
            </w:tcMar>
            <w:vAlign w:val="center"/>
          </w:tcPr>
          <w:p w14:paraId="43733ADE"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36A624CD" w14:textId="77777777" w:rsidR="000B7C4C" w:rsidRDefault="00000000">
            <w:pPr>
              <w:spacing w:after="0" w:line="240" w:lineRule="auto"/>
              <w:jc w:val="center"/>
            </w:pPr>
            <w:r>
              <w:rPr>
                <w:sz w:val="16"/>
              </w:rPr>
              <w:t>18392</w:t>
            </w:r>
          </w:p>
        </w:tc>
      </w:tr>
      <w:tr w:rsidR="000B7C4C" w14:paraId="55BF3C5B" w14:textId="77777777">
        <w:trPr>
          <w:cantSplit/>
          <w:jc w:val="center"/>
        </w:trPr>
        <w:tc>
          <w:tcPr>
            <w:tcW w:w="482" w:type="dxa"/>
            <w:tcMar>
              <w:top w:w="38" w:type="dxa"/>
              <w:left w:w="55" w:type="dxa"/>
              <w:bottom w:w="38" w:type="dxa"/>
              <w:right w:w="55" w:type="dxa"/>
            </w:tcMar>
            <w:vAlign w:val="center"/>
          </w:tcPr>
          <w:p w14:paraId="5B776113" w14:textId="77777777" w:rsidR="000B7C4C" w:rsidRDefault="00000000">
            <w:pPr>
              <w:spacing w:after="0" w:line="240" w:lineRule="auto"/>
              <w:jc w:val="center"/>
            </w:pPr>
            <w:r>
              <w:rPr>
                <w:sz w:val="16"/>
              </w:rPr>
              <w:t>112</w:t>
            </w:r>
          </w:p>
        </w:tc>
        <w:tc>
          <w:tcPr>
            <w:tcW w:w="3855" w:type="dxa"/>
            <w:tcMar>
              <w:top w:w="38" w:type="dxa"/>
              <w:left w:w="55" w:type="dxa"/>
              <w:bottom w:w="38" w:type="dxa"/>
              <w:right w:w="55" w:type="dxa"/>
            </w:tcMar>
            <w:vAlign w:val="center"/>
          </w:tcPr>
          <w:p w14:paraId="0DD3F66A" w14:textId="77777777" w:rsidR="000B7C4C" w:rsidRDefault="00000000">
            <w:pPr>
              <w:spacing w:after="0" w:line="240" w:lineRule="auto"/>
              <w:jc w:val="left"/>
            </w:pPr>
            <w:r>
              <w:rPr>
                <w:sz w:val="16"/>
              </w:rPr>
              <w:t>Av. Güney Ünsal</w:t>
            </w:r>
          </w:p>
        </w:tc>
        <w:tc>
          <w:tcPr>
            <w:tcW w:w="3628" w:type="dxa"/>
            <w:tcMar>
              <w:top w:w="38" w:type="dxa"/>
              <w:left w:w="55" w:type="dxa"/>
              <w:bottom w:w="38" w:type="dxa"/>
              <w:right w:w="55" w:type="dxa"/>
            </w:tcMar>
            <w:vAlign w:val="center"/>
          </w:tcPr>
          <w:p w14:paraId="17A0F230"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477DF53" w14:textId="77777777" w:rsidR="000B7C4C" w:rsidRDefault="00000000">
            <w:pPr>
              <w:spacing w:after="0" w:line="240" w:lineRule="auto"/>
              <w:jc w:val="center"/>
            </w:pPr>
            <w:r>
              <w:rPr>
                <w:sz w:val="16"/>
              </w:rPr>
              <w:t>22808</w:t>
            </w:r>
          </w:p>
        </w:tc>
      </w:tr>
      <w:tr w:rsidR="000B7C4C" w14:paraId="45F6BF00" w14:textId="77777777">
        <w:trPr>
          <w:cantSplit/>
          <w:jc w:val="center"/>
        </w:trPr>
        <w:tc>
          <w:tcPr>
            <w:tcW w:w="482" w:type="dxa"/>
            <w:tcMar>
              <w:top w:w="38" w:type="dxa"/>
              <w:left w:w="55" w:type="dxa"/>
              <w:bottom w:w="38" w:type="dxa"/>
              <w:right w:w="55" w:type="dxa"/>
            </w:tcMar>
            <w:vAlign w:val="center"/>
          </w:tcPr>
          <w:p w14:paraId="247B5AA8" w14:textId="77777777" w:rsidR="000B7C4C" w:rsidRDefault="00000000">
            <w:pPr>
              <w:spacing w:after="0" w:line="240" w:lineRule="auto"/>
              <w:jc w:val="center"/>
            </w:pPr>
            <w:r>
              <w:rPr>
                <w:sz w:val="16"/>
              </w:rPr>
              <w:t>113</w:t>
            </w:r>
          </w:p>
        </w:tc>
        <w:tc>
          <w:tcPr>
            <w:tcW w:w="3855" w:type="dxa"/>
            <w:tcMar>
              <w:top w:w="38" w:type="dxa"/>
              <w:left w:w="55" w:type="dxa"/>
              <w:bottom w:w="38" w:type="dxa"/>
              <w:right w:w="55" w:type="dxa"/>
            </w:tcMar>
            <w:vAlign w:val="center"/>
          </w:tcPr>
          <w:p w14:paraId="2B51B294" w14:textId="77777777" w:rsidR="000B7C4C" w:rsidRDefault="00000000">
            <w:pPr>
              <w:spacing w:after="0" w:line="240" w:lineRule="auto"/>
              <w:jc w:val="left"/>
            </w:pPr>
            <w:r>
              <w:rPr>
                <w:sz w:val="16"/>
              </w:rPr>
              <w:t>Av. Oğuz Uğur Olca</w:t>
            </w:r>
          </w:p>
        </w:tc>
        <w:tc>
          <w:tcPr>
            <w:tcW w:w="3628" w:type="dxa"/>
            <w:tcMar>
              <w:top w:w="38" w:type="dxa"/>
              <w:left w:w="55" w:type="dxa"/>
              <w:bottom w:w="38" w:type="dxa"/>
              <w:right w:w="55" w:type="dxa"/>
            </w:tcMar>
            <w:vAlign w:val="center"/>
          </w:tcPr>
          <w:p w14:paraId="783C9F8B"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48C19826" w14:textId="77777777" w:rsidR="000B7C4C" w:rsidRDefault="00000000">
            <w:pPr>
              <w:spacing w:after="0" w:line="240" w:lineRule="auto"/>
              <w:jc w:val="center"/>
            </w:pPr>
            <w:r>
              <w:rPr>
                <w:sz w:val="16"/>
              </w:rPr>
              <w:t>Belirtilmemiş</w:t>
            </w:r>
          </w:p>
        </w:tc>
      </w:tr>
      <w:tr w:rsidR="000B7C4C" w14:paraId="30E3CC4D" w14:textId="77777777">
        <w:trPr>
          <w:cantSplit/>
          <w:jc w:val="center"/>
        </w:trPr>
        <w:tc>
          <w:tcPr>
            <w:tcW w:w="482" w:type="dxa"/>
            <w:tcMar>
              <w:top w:w="38" w:type="dxa"/>
              <w:left w:w="55" w:type="dxa"/>
              <w:bottom w:w="38" w:type="dxa"/>
              <w:right w:w="55" w:type="dxa"/>
            </w:tcMar>
            <w:vAlign w:val="center"/>
          </w:tcPr>
          <w:p w14:paraId="260A2AA2" w14:textId="77777777" w:rsidR="000B7C4C" w:rsidRDefault="00000000">
            <w:pPr>
              <w:spacing w:after="0" w:line="240" w:lineRule="auto"/>
              <w:jc w:val="center"/>
            </w:pPr>
            <w:r>
              <w:rPr>
                <w:sz w:val="16"/>
              </w:rPr>
              <w:t>114</w:t>
            </w:r>
          </w:p>
        </w:tc>
        <w:tc>
          <w:tcPr>
            <w:tcW w:w="3855" w:type="dxa"/>
            <w:tcMar>
              <w:top w:w="38" w:type="dxa"/>
              <w:left w:w="55" w:type="dxa"/>
              <w:bottom w:w="38" w:type="dxa"/>
              <w:right w:w="55" w:type="dxa"/>
            </w:tcMar>
            <w:vAlign w:val="center"/>
          </w:tcPr>
          <w:p w14:paraId="6F125533" w14:textId="77777777" w:rsidR="000B7C4C" w:rsidRDefault="00000000">
            <w:pPr>
              <w:spacing w:after="0" w:line="240" w:lineRule="auto"/>
              <w:jc w:val="left"/>
            </w:pPr>
            <w:r>
              <w:rPr>
                <w:sz w:val="16"/>
              </w:rPr>
              <w:t>Av. Güler Güney</w:t>
            </w:r>
          </w:p>
        </w:tc>
        <w:tc>
          <w:tcPr>
            <w:tcW w:w="3628" w:type="dxa"/>
            <w:tcMar>
              <w:top w:w="38" w:type="dxa"/>
              <w:left w:w="55" w:type="dxa"/>
              <w:bottom w:w="38" w:type="dxa"/>
              <w:right w:w="55" w:type="dxa"/>
            </w:tcMar>
            <w:vAlign w:val="center"/>
          </w:tcPr>
          <w:p w14:paraId="2D5B8941"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2BAD42AE" w14:textId="77777777" w:rsidR="000B7C4C" w:rsidRDefault="00000000">
            <w:pPr>
              <w:spacing w:after="0" w:line="240" w:lineRule="auto"/>
              <w:jc w:val="center"/>
            </w:pPr>
            <w:r>
              <w:rPr>
                <w:sz w:val="16"/>
              </w:rPr>
              <w:t>22808</w:t>
            </w:r>
          </w:p>
        </w:tc>
      </w:tr>
      <w:tr w:rsidR="000B7C4C" w14:paraId="5F411A70" w14:textId="77777777">
        <w:trPr>
          <w:cantSplit/>
          <w:jc w:val="center"/>
        </w:trPr>
        <w:tc>
          <w:tcPr>
            <w:tcW w:w="482" w:type="dxa"/>
            <w:tcMar>
              <w:top w:w="38" w:type="dxa"/>
              <w:left w:w="55" w:type="dxa"/>
              <w:bottom w:w="38" w:type="dxa"/>
              <w:right w:w="55" w:type="dxa"/>
            </w:tcMar>
            <w:vAlign w:val="center"/>
          </w:tcPr>
          <w:p w14:paraId="2E217D91" w14:textId="77777777" w:rsidR="000B7C4C" w:rsidRDefault="00000000">
            <w:pPr>
              <w:spacing w:after="0" w:line="240" w:lineRule="auto"/>
              <w:jc w:val="center"/>
            </w:pPr>
            <w:r>
              <w:rPr>
                <w:sz w:val="16"/>
              </w:rPr>
              <w:t>115</w:t>
            </w:r>
          </w:p>
        </w:tc>
        <w:tc>
          <w:tcPr>
            <w:tcW w:w="3855" w:type="dxa"/>
            <w:tcMar>
              <w:top w:w="38" w:type="dxa"/>
              <w:left w:w="55" w:type="dxa"/>
              <w:bottom w:w="38" w:type="dxa"/>
              <w:right w:w="55" w:type="dxa"/>
            </w:tcMar>
            <w:vAlign w:val="center"/>
          </w:tcPr>
          <w:p w14:paraId="55DAE41D" w14:textId="77777777" w:rsidR="000B7C4C" w:rsidRDefault="00000000">
            <w:pPr>
              <w:spacing w:after="0" w:line="240" w:lineRule="auto"/>
              <w:jc w:val="left"/>
            </w:pPr>
            <w:r>
              <w:rPr>
                <w:sz w:val="16"/>
              </w:rPr>
              <w:t>Av. Fatma Hoşgör Tekeşin</w:t>
            </w:r>
          </w:p>
        </w:tc>
        <w:tc>
          <w:tcPr>
            <w:tcW w:w="3628" w:type="dxa"/>
            <w:tcMar>
              <w:top w:w="38" w:type="dxa"/>
              <w:left w:w="55" w:type="dxa"/>
              <w:bottom w:w="38" w:type="dxa"/>
              <w:right w:w="55" w:type="dxa"/>
            </w:tcMar>
            <w:vAlign w:val="center"/>
          </w:tcPr>
          <w:p w14:paraId="496E0E77" w14:textId="77777777" w:rsidR="000B7C4C" w:rsidRDefault="00000000">
            <w:pPr>
              <w:spacing w:after="0" w:line="240" w:lineRule="auto"/>
              <w:jc w:val="left"/>
            </w:pPr>
            <w:r>
              <w:rPr>
                <w:sz w:val="16"/>
              </w:rPr>
              <w:t>İstanbul Barosu</w:t>
            </w:r>
          </w:p>
        </w:tc>
        <w:tc>
          <w:tcPr>
            <w:tcW w:w="1701" w:type="dxa"/>
            <w:tcMar>
              <w:top w:w="38" w:type="dxa"/>
              <w:left w:w="55" w:type="dxa"/>
              <w:bottom w:w="38" w:type="dxa"/>
              <w:right w:w="55" w:type="dxa"/>
            </w:tcMar>
            <w:vAlign w:val="center"/>
          </w:tcPr>
          <w:p w14:paraId="1E2DD495" w14:textId="77777777" w:rsidR="000B7C4C" w:rsidRDefault="00000000">
            <w:pPr>
              <w:spacing w:after="0" w:line="240" w:lineRule="auto"/>
              <w:jc w:val="center"/>
            </w:pPr>
            <w:r>
              <w:rPr>
                <w:sz w:val="16"/>
              </w:rPr>
              <w:t>28997</w:t>
            </w:r>
          </w:p>
        </w:tc>
      </w:tr>
      <w:tr w:rsidR="000B7C4C" w14:paraId="0E8B46FB" w14:textId="77777777">
        <w:trPr>
          <w:cantSplit/>
          <w:jc w:val="center"/>
        </w:trPr>
        <w:tc>
          <w:tcPr>
            <w:tcW w:w="482" w:type="dxa"/>
            <w:tcMar>
              <w:top w:w="38" w:type="dxa"/>
              <w:left w:w="55" w:type="dxa"/>
              <w:bottom w:w="38" w:type="dxa"/>
              <w:right w:w="55" w:type="dxa"/>
            </w:tcMar>
            <w:vAlign w:val="center"/>
          </w:tcPr>
          <w:p w14:paraId="5FA0315F" w14:textId="77777777" w:rsidR="000B7C4C" w:rsidRDefault="00000000">
            <w:pPr>
              <w:spacing w:after="0" w:line="240" w:lineRule="auto"/>
              <w:jc w:val="center"/>
            </w:pPr>
            <w:r>
              <w:rPr>
                <w:sz w:val="16"/>
              </w:rPr>
              <w:t>116</w:t>
            </w:r>
          </w:p>
        </w:tc>
        <w:tc>
          <w:tcPr>
            <w:tcW w:w="3855" w:type="dxa"/>
            <w:tcMar>
              <w:top w:w="38" w:type="dxa"/>
              <w:left w:w="55" w:type="dxa"/>
              <w:bottom w:w="38" w:type="dxa"/>
              <w:right w:w="55" w:type="dxa"/>
            </w:tcMar>
            <w:vAlign w:val="center"/>
          </w:tcPr>
          <w:p w14:paraId="1F92FEED" w14:textId="77777777" w:rsidR="000B7C4C" w:rsidRDefault="00000000">
            <w:pPr>
              <w:spacing w:after="0" w:line="240" w:lineRule="auto"/>
              <w:jc w:val="left"/>
            </w:pPr>
            <w:r>
              <w:rPr>
                <w:sz w:val="16"/>
              </w:rPr>
              <w:t>Av. Ebru Erginbay</w:t>
            </w:r>
          </w:p>
        </w:tc>
        <w:tc>
          <w:tcPr>
            <w:tcW w:w="3628" w:type="dxa"/>
            <w:tcMar>
              <w:top w:w="38" w:type="dxa"/>
              <w:left w:w="55" w:type="dxa"/>
              <w:bottom w:w="38" w:type="dxa"/>
              <w:right w:w="55" w:type="dxa"/>
            </w:tcMar>
            <w:vAlign w:val="center"/>
          </w:tcPr>
          <w:p w14:paraId="654A95C6" w14:textId="77777777" w:rsidR="000B7C4C" w:rsidRDefault="00000000">
            <w:pPr>
              <w:spacing w:after="0" w:line="240" w:lineRule="auto"/>
              <w:jc w:val="left"/>
            </w:pPr>
            <w:r>
              <w:rPr>
                <w:sz w:val="16"/>
              </w:rPr>
              <w:t>Muğla Barosu</w:t>
            </w:r>
          </w:p>
        </w:tc>
        <w:tc>
          <w:tcPr>
            <w:tcW w:w="1701" w:type="dxa"/>
            <w:tcMar>
              <w:top w:w="38" w:type="dxa"/>
              <w:left w:w="55" w:type="dxa"/>
              <w:bottom w:w="38" w:type="dxa"/>
              <w:right w:w="55" w:type="dxa"/>
            </w:tcMar>
            <w:vAlign w:val="center"/>
          </w:tcPr>
          <w:p w14:paraId="7960B84C" w14:textId="77777777" w:rsidR="000B7C4C" w:rsidRDefault="00000000">
            <w:pPr>
              <w:spacing w:after="0" w:line="240" w:lineRule="auto"/>
              <w:jc w:val="center"/>
            </w:pPr>
            <w:r>
              <w:rPr>
                <w:sz w:val="16"/>
              </w:rPr>
              <w:t>Belirtilmemiş</w:t>
            </w:r>
          </w:p>
        </w:tc>
      </w:tr>
      <w:tr w:rsidR="000B7C4C" w14:paraId="2F16E580" w14:textId="77777777">
        <w:trPr>
          <w:cantSplit/>
          <w:jc w:val="center"/>
        </w:trPr>
        <w:tc>
          <w:tcPr>
            <w:tcW w:w="482" w:type="dxa"/>
            <w:tcMar>
              <w:top w:w="38" w:type="dxa"/>
              <w:left w:w="55" w:type="dxa"/>
              <w:bottom w:w="38" w:type="dxa"/>
              <w:right w:w="55" w:type="dxa"/>
            </w:tcMar>
            <w:vAlign w:val="center"/>
          </w:tcPr>
          <w:p w14:paraId="102EB8F8" w14:textId="77777777" w:rsidR="000B7C4C" w:rsidRDefault="00000000">
            <w:pPr>
              <w:spacing w:after="0" w:line="240" w:lineRule="auto"/>
              <w:jc w:val="center"/>
            </w:pPr>
            <w:r>
              <w:rPr>
                <w:sz w:val="16"/>
              </w:rPr>
              <w:t>117</w:t>
            </w:r>
          </w:p>
        </w:tc>
        <w:tc>
          <w:tcPr>
            <w:tcW w:w="3855" w:type="dxa"/>
            <w:tcMar>
              <w:top w:w="38" w:type="dxa"/>
              <w:left w:w="55" w:type="dxa"/>
              <w:bottom w:w="38" w:type="dxa"/>
              <w:right w:w="55" w:type="dxa"/>
            </w:tcMar>
            <w:vAlign w:val="center"/>
          </w:tcPr>
          <w:p w14:paraId="6B7AB4E5" w14:textId="77777777" w:rsidR="000B7C4C" w:rsidRDefault="00000000">
            <w:pPr>
              <w:spacing w:after="0" w:line="240" w:lineRule="auto"/>
              <w:jc w:val="left"/>
            </w:pPr>
            <w:r>
              <w:rPr>
                <w:sz w:val="16"/>
              </w:rPr>
              <w:t>Av. Şenay Çöte</w:t>
            </w:r>
          </w:p>
        </w:tc>
        <w:tc>
          <w:tcPr>
            <w:tcW w:w="3628" w:type="dxa"/>
            <w:tcMar>
              <w:top w:w="38" w:type="dxa"/>
              <w:left w:w="55" w:type="dxa"/>
              <w:bottom w:w="38" w:type="dxa"/>
              <w:right w:w="55" w:type="dxa"/>
            </w:tcMar>
            <w:vAlign w:val="center"/>
          </w:tcPr>
          <w:p w14:paraId="5D7A94E0" w14:textId="77777777" w:rsidR="000B7C4C" w:rsidRDefault="00000000">
            <w:pPr>
              <w:spacing w:after="0" w:line="240" w:lineRule="auto"/>
              <w:jc w:val="left"/>
            </w:pPr>
            <w:r>
              <w:rPr>
                <w:sz w:val="16"/>
              </w:rPr>
              <w:t>İzmir Barosu</w:t>
            </w:r>
          </w:p>
        </w:tc>
        <w:tc>
          <w:tcPr>
            <w:tcW w:w="1701" w:type="dxa"/>
            <w:tcMar>
              <w:top w:w="38" w:type="dxa"/>
              <w:left w:w="55" w:type="dxa"/>
              <w:bottom w:w="38" w:type="dxa"/>
              <w:right w:w="55" w:type="dxa"/>
            </w:tcMar>
            <w:vAlign w:val="center"/>
          </w:tcPr>
          <w:p w14:paraId="42AE2D91" w14:textId="77777777" w:rsidR="000B7C4C" w:rsidRDefault="00000000">
            <w:pPr>
              <w:spacing w:after="0" w:line="240" w:lineRule="auto"/>
              <w:jc w:val="center"/>
            </w:pPr>
            <w:r>
              <w:rPr>
                <w:sz w:val="16"/>
              </w:rPr>
              <w:t>11081</w:t>
            </w:r>
          </w:p>
        </w:tc>
      </w:tr>
    </w:tbl>
    <w:p w14:paraId="1C6F2077" w14:textId="77777777" w:rsidR="00F8766C" w:rsidRDefault="00F8766C"/>
    <w:p w14:paraId="7DCA7128" w14:textId="77777777" w:rsidR="00915042" w:rsidRDefault="00915042"/>
    <w:p w14:paraId="4C876D02" w14:textId="77777777" w:rsidR="00915042" w:rsidRDefault="00915042"/>
    <w:p w14:paraId="467D994E" w14:textId="77777777" w:rsidR="00915042" w:rsidRDefault="00915042"/>
    <w:p w14:paraId="528A38D2" w14:textId="77777777" w:rsidR="00915042" w:rsidRDefault="00915042"/>
    <w:p w14:paraId="32E1A6E2" w14:textId="77777777" w:rsidR="00915042" w:rsidRDefault="00915042"/>
    <w:p w14:paraId="4BB9E681" w14:textId="77777777" w:rsidR="00915042" w:rsidRDefault="00915042"/>
    <w:p w14:paraId="0933E54B" w14:textId="77777777" w:rsidR="00915042" w:rsidRDefault="00915042"/>
    <w:p w14:paraId="642B14CF" w14:textId="77777777" w:rsidR="00915042" w:rsidRDefault="00915042"/>
    <w:p w14:paraId="60E217EF" w14:textId="77777777" w:rsidR="00915042" w:rsidRDefault="00915042"/>
    <w:p w14:paraId="5F3AE6A1" w14:textId="77777777" w:rsidR="00915042" w:rsidRDefault="00915042"/>
    <w:p w14:paraId="516B7C45" w14:textId="77777777" w:rsidR="00915042" w:rsidRDefault="00915042"/>
    <w:p w14:paraId="323BC478" w14:textId="77777777" w:rsidR="00915042" w:rsidRDefault="00915042"/>
    <w:p w14:paraId="52AA1A5C" w14:textId="77777777" w:rsidR="00915042" w:rsidRDefault="00915042"/>
    <w:p w14:paraId="4EC14E74" w14:textId="77777777" w:rsidR="00915042" w:rsidRDefault="00915042"/>
    <w:p w14:paraId="321DC6E8" w14:textId="77777777" w:rsidR="00915042" w:rsidRDefault="00915042"/>
    <w:p w14:paraId="18FEEE5A" w14:textId="77777777" w:rsidR="00915042" w:rsidRDefault="00915042"/>
    <w:p w14:paraId="42F6C538" w14:textId="77777777" w:rsidR="00915042" w:rsidRDefault="00915042"/>
    <w:p w14:paraId="57BB098A" w14:textId="77777777" w:rsidR="00915042" w:rsidRDefault="00915042"/>
    <w:p w14:paraId="1DF20941" w14:textId="77777777" w:rsidR="00915042" w:rsidRDefault="00915042"/>
    <w:p w14:paraId="32F8D307" w14:textId="77777777" w:rsidR="00915042" w:rsidRDefault="00915042"/>
    <w:p w14:paraId="22B91993" w14:textId="77777777" w:rsidR="00915042" w:rsidRDefault="00915042"/>
    <w:p w14:paraId="301ABD72" w14:textId="77777777" w:rsidR="00915042" w:rsidRDefault="00915042"/>
    <w:p w14:paraId="6B17915F" w14:textId="77777777" w:rsidR="00915042" w:rsidRDefault="00915042"/>
    <w:p w14:paraId="25DF8D21" w14:textId="77777777" w:rsidR="00915042" w:rsidRDefault="00915042"/>
    <w:p w14:paraId="0F3EC360" w14:textId="77777777" w:rsidR="00915042" w:rsidRDefault="00915042"/>
    <w:p w14:paraId="454DDD8A" w14:textId="77777777" w:rsidR="00915042" w:rsidRDefault="00915042"/>
    <w:p w14:paraId="38B8BD83" w14:textId="77777777" w:rsidR="00915042" w:rsidRDefault="00915042"/>
    <w:p w14:paraId="348B469F" w14:textId="77777777" w:rsidR="00915042" w:rsidRDefault="00915042"/>
    <w:p w14:paraId="358347C2" w14:textId="77777777" w:rsidR="00915042" w:rsidRDefault="00915042"/>
    <w:p w14:paraId="1A32B79A" w14:textId="77777777" w:rsidR="00915042" w:rsidRDefault="00915042"/>
    <w:p w14:paraId="53D4EC6C" w14:textId="77777777" w:rsidR="00915042" w:rsidRDefault="00915042"/>
    <w:p w14:paraId="2F4707CE" w14:textId="77777777" w:rsidR="00915042" w:rsidRDefault="00915042" w:rsidP="00915042">
      <w:pPr>
        <w:pStyle w:val="KonuBal"/>
      </w:pPr>
      <w:r>
        <w:t>JOINT APPLICATION CONCERNING THE EFFECTIVE ENFORCEMENT OF INTERNATIONAL CRIMINAL JUSTICE AND THE FOLLOW-UP OF THE ARREST / INTERPOL RED NOTICE PROCESS CONCERNING BENJAMIN NETANYAHU</w:t>
      </w:r>
    </w:p>
    <w:p w14:paraId="53034147" w14:textId="77777777" w:rsidR="00915042" w:rsidRDefault="00915042" w:rsidP="00915042">
      <w:pPr>
        <w:spacing w:after="100"/>
        <w:jc w:val="center"/>
      </w:pPr>
      <w:r>
        <w:rPr>
          <w:b/>
        </w:rPr>
        <w:t>117 SIGNATORY LAWYERS</w:t>
      </w:r>
    </w:p>
    <w:p w14:paraId="3EEC19A9" w14:textId="77777777" w:rsidR="00915042" w:rsidRDefault="00915042" w:rsidP="00915042">
      <w:pPr>
        <w:spacing w:after="40"/>
      </w:pPr>
      <w:r>
        <w:rPr>
          <w:b/>
        </w:rPr>
        <w:t xml:space="preserve">Joint correspondence address: </w:t>
      </w:r>
      <w:r>
        <w:t xml:space="preserve">Av. </w:t>
      </w:r>
      <w:proofErr w:type="spellStart"/>
      <w:r>
        <w:t>Hıdır</w:t>
      </w:r>
      <w:proofErr w:type="spellEnd"/>
      <w:r>
        <w:t xml:space="preserve"> </w:t>
      </w:r>
      <w:proofErr w:type="spellStart"/>
      <w:r>
        <w:t>Kırkıcı</w:t>
      </w:r>
      <w:proofErr w:type="spellEnd"/>
      <w:r>
        <w:t xml:space="preserve"> - Av. </w:t>
      </w:r>
      <w:proofErr w:type="spellStart"/>
      <w:r>
        <w:t>Senih</w:t>
      </w:r>
      <w:proofErr w:type="spellEnd"/>
      <w:r>
        <w:t xml:space="preserve"> Özay, Gazi Kemal Mah., 1308 Sok. No: 36-38, Çam </w:t>
      </w:r>
      <w:proofErr w:type="spellStart"/>
      <w:r>
        <w:t>Stüdyo</w:t>
      </w:r>
      <w:proofErr w:type="spellEnd"/>
      <w:r>
        <w:t xml:space="preserve"> </w:t>
      </w:r>
      <w:proofErr w:type="spellStart"/>
      <w:r>
        <w:t>Daireleri</w:t>
      </w:r>
      <w:proofErr w:type="spellEnd"/>
      <w:r>
        <w:t xml:space="preserve"> No: 19, Merkez / </w:t>
      </w:r>
      <w:proofErr w:type="spellStart"/>
      <w:r>
        <w:t>Isparta</w:t>
      </w:r>
      <w:proofErr w:type="spellEnd"/>
      <w:r>
        <w:t>, Türkiye</w:t>
      </w:r>
    </w:p>
    <w:p w14:paraId="02A12C35" w14:textId="77777777" w:rsidR="00915042" w:rsidRDefault="00915042" w:rsidP="00915042">
      <w:pPr>
        <w:spacing w:after="60"/>
      </w:pPr>
      <w:r>
        <w:rPr>
          <w:b/>
        </w:rPr>
        <w:t xml:space="preserve">Mobile: </w:t>
      </w:r>
      <w:r>
        <w:t>+90 532 656 08 09</w:t>
      </w:r>
    </w:p>
    <w:p w14:paraId="7C29AF7D" w14:textId="77777777" w:rsidR="00915042" w:rsidRDefault="00915042" w:rsidP="00915042">
      <w:pPr>
        <w:spacing w:after="60"/>
      </w:pPr>
      <w:r>
        <w:rPr>
          <w:b/>
        </w:rPr>
        <w:t xml:space="preserve">E-mail: </w:t>
      </w:r>
      <w:r>
        <w:t>avsenih@gmail.com</w:t>
      </w:r>
    </w:p>
    <w:p w14:paraId="663E3E21" w14:textId="77777777" w:rsidR="00915042" w:rsidRDefault="00915042" w:rsidP="00915042">
      <w:pPr>
        <w:spacing w:after="60"/>
      </w:pPr>
      <w:r>
        <w:rPr>
          <w:b/>
        </w:rPr>
        <w:t xml:space="preserve">E-book / Website: </w:t>
      </w:r>
      <w:r>
        <w:t>https://senihozay.com</w:t>
      </w:r>
    </w:p>
    <w:p w14:paraId="7CE26229" w14:textId="77777777" w:rsidR="00915042" w:rsidRDefault="00915042" w:rsidP="00915042"/>
    <w:p w14:paraId="13DCA77F" w14:textId="77777777" w:rsidR="00915042" w:rsidRDefault="00915042" w:rsidP="00915042">
      <w:pPr>
        <w:pStyle w:val="Balk1"/>
      </w:pPr>
      <w:r>
        <w:t>ADDRESSEES</w:t>
      </w:r>
    </w:p>
    <w:tbl>
      <w:tblPr>
        <w:tblStyle w:val="TabloKlavuzu"/>
        <w:tblW w:w="0" w:type="auto"/>
        <w:jc w:val="center"/>
        <w:tblLook w:val="04A0" w:firstRow="1" w:lastRow="0" w:firstColumn="1" w:lastColumn="0" w:noHBand="0" w:noVBand="1"/>
      </w:tblPr>
      <w:tblGrid>
        <w:gridCol w:w="510"/>
        <w:gridCol w:w="3515"/>
        <w:gridCol w:w="5896"/>
      </w:tblGrid>
      <w:tr w:rsidR="00915042" w14:paraId="48265FE0" w14:textId="77777777" w:rsidTr="0098379A">
        <w:trPr>
          <w:tblHeader/>
          <w:jc w:val="center"/>
        </w:trPr>
        <w:tc>
          <w:tcPr>
            <w:tcW w:w="510" w:type="dxa"/>
            <w:shd w:val="clear" w:color="auto" w:fill="D9E2F3"/>
            <w:tcMar>
              <w:top w:w="60" w:type="dxa"/>
              <w:left w:w="80" w:type="dxa"/>
              <w:bottom w:w="60" w:type="dxa"/>
              <w:right w:w="80" w:type="dxa"/>
            </w:tcMar>
            <w:vAlign w:val="center"/>
          </w:tcPr>
          <w:p w14:paraId="13127C7F" w14:textId="77777777" w:rsidR="00915042" w:rsidRDefault="00915042" w:rsidP="0098379A">
            <w:pPr>
              <w:jc w:val="center"/>
            </w:pPr>
            <w:r>
              <w:rPr>
                <w:b/>
                <w:sz w:val="18"/>
              </w:rPr>
              <w:t>No.</w:t>
            </w:r>
          </w:p>
        </w:tc>
        <w:tc>
          <w:tcPr>
            <w:tcW w:w="3515" w:type="dxa"/>
            <w:shd w:val="clear" w:color="auto" w:fill="D9E2F3"/>
            <w:tcMar>
              <w:top w:w="60" w:type="dxa"/>
              <w:left w:w="80" w:type="dxa"/>
              <w:bottom w:w="60" w:type="dxa"/>
              <w:right w:w="80" w:type="dxa"/>
            </w:tcMar>
            <w:vAlign w:val="center"/>
          </w:tcPr>
          <w:p w14:paraId="473EC0F2" w14:textId="77777777" w:rsidR="00915042" w:rsidRDefault="00915042" w:rsidP="0098379A">
            <w:pPr>
              <w:jc w:val="center"/>
            </w:pPr>
            <w:r>
              <w:rPr>
                <w:b/>
                <w:sz w:val="18"/>
              </w:rPr>
              <w:t>Institution</w:t>
            </w:r>
          </w:p>
        </w:tc>
        <w:tc>
          <w:tcPr>
            <w:tcW w:w="5896" w:type="dxa"/>
            <w:shd w:val="clear" w:color="auto" w:fill="D9E2F3"/>
            <w:tcMar>
              <w:top w:w="60" w:type="dxa"/>
              <w:left w:w="80" w:type="dxa"/>
              <w:bottom w:w="60" w:type="dxa"/>
              <w:right w:w="80" w:type="dxa"/>
            </w:tcMar>
            <w:vAlign w:val="center"/>
          </w:tcPr>
          <w:p w14:paraId="4D7CCF37" w14:textId="77777777" w:rsidR="00915042" w:rsidRDefault="00915042" w:rsidP="0098379A">
            <w:pPr>
              <w:jc w:val="center"/>
            </w:pPr>
            <w:r>
              <w:rPr>
                <w:b/>
                <w:sz w:val="18"/>
              </w:rPr>
              <w:t>Address / Contact</w:t>
            </w:r>
          </w:p>
        </w:tc>
      </w:tr>
      <w:tr w:rsidR="00915042" w14:paraId="297E5FD6" w14:textId="77777777" w:rsidTr="0098379A">
        <w:trPr>
          <w:cantSplit/>
          <w:jc w:val="center"/>
        </w:trPr>
        <w:tc>
          <w:tcPr>
            <w:tcW w:w="510" w:type="dxa"/>
            <w:tcMar>
              <w:top w:w="60" w:type="dxa"/>
              <w:left w:w="80" w:type="dxa"/>
              <w:bottom w:w="60" w:type="dxa"/>
              <w:right w:w="80" w:type="dxa"/>
            </w:tcMar>
            <w:vAlign w:val="center"/>
          </w:tcPr>
          <w:p w14:paraId="0338E7A0" w14:textId="77777777" w:rsidR="00915042" w:rsidRDefault="00915042" w:rsidP="0098379A">
            <w:pPr>
              <w:jc w:val="center"/>
            </w:pPr>
            <w:r>
              <w:rPr>
                <w:sz w:val="17"/>
              </w:rPr>
              <w:t>1</w:t>
            </w:r>
          </w:p>
        </w:tc>
        <w:tc>
          <w:tcPr>
            <w:tcW w:w="3515" w:type="dxa"/>
            <w:tcMar>
              <w:top w:w="60" w:type="dxa"/>
              <w:left w:w="80" w:type="dxa"/>
              <w:bottom w:w="60" w:type="dxa"/>
              <w:right w:w="80" w:type="dxa"/>
            </w:tcMar>
            <w:vAlign w:val="center"/>
          </w:tcPr>
          <w:p w14:paraId="391A9109" w14:textId="77777777" w:rsidR="00915042" w:rsidRDefault="00915042" w:rsidP="0098379A">
            <w:pPr>
              <w:jc w:val="left"/>
            </w:pPr>
            <w:r>
              <w:rPr>
                <w:b/>
                <w:sz w:val="17"/>
              </w:rPr>
              <w:t>Istanbul 11th High Criminal Court</w:t>
            </w:r>
          </w:p>
        </w:tc>
        <w:tc>
          <w:tcPr>
            <w:tcW w:w="5896" w:type="dxa"/>
            <w:tcMar>
              <w:top w:w="60" w:type="dxa"/>
              <w:left w:w="80" w:type="dxa"/>
              <w:bottom w:w="60" w:type="dxa"/>
              <w:right w:w="80" w:type="dxa"/>
            </w:tcMar>
            <w:vAlign w:val="center"/>
          </w:tcPr>
          <w:p w14:paraId="4B3ACAAE" w14:textId="77777777" w:rsidR="00915042" w:rsidRDefault="00915042" w:rsidP="0098379A">
            <w:pPr>
              <w:jc w:val="left"/>
            </w:pPr>
            <w:r>
              <w:rPr>
                <w:sz w:val="17"/>
              </w:rPr>
              <w:t xml:space="preserve">Istanbul Courthouse, Block C1, 1st Floor, Room 149, Çağlayan / </w:t>
            </w:r>
            <w:proofErr w:type="spellStart"/>
            <w:r>
              <w:rPr>
                <w:sz w:val="17"/>
              </w:rPr>
              <w:t>Şişli</w:t>
            </w:r>
            <w:proofErr w:type="spellEnd"/>
            <w:r>
              <w:rPr>
                <w:sz w:val="17"/>
              </w:rPr>
              <w:t xml:space="preserve"> / Istanbul, Türkiye</w:t>
            </w:r>
            <w:r>
              <w:br/>
            </w:r>
            <w:r>
              <w:rPr>
                <w:sz w:val="17"/>
              </w:rPr>
              <w:t>Tel: +90 212 568 30 - 568 31 - 568 32</w:t>
            </w:r>
          </w:p>
        </w:tc>
      </w:tr>
      <w:tr w:rsidR="00915042" w14:paraId="3F2065D6" w14:textId="77777777" w:rsidTr="0098379A">
        <w:trPr>
          <w:cantSplit/>
          <w:jc w:val="center"/>
        </w:trPr>
        <w:tc>
          <w:tcPr>
            <w:tcW w:w="510" w:type="dxa"/>
            <w:tcMar>
              <w:top w:w="60" w:type="dxa"/>
              <w:left w:w="80" w:type="dxa"/>
              <w:bottom w:w="60" w:type="dxa"/>
              <w:right w:w="80" w:type="dxa"/>
            </w:tcMar>
            <w:vAlign w:val="center"/>
          </w:tcPr>
          <w:p w14:paraId="702F5A6C" w14:textId="77777777" w:rsidR="00915042" w:rsidRDefault="00915042" w:rsidP="0098379A">
            <w:pPr>
              <w:jc w:val="center"/>
            </w:pPr>
            <w:r>
              <w:rPr>
                <w:sz w:val="17"/>
              </w:rPr>
              <w:t>2</w:t>
            </w:r>
          </w:p>
        </w:tc>
        <w:tc>
          <w:tcPr>
            <w:tcW w:w="3515" w:type="dxa"/>
            <w:tcMar>
              <w:top w:w="60" w:type="dxa"/>
              <w:left w:w="80" w:type="dxa"/>
              <w:bottom w:w="60" w:type="dxa"/>
              <w:right w:w="80" w:type="dxa"/>
            </w:tcMar>
            <w:vAlign w:val="center"/>
          </w:tcPr>
          <w:p w14:paraId="63ACDE96" w14:textId="77777777" w:rsidR="00915042" w:rsidRDefault="00915042" w:rsidP="0098379A">
            <w:pPr>
              <w:jc w:val="left"/>
            </w:pPr>
            <w:r>
              <w:rPr>
                <w:b/>
                <w:sz w:val="17"/>
              </w:rPr>
              <w:t>INTERPOL General Secretariat</w:t>
            </w:r>
          </w:p>
        </w:tc>
        <w:tc>
          <w:tcPr>
            <w:tcW w:w="5896" w:type="dxa"/>
            <w:tcMar>
              <w:top w:w="60" w:type="dxa"/>
              <w:left w:w="80" w:type="dxa"/>
              <w:bottom w:w="60" w:type="dxa"/>
              <w:right w:w="80" w:type="dxa"/>
            </w:tcMar>
            <w:vAlign w:val="center"/>
          </w:tcPr>
          <w:p w14:paraId="79E41C58" w14:textId="77777777" w:rsidR="00915042" w:rsidRDefault="00915042" w:rsidP="0098379A">
            <w:pPr>
              <w:jc w:val="left"/>
            </w:pPr>
            <w:r>
              <w:rPr>
                <w:sz w:val="17"/>
              </w:rPr>
              <w:t>200 Quai Charles de Gaulle, 69006 Lyon, France</w:t>
            </w:r>
            <w:r>
              <w:br/>
            </w:r>
            <w:r>
              <w:rPr>
                <w:sz w:val="17"/>
              </w:rPr>
              <w:t>Tel: +33 4 72 44 70 00 | Fax: +33 4 72 44 71 63</w:t>
            </w:r>
          </w:p>
        </w:tc>
      </w:tr>
      <w:tr w:rsidR="00915042" w14:paraId="4161C94C" w14:textId="77777777" w:rsidTr="0098379A">
        <w:trPr>
          <w:cantSplit/>
          <w:jc w:val="center"/>
        </w:trPr>
        <w:tc>
          <w:tcPr>
            <w:tcW w:w="510" w:type="dxa"/>
            <w:tcMar>
              <w:top w:w="60" w:type="dxa"/>
              <w:left w:w="80" w:type="dxa"/>
              <w:bottom w:w="60" w:type="dxa"/>
              <w:right w:w="80" w:type="dxa"/>
            </w:tcMar>
            <w:vAlign w:val="center"/>
          </w:tcPr>
          <w:p w14:paraId="58EFA4F9" w14:textId="77777777" w:rsidR="00915042" w:rsidRDefault="00915042" w:rsidP="0098379A">
            <w:pPr>
              <w:jc w:val="center"/>
            </w:pPr>
            <w:r>
              <w:rPr>
                <w:sz w:val="17"/>
              </w:rPr>
              <w:t>3</w:t>
            </w:r>
          </w:p>
        </w:tc>
        <w:tc>
          <w:tcPr>
            <w:tcW w:w="3515" w:type="dxa"/>
            <w:tcMar>
              <w:top w:w="60" w:type="dxa"/>
              <w:left w:w="80" w:type="dxa"/>
              <w:bottom w:w="60" w:type="dxa"/>
              <w:right w:w="80" w:type="dxa"/>
            </w:tcMar>
            <w:vAlign w:val="center"/>
          </w:tcPr>
          <w:p w14:paraId="7C98C350" w14:textId="77777777" w:rsidR="00915042" w:rsidRDefault="00915042" w:rsidP="0098379A">
            <w:pPr>
              <w:jc w:val="left"/>
            </w:pPr>
            <w:r>
              <w:rPr>
                <w:b/>
                <w:sz w:val="17"/>
              </w:rPr>
              <w:t>International Criminal Court (ICC)</w:t>
            </w:r>
          </w:p>
        </w:tc>
        <w:tc>
          <w:tcPr>
            <w:tcW w:w="5896" w:type="dxa"/>
            <w:tcMar>
              <w:top w:w="60" w:type="dxa"/>
              <w:left w:w="80" w:type="dxa"/>
              <w:bottom w:w="60" w:type="dxa"/>
              <w:right w:w="80" w:type="dxa"/>
            </w:tcMar>
            <w:vAlign w:val="center"/>
          </w:tcPr>
          <w:p w14:paraId="0B89D29F" w14:textId="77777777" w:rsidR="00915042" w:rsidRDefault="00915042" w:rsidP="0098379A">
            <w:pPr>
              <w:jc w:val="left"/>
            </w:pPr>
            <w:r>
              <w:rPr>
                <w:sz w:val="17"/>
              </w:rPr>
              <w:t xml:space="preserve">Oude </w:t>
            </w:r>
            <w:proofErr w:type="spellStart"/>
            <w:r>
              <w:rPr>
                <w:sz w:val="17"/>
              </w:rPr>
              <w:t>Waalsdorperweg</w:t>
            </w:r>
            <w:proofErr w:type="spellEnd"/>
            <w:r>
              <w:rPr>
                <w:sz w:val="17"/>
              </w:rPr>
              <w:t xml:space="preserve"> 10, 2597 AK The Hague, The Netherlands</w:t>
            </w:r>
            <w:r>
              <w:br/>
            </w:r>
            <w:r>
              <w:rPr>
                <w:sz w:val="17"/>
              </w:rPr>
              <w:t>Website: www.icc-cpi.int</w:t>
            </w:r>
          </w:p>
        </w:tc>
      </w:tr>
      <w:tr w:rsidR="00915042" w14:paraId="1BE67F63" w14:textId="77777777" w:rsidTr="0098379A">
        <w:trPr>
          <w:cantSplit/>
          <w:jc w:val="center"/>
        </w:trPr>
        <w:tc>
          <w:tcPr>
            <w:tcW w:w="510" w:type="dxa"/>
            <w:tcMar>
              <w:top w:w="60" w:type="dxa"/>
              <w:left w:w="80" w:type="dxa"/>
              <w:bottom w:w="60" w:type="dxa"/>
              <w:right w:w="80" w:type="dxa"/>
            </w:tcMar>
            <w:vAlign w:val="center"/>
          </w:tcPr>
          <w:p w14:paraId="5F74308A" w14:textId="77777777" w:rsidR="00915042" w:rsidRDefault="00915042" w:rsidP="0098379A">
            <w:pPr>
              <w:jc w:val="center"/>
            </w:pPr>
            <w:r>
              <w:rPr>
                <w:sz w:val="17"/>
              </w:rPr>
              <w:t>4</w:t>
            </w:r>
          </w:p>
        </w:tc>
        <w:tc>
          <w:tcPr>
            <w:tcW w:w="3515" w:type="dxa"/>
            <w:tcMar>
              <w:top w:w="60" w:type="dxa"/>
              <w:left w:w="80" w:type="dxa"/>
              <w:bottom w:w="60" w:type="dxa"/>
              <w:right w:w="80" w:type="dxa"/>
            </w:tcMar>
            <w:vAlign w:val="center"/>
          </w:tcPr>
          <w:p w14:paraId="0777065D" w14:textId="77777777" w:rsidR="00915042" w:rsidRDefault="00915042" w:rsidP="0098379A">
            <w:pPr>
              <w:jc w:val="left"/>
            </w:pPr>
            <w:r>
              <w:rPr>
                <w:b/>
                <w:sz w:val="17"/>
              </w:rPr>
              <w:t>Council of Europe - Directorate of Political Affairs and External Relations</w:t>
            </w:r>
          </w:p>
        </w:tc>
        <w:tc>
          <w:tcPr>
            <w:tcW w:w="5896" w:type="dxa"/>
            <w:tcMar>
              <w:top w:w="60" w:type="dxa"/>
              <w:left w:w="80" w:type="dxa"/>
              <w:bottom w:w="60" w:type="dxa"/>
              <w:right w:w="80" w:type="dxa"/>
            </w:tcMar>
            <w:vAlign w:val="center"/>
          </w:tcPr>
          <w:p w14:paraId="7C3BC44C" w14:textId="77777777" w:rsidR="00915042" w:rsidRDefault="00915042" w:rsidP="0098379A">
            <w:pPr>
              <w:jc w:val="left"/>
            </w:pPr>
            <w:r>
              <w:rPr>
                <w:sz w:val="17"/>
              </w:rPr>
              <w:t xml:space="preserve">Council of Europe, Avenue de </w:t>
            </w:r>
            <w:proofErr w:type="spellStart"/>
            <w:r>
              <w:rPr>
                <w:sz w:val="17"/>
              </w:rPr>
              <w:t>l'Europe</w:t>
            </w:r>
            <w:proofErr w:type="spellEnd"/>
            <w:r>
              <w:rPr>
                <w:sz w:val="17"/>
              </w:rPr>
              <w:t>, F-67075 Strasbourg Cedex, France</w:t>
            </w:r>
          </w:p>
        </w:tc>
      </w:tr>
      <w:tr w:rsidR="00915042" w14:paraId="2324FD6C" w14:textId="77777777" w:rsidTr="0098379A">
        <w:trPr>
          <w:cantSplit/>
          <w:jc w:val="center"/>
        </w:trPr>
        <w:tc>
          <w:tcPr>
            <w:tcW w:w="510" w:type="dxa"/>
            <w:tcMar>
              <w:top w:w="60" w:type="dxa"/>
              <w:left w:w="80" w:type="dxa"/>
              <w:bottom w:w="60" w:type="dxa"/>
              <w:right w:w="80" w:type="dxa"/>
            </w:tcMar>
            <w:vAlign w:val="center"/>
          </w:tcPr>
          <w:p w14:paraId="74B1C277" w14:textId="77777777" w:rsidR="00915042" w:rsidRDefault="00915042" w:rsidP="0098379A">
            <w:pPr>
              <w:jc w:val="center"/>
            </w:pPr>
            <w:r>
              <w:rPr>
                <w:sz w:val="17"/>
              </w:rPr>
              <w:t>5</w:t>
            </w:r>
          </w:p>
        </w:tc>
        <w:tc>
          <w:tcPr>
            <w:tcW w:w="3515" w:type="dxa"/>
            <w:tcMar>
              <w:top w:w="60" w:type="dxa"/>
              <w:left w:w="80" w:type="dxa"/>
              <w:bottom w:w="60" w:type="dxa"/>
              <w:right w:w="80" w:type="dxa"/>
            </w:tcMar>
            <w:vAlign w:val="center"/>
          </w:tcPr>
          <w:p w14:paraId="627E56B3" w14:textId="77777777" w:rsidR="00915042" w:rsidRDefault="00915042" w:rsidP="0098379A">
            <w:pPr>
              <w:jc w:val="left"/>
            </w:pPr>
            <w:r>
              <w:rPr>
                <w:b/>
                <w:sz w:val="17"/>
              </w:rPr>
              <w:t>Office of the Secretary-General of the United Nations</w:t>
            </w:r>
          </w:p>
        </w:tc>
        <w:tc>
          <w:tcPr>
            <w:tcW w:w="5896" w:type="dxa"/>
            <w:tcMar>
              <w:top w:w="60" w:type="dxa"/>
              <w:left w:w="80" w:type="dxa"/>
              <w:bottom w:w="60" w:type="dxa"/>
              <w:right w:w="80" w:type="dxa"/>
            </w:tcMar>
            <w:vAlign w:val="center"/>
          </w:tcPr>
          <w:p w14:paraId="23D0FA74" w14:textId="77777777" w:rsidR="00915042" w:rsidRDefault="00915042" w:rsidP="0098379A">
            <w:pPr>
              <w:jc w:val="left"/>
            </w:pPr>
            <w:r>
              <w:rPr>
                <w:sz w:val="17"/>
              </w:rPr>
              <w:t>United Nations Headquarters, 760 United Nations Plaza, New York, NY 10017, USA</w:t>
            </w:r>
            <w:r>
              <w:br/>
            </w:r>
            <w:r>
              <w:rPr>
                <w:sz w:val="17"/>
              </w:rPr>
              <w:t>Secretary-General: António Guterres</w:t>
            </w:r>
          </w:p>
        </w:tc>
      </w:tr>
      <w:tr w:rsidR="00915042" w14:paraId="463AC925" w14:textId="77777777" w:rsidTr="0098379A">
        <w:trPr>
          <w:cantSplit/>
          <w:jc w:val="center"/>
        </w:trPr>
        <w:tc>
          <w:tcPr>
            <w:tcW w:w="510" w:type="dxa"/>
            <w:tcMar>
              <w:top w:w="60" w:type="dxa"/>
              <w:left w:w="80" w:type="dxa"/>
              <w:bottom w:w="60" w:type="dxa"/>
              <w:right w:w="80" w:type="dxa"/>
            </w:tcMar>
            <w:vAlign w:val="center"/>
          </w:tcPr>
          <w:p w14:paraId="5D1AE46F" w14:textId="77777777" w:rsidR="00915042" w:rsidRDefault="00915042" w:rsidP="0098379A">
            <w:pPr>
              <w:jc w:val="center"/>
            </w:pPr>
            <w:r>
              <w:rPr>
                <w:sz w:val="17"/>
              </w:rPr>
              <w:t>6</w:t>
            </w:r>
          </w:p>
        </w:tc>
        <w:tc>
          <w:tcPr>
            <w:tcW w:w="3515" w:type="dxa"/>
            <w:tcMar>
              <w:top w:w="60" w:type="dxa"/>
              <w:left w:w="80" w:type="dxa"/>
              <w:bottom w:w="60" w:type="dxa"/>
              <w:right w:w="80" w:type="dxa"/>
            </w:tcMar>
            <w:vAlign w:val="center"/>
          </w:tcPr>
          <w:p w14:paraId="6BBA6C1C" w14:textId="77777777" w:rsidR="00915042" w:rsidRDefault="00915042" w:rsidP="0098379A">
            <w:pPr>
              <w:jc w:val="left"/>
            </w:pPr>
            <w:r>
              <w:rPr>
                <w:b/>
                <w:sz w:val="17"/>
              </w:rPr>
              <w:t>Union of Turkish Bar Associations</w:t>
            </w:r>
          </w:p>
        </w:tc>
        <w:tc>
          <w:tcPr>
            <w:tcW w:w="5896" w:type="dxa"/>
            <w:tcMar>
              <w:top w:w="60" w:type="dxa"/>
              <w:left w:w="80" w:type="dxa"/>
              <w:bottom w:w="60" w:type="dxa"/>
              <w:right w:w="80" w:type="dxa"/>
            </w:tcMar>
            <w:vAlign w:val="center"/>
          </w:tcPr>
          <w:p w14:paraId="69D25CB0" w14:textId="77777777" w:rsidR="00915042" w:rsidRDefault="00915042" w:rsidP="0098379A">
            <w:pPr>
              <w:jc w:val="left"/>
            </w:pPr>
            <w:proofErr w:type="spellStart"/>
            <w:r>
              <w:rPr>
                <w:sz w:val="17"/>
              </w:rPr>
              <w:t>Oğuzlar</w:t>
            </w:r>
            <w:proofErr w:type="spellEnd"/>
            <w:r>
              <w:rPr>
                <w:sz w:val="17"/>
              </w:rPr>
              <w:t xml:space="preserve"> Mah., Barış </w:t>
            </w:r>
            <w:proofErr w:type="spellStart"/>
            <w:r>
              <w:rPr>
                <w:sz w:val="17"/>
              </w:rPr>
              <w:t>Manço</w:t>
            </w:r>
            <w:proofErr w:type="spellEnd"/>
            <w:r>
              <w:rPr>
                <w:sz w:val="17"/>
              </w:rPr>
              <w:t xml:space="preserve"> Cad., Av. Özdemir Özok Sok. No. 8, 06520 </w:t>
            </w:r>
            <w:proofErr w:type="spellStart"/>
            <w:r>
              <w:rPr>
                <w:sz w:val="17"/>
              </w:rPr>
              <w:t>Balgat</w:t>
            </w:r>
            <w:proofErr w:type="spellEnd"/>
            <w:r>
              <w:rPr>
                <w:sz w:val="17"/>
              </w:rPr>
              <w:t xml:space="preserve"> / Çankaya / Ankara, Türkiye</w:t>
            </w:r>
            <w:r>
              <w:br/>
            </w:r>
            <w:r>
              <w:rPr>
                <w:sz w:val="17"/>
              </w:rPr>
              <w:t>Tel: +90 312 292 59 00</w:t>
            </w:r>
          </w:p>
        </w:tc>
      </w:tr>
      <w:tr w:rsidR="00915042" w14:paraId="0BD5CD55" w14:textId="77777777" w:rsidTr="0098379A">
        <w:trPr>
          <w:cantSplit/>
          <w:jc w:val="center"/>
        </w:trPr>
        <w:tc>
          <w:tcPr>
            <w:tcW w:w="510" w:type="dxa"/>
            <w:tcMar>
              <w:top w:w="60" w:type="dxa"/>
              <w:left w:w="80" w:type="dxa"/>
              <w:bottom w:w="60" w:type="dxa"/>
              <w:right w:w="80" w:type="dxa"/>
            </w:tcMar>
            <w:vAlign w:val="center"/>
          </w:tcPr>
          <w:p w14:paraId="584357EC" w14:textId="77777777" w:rsidR="00915042" w:rsidRDefault="00915042" w:rsidP="0098379A">
            <w:pPr>
              <w:jc w:val="center"/>
            </w:pPr>
            <w:r>
              <w:rPr>
                <w:sz w:val="17"/>
              </w:rPr>
              <w:t>7</w:t>
            </w:r>
          </w:p>
        </w:tc>
        <w:tc>
          <w:tcPr>
            <w:tcW w:w="3515" w:type="dxa"/>
            <w:tcMar>
              <w:top w:w="60" w:type="dxa"/>
              <w:left w:w="80" w:type="dxa"/>
              <w:bottom w:w="60" w:type="dxa"/>
              <w:right w:w="80" w:type="dxa"/>
            </w:tcMar>
            <w:vAlign w:val="center"/>
          </w:tcPr>
          <w:p w14:paraId="2A90DD84" w14:textId="77777777" w:rsidR="00915042" w:rsidRDefault="00915042" w:rsidP="0098379A">
            <w:pPr>
              <w:jc w:val="left"/>
            </w:pPr>
            <w:r>
              <w:rPr>
                <w:b/>
                <w:sz w:val="17"/>
              </w:rPr>
              <w:t>Istanbul Bar Association</w:t>
            </w:r>
          </w:p>
        </w:tc>
        <w:tc>
          <w:tcPr>
            <w:tcW w:w="5896" w:type="dxa"/>
            <w:tcMar>
              <w:top w:w="60" w:type="dxa"/>
              <w:left w:w="80" w:type="dxa"/>
              <w:bottom w:w="60" w:type="dxa"/>
              <w:right w:w="80" w:type="dxa"/>
            </w:tcMar>
            <w:vAlign w:val="center"/>
          </w:tcPr>
          <w:p w14:paraId="128ED032" w14:textId="77777777" w:rsidR="00915042" w:rsidRDefault="00915042" w:rsidP="0098379A">
            <w:pPr>
              <w:jc w:val="left"/>
            </w:pPr>
            <w:proofErr w:type="spellStart"/>
            <w:r>
              <w:rPr>
                <w:sz w:val="17"/>
              </w:rPr>
              <w:t>İstiklal</w:t>
            </w:r>
            <w:proofErr w:type="spellEnd"/>
            <w:r>
              <w:rPr>
                <w:sz w:val="17"/>
              </w:rPr>
              <w:t xml:space="preserve"> Cad., Orhan Adli Apaydın Sok. No. 2, 34430 Beyoğlu / Istanbul, Türkiye</w:t>
            </w:r>
            <w:r>
              <w:br/>
            </w:r>
            <w:r>
              <w:rPr>
                <w:sz w:val="17"/>
              </w:rPr>
              <w:t>Tel: +90 212 393 07 00 - 444 18 78</w:t>
            </w:r>
          </w:p>
        </w:tc>
      </w:tr>
      <w:tr w:rsidR="00915042" w14:paraId="3B439F27" w14:textId="77777777" w:rsidTr="0098379A">
        <w:trPr>
          <w:cantSplit/>
          <w:jc w:val="center"/>
        </w:trPr>
        <w:tc>
          <w:tcPr>
            <w:tcW w:w="510" w:type="dxa"/>
            <w:tcMar>
              <w:top w:w="60" w:type="dxa"/>
              <w:left w:w="80" w:type="dxa"/>
              <w:bottom w:w="60" w:type="dxa"/>
              <w:right w:w="80" w:type="dxa"/>
            </w:tcMar>
            <w:vAlign w:val="center"/>
          </w:tcPr>
          <w:p w14:paraId="2432EE14" w14:textId="77777777" w:rsidR="00915042" w:rsidRDefault="00915042" w:rsidP="0098379A">
            <w:pPr>
              <w:jc w:val="center"/>
            </w:pPr>
            <w:r>
              <w:rPr>
                <w:sz w:val="17"/>
              </w:rPr>
              <w:t>8</w:t>
            </w:r>
          </w:p>
        </w:tc>
        <w:tc>
          <w:tcPr>
            <w:tcW w:w="3515" w:type="dxa"/>
            <w:tcMar>
              <w:top w:w="60" w:type="dxa"/>
              <w:left w:w="80" w:type="dxa"/>
              <w:bottom w:w="60" w:type="dxa"/>
              <w:right w:w="80" w:type="dxa"/>
            </w:tcMar>
            <w:vAlign w:val="center"/>
          </w:tcPr>
          <w:p w14:paraId="50E43195" w14:textId="77777777" w:rsidR="00915042" w:rsidRDefault="00915042" w:rsidP="0098379A">
            <w:pPr>
              <w:jc w:val="left"/>
            </w:pPr>
            <w:r>
              <w:rPr>
                <w:b/>
                <w:sz w:val="17"/>
              </w:rPr>
              <w:t>Ankara Bar Association</w:t>
            </w:r>
          </w:p>
        </w:tc>
        <w:tc>
          <w:tcPr>
            <w:tcW w:w="5896" w:type="dxa"/>
            <w:tcMar>
              <w:top w:w="60" w:type="dxa"/>
              <w:left w:w="80" w:type="dxa"/>
              <w:bottom w:w="60" w:type="dxa"/>
              <w:right w:w="80" w:type="dxa"/>
            </w:tcMar>
            <w:vAlign w:val="center"/>
          </w:tcPr>
          <w:p w14:paraId="5D4F036F" w14:textId="77777777" w:rsidR="00915042" w:rsidRDefault="00915042" w:rsidP="0098379A">
            <w:pPr>
              <w:jc w:val="left"/>
            </w:pPr>
            <w:r>
              <w:rPr>
                <w:sz w:val="17"/>
              </w:rPr>
              <w:t xml:space="preserve">Atatürk </w:t>
            </w:r>
            <w:proofErr w:type="spellStart"/>
            <w:r>
              <w:rPr>
                <w:sz w:val="17"/>
              </w:rPr>
              <w:t>Bulvarı</w:t>
            </w:r>
            <w:proofErr w:type="spellEnd"/>
            <w:r>
              <w:rPr>
                <w:sz w:val="17"/>
              </w:rPr>
              <w:t xml:space="preserve"> No. 40, Courthouse, 5th Floor, </w:t>
            </w:r>
            <w:proofErr w:type="spellStart"/>
            <w:r>
              <w:rPr>
                <w:sz w:val="17"/>
              </w:rPr>
              <w:t>Sıhhiye</w:t>
            </w:r>
            <w:proofErr w:type="spellEnd"/>
            <w:r>
              <w:rPr>
                <w:sz w:val="17"/>
              </w:rPr>
              <w:t xml:space="preserve"> / Ankara, Türkiye</w:t>
            </w:r>
          </w:p>
        </w:tc>
      </w:tr>
      <w:tr w:rsidR="00915042" w14:paraId="417BF507" w14:textId="77777777" w:rsidTr="0098379A">
        <w:trPr>
          <w:cantSplit/>
          <w:jc w:val="center"/>
        </w:trPr>
        <w:tc>
          <w:tcPr>
            <w:tcW w:w="510" w:type="dxa"/>
            <w:tcMar>
              <w:top w:w="60" w:type="dxa"/>
              <w:left w:w="80" w:type="dxa"/>
              <w:bottom w:w="60" w:type="dxa"/>
              <w:right w:w="80" w:type="dxa"/>
            </w:tcMar>
            <w:vAlign w:val="center"/>
          </w:tcPr>
          <w:p w14:paraId="2C3D6F3D" w14:textId="77777777" w:rsidR="00915042" w:rsidRDefault="00915042" w:rsidP="0098379A">
            <w:pPr>
              <w:jc w:val="center"/>
            </w:pPr>
            <w:r>
              <w:rPr>
                <w:sz w:val="17"/>
              </w:rPr>
              <w:t>9</w:t>
            </w:r>
          </w:p>
        </w:tc>
        <w:tc>
          <w:tcPr>
            <w:tcW w:w="3515" w:type="dxa"/>
            <w:tcMar>
              <w:top w:w="60" w:type="dxa"/>
              <w:left w:w="80" w:type="dxa"/>
              <w:bottom w:w="60" w:type="dxa"/>
              <w:right w:w="80" w:type="dxa"/>
            </w:tcMar>
            <w:vAlign w:val="center"/>
          </w:tcPr>
          <w:p w14:paraId="4BE1495B" w14:textId="77777777" w:rsidR="00915042" w:rsidRDefault="00915042" w:rsidP="0098379A">
            <w:pPr>
              <w:jc w:val="left"/>
            </w:pPr>
            <w:r>
              <w:rPr>
                <w:b/>
                <w:sz w:val="17"/>
              </w:rPr>
              <w:t>Izmir Bar Association</w:t>
            </w:r>
          </w:p>
        </w:tc>
        <w:tc>
          <w:tcPr>
            <w:tcW w:w="5896" w:type="dxa"/>
            <w:tcMar>
              <w:top w:w="60" w:type="dxa"/>
              <w:left w:w="80" w:type="dxa"/>
              <w:bottom w:w="60" w:type="dxa"/>
              <w:right w:w="80" w:type="dxa"/>
            </w:tcMar>
            <w:vAlign w:val="center"/>
          </w:tcPr>
          <w:p w14:paraId="1CC80BDE" w14:textId="77777777" w:rsidR="00915042" w:rsidRDefault="00915042" w:rsidP="0098379A">
            <w:pPr>
              <w:jc w:val="left"/>
            </w:pPr>
            <w:r>
              <w:rPr>
                <w:sz w:val="17"/>
              </w:rPr>
              <w:t xml:space="preserve">1456 Sokak No. 14, </w:t>
            </w:r>
            <w:proofErr w:type="spellStart"/>
            <w:r>
              <w:rPr>
                <w:sz w:val="17"/>
              </w:rPr>
              <w:t>Alsancak</w:t>
            </w:r>
            <w:proofErr w:type="spellEnd"/>
            <w:r>
              <w:rPr>
                <w:sz w:val="17"/>
              </w:rPr>
              <w:t xml:space="preserve"> / Konak / Izmir, Türkiye</w:t>
            </w:r>
          </w:p>
        </w:tc>
      </w:tr>
      <w:tr w:rsidR="00915042" w14:paraId="315F617E" w14:textId="77777777" w:rsidTr="0098379A">
        <w:trPr>
          <w:cantSplit/>
          <w:jc w:val="center"/>
        </w:trPr>
        <w:tc>
          <w:tcPr>
            <w:tcW w:w="510" w:type="dxa"/>
            <w:tcMar>
              <w:top w:w="60" w:type="dxa"/>
              <w:left w:w="80" w:type="dxa"/>
              <w:bottom w:w="60" w:type="dxa"/>
              <w:right w:w="80" w:type="dxa"/>
            </w:tcMar>
            <w:vAlign w:val="center"/>
          </w:tcPr>
          <w:p w14:paraId="4B73DBEB" w14:textId="77777777" w:rsidR="00915042" w:rsidRDefault="00915042" w:rsidP="0098379A">
            <w:pPr>
              <w:jc w:val="center"/>
            </w:pPr>
            <w:r>
              <w:rPr>
                <w:sz w:val="17"/>
              </w:rPr>
              <w:t>10</w:t>
            </w:r>
          </w:p>
        </w:tc>
        <w:tc>
          <w:tcPr>
            <w:tcW w:w="3515" w:type="dxa"/>
            <w:tcMar>
              <w:top w:w="60" w:type="dxa"/>
              <w:left w:w="80" w:type="dxa"/>
              <w:bottom w:w="60" w:type="dxa"/>
              <w:right w:w="80" w:type="dxa"/>
            </w:tcMar>
            <w:vAlign w:val="center"/>
          </w:tcPr>
          <w:p w14:paraId="36C8A010" w14:textId="77777777" w:rsidR="00915042" w:rsidRDefault="00915042" w:rsidP="0098379A">
            <w:pPr>
              <w:jc w:val="left"/>
            </w:pPr>
            <w:r>
              <w:rPr>
                <w:b/>
                <w:sz w:val="17"/>
              </w:rPr>
              <w:t>Ministry of Justice of the Republic of Türkiye</w:t>
            </w:r>
          </w:p>
        </w:tc>
        <w:tc>
          <w:tcPr>
            <w:tcW w:w="5896" w:type="dxa"/>
            <w:tcMar>
              <w:top w:w="60" w:type="dxa"/>
              <w:left w:w="80" w:type="dxa"/>
              <w:bottom w:w="60" w:type="dxa"/>
              <w:right w:w="80" w:type="dxa"/>
            </w:tcMar>
            <w:vAlign w:val="center"/>
          </w:tcPr>
          <w:p w14:paraId="49B1498C" w14:textId="77777777" w:rsidR="00915042" w:rsidRDefault="00915042" w:rsidP="0098379A">
            <w:pPr>
              <w:jc w:val="left"/>
            </w:pPr>
            <w:r>
              <w:rPr>
                <w:sz w:val="17"/>
              </w:rPr>
              <w:t xml:space="preserve">Annex Building, Block B, </w:t>
            </w:r>
            <w:proofErr w:type="spellStart"/>
            <w:r>
              <w:rPr>
                <w:sz w:val="17"/>
              </w:rPr>
              <w:t>Namık</w:t>
            </w:r>
            <w:proofErr w:type="spellEnd"/>
            <w:r>
              <w:rPr>
                <w:sz w:val="17"/>
              </w:rPr>
              <w:t xml:space="preserve"> Kemal Mah., Milli </w:t>
            </w:r>
            <w:proofErr w:type="spellStart"/>
            <w:r>
              <w:rPr>
                <w:sz w:val="17"/>
              </w:rPr>
              <w:t>Müdafaa</w:t>
            </w:r>
            <w:proofErr w:type="spellEnd"/>
            <w:r>
              <w:rPr>
                <w:sz w:val="17"/>
              </w:rPr>
              <w:t xml:space="preserve"> Cad. No. 22, 06659 Çankaya / Ankara, Türkiye</w:t>
            </w:r>
          </w:p>
        </w:tc>
      </w:tr>
    </w:tbl>
    <w:p w14:paraId="332BEC40" w14:textId="77777777" w:rsidR="00915042" w:rsidRDefault="00915042" w:rsidP="00915042"/>
    <w:p w14:paraId="3713260C" w14:textId="77777777" w:rsidR="00915042" w:rsidRDefault="00915042" w:rsidP="00915042">
      <w:pPr>
        <w:spacing w:after="120"/>
      </w:pPr>
      <w:r>
        <w:rPr>
          <w:b/>
        </w:rPr>
        <w:t>Subject: Request for the effective enforcement of the decisions of the International Criminal Court and the Istanbul 11th High Criminal Court, and for the process to be monitored by national and international institutions.</w:t>
      </w:r>
    </w:p>
    <w:p w14:paraId="74A7692E" w14:textId="77777777" w:rsidR="00915042" w:rsidRDefault="00915042" w:rsidP="00915042">
      <w:pPr>
        <w:pStyle w:val="Balk1"/>
      </w:pPr>
      <w:r>
        <w:t>STATEMENT OF GROUNDS</w:t>
      </w:r>
    </w:p>
    <w:p w14:paraId="557B0D36" w14:textId="77777777" w:rsidR="00915042" w:rsidRDefault="00915042" w:rsidP="00915042">
      <w:r>
        <w:t>We, the lawyers whose names, bar associations and registration details appear in the attached list, have come together to oppose impunity for international crimes and to ensure that judicial decisions are not abandoned to political calculations.</w:t>
      </w:r>
    </w:p>
    <w:p w14:paraId="6CB6A210" w14:textId="77777777" w:rsidR="00915042" w:rsidRDefault="00915042" w:rsidP="00915042">
      <w:r>
        <w:t>This initiative recalls the path opened in legal history by the proceedings initiated by the Spanish judiciary against Augusto Pinochet and culminating in his arrest in the United Kingdom. The Pinochet case demonstrated to the world that former heads of state do not enjoy absolute immunity in respect of torture and crimes against humanity, and that international crimes cannot be placed beyond the reach of law by virtue of office or power.</w:t>
      </w:r>
    </w:p>
    <w:p w14:paraId="35742AA9" w14:textId="77777777" w:rsidR="00915042" w:rsidRDefault="00915042" w:rsidP="00915042">
      <w:r>
        <w:lastRenderedPageBreak/>
        <w:t>The decisions concerning Benjamin Netanyahu now face the same historical and legal test. The true value of an arrest warrant lies not merely in its issuance, but in the legal resolve shown to enforce it. When the law is not applied to the leaders of powerful states, it becomes a selective instrument of punishment operating only against the weak, the defeated and the unprotected.</w:t>
      </w:r>
    </w:p>
    <w:p w14:paraId="44957022" w14:textId="77777777" w:rsidR="00915042" w:rsidRDefault="00915042" w:rsidP="00915042">
      <w:pPr>
        <w:pStyle w:val="Balk1"/>
      </w:pPr>
      <w:r>
        <w:t>LEGAL AND FACTUAL FRAMEWORK</w:t>
      </w:r>
    </w:p>
    <w:p w14:paraId="33FBA0EB" w14:textId="77777777" w:rsidR="00915042" w:rsidRDefault="00915042" w:rsidP="00915042">
      <w:r>
        <w:t>On 21 November 2024, the International Criminal Court issued a warrant of arrest for Israeli Prime Minister Benjamin Netanyahu in connection with alleged war crimes and crimes against humanity.</w:t>
      </w:r>
    </w:p>
    <w:p w14:paraId="575925AC" w14:textId="77777777" w:rsidR="00915042" w:rsidRDefault="00915042" w:rsidP="00915042">
      <w:r>
        <w:t xml:space="preserve">In the pending proceedings concerning the intervention against the </w:t>
      </w:r>
      <w:proofErr w:type="spellStart"/>
      <w:r>
        <w:t>Sumud</w:t>
      </w:r>
      <w:proofErr w:type="spellEnd"/>
      <w:r>
        <w:t xml:space="preserve"> Flotilla carrying humanitarian assistance to Gaza, the Istanbul 11th High Criminal Court, by an interim decision dated 14 July 2026, ordered that the necessary steps be taken for the issuance of an INTERPOL Red Notice concerning Netanyahu.</w:t>
      </w:r>
    </w:p>
    <w:p w14:paraId="12070A35" w14:textId="77777777" w:rsidR="00915042" w:rsidRDefault="00915042" w:rsidP="00915042">
      <w:r>
        <w:t>These two decisions are not disconnected legal events. One is the response of international criminal justice, and the other that of a national criminal court, to the same fundamental question: May the office held by a state leader become a shield of immunity against international crimes?</w:t>
      </w:r>
    </w:p>
    <w:p w14:paraId="331F5B1C" w14:textId="77777777" w:rsidR="00915042" w:rsidRDefault="00915042" w:rsidP="00915042">
      <w:r>
        <w:t>Our answer as lawyers is clear: No public office may place the starvation, killing or forcible displacement of civilians, the obstruction of humanitarian assistance, or attacks against humanitarian personnel beyond the reach of law.</w:t>
      </w:r>
    </w:p>
    <w:p w14:paraId="54F7226E" w14:textId="77777777" w:rsidR="00915042" w:rsidRDefault="00915042" w:rsidP="00915042">
      <w:pPr>
        <w:pStyle w:val="Balk1"/>
      </w:pPr>
      <w:r>
        <w:t>OUR RESOLUTIONS AND REQUESTS</w:t>
      </w:r>
    </w:p>
    <w:p w14:paraId="27F0A6F6" w14:textId="77777777" w:rsidR="00915042" w:rsidRDefault="00915042" w:rsidP="00915042">
      <w:pPr>
        <w:ind w:left="369" w:hanging="312"/>
      </w:pPr>
      <w:r>
        <w:rPr>
          <w:b/>
        </w:rPr>
        <w:t xml:space="preserve">1. </w:t>
      </w:r>
      <w:r>
        <w:t>That the interim decision of the Istanbul 11th High Criminal Court dated 14 July 2026 be implemented without delay; that the decision be duly transmitted through the competent authorities via INTERPOL channels; and that the public and the applicants be informed of the administrative and enforcement measures taken and their results;</w:t>
      </w:r>
    </w:p>
    <w:p w14:paraId="5641EC67" w14:textId="77777777" w:rsidR="00915042" w:rsidRDefault="00915042" w:rsidP="00915042">
      <w:pPr>
        <w:ind w:left="369" w:hanging="312"/>
      </w:pPr>
      <w:r>
        <w:rPr>
          <w:b/>
        </w:rPr>
        <w:t xml:space="preserve">2. </w:t>
      </w:r>
      <w:r>
        <w:t>That the INTERPOL General Secretariat assess any request submitted to it not according to political balances of power, but in accordance with the INTERPOL Constitution, applicable human rights principles and the objective of combating international crime, and that we be informed of the process;</w:t>
      </w:r>
    </w:p>
    <w:p w14:paraId="3A171EBC" w14:textId="77777777" w:rsidR="00915042" w:rsidRDefault="00915042" w:rsidP="00915042">
      <w:pPr>
        <w:ind w:left="369" w:hanging="312"/>
      </w:pPr>
      <w:r>
        <w:rPr>
          <w:b/>
        </w:rPr>
        <w:t xml:space="preserve">3. </w:t>
      </w:r>
      <w:r>
        <w:t>That all States Parties to the Rome Statute fully comply with the obligations arising from the International Criminal Court's warrant of arrest and surrender concerning Netanyahu, and that implementation of those obligations be effectively monitored by the competent international institutions;</w:t>
      </w:r>
    </w:p>
    <w:p w14:paraId="2402DAAE" w14:textId="77777777" w:rsidR="00915042" w:rsidRDefault="00915042" w:rsidP="00915042">
      <w:pPr>
        <w:ind w:left="369" w:hanging="312"/>
      </w:pPr>
      <w:r>
        <w:rPr>
          <w:b/>
        </w:rPr>
        <w:t xml:space="preserve">4. </w:t>
      </w:r>
      <w:r>
        <w:t>That the institutions of the European Union, the organs of the Council of Europe and European States defend international criminal justice without discrimination between States, and not permit diplomatic or political considerations to render judicial decisions ineffective;</w:t>
      </w:r>
    </w:p>
    <w:p w14:paraId="1C8C0A86" w14:textId="77777777" w:rsidR="00915042" w:rsidRDefault="00915042" w:rsidP="00915042">
      <w:pPr>
        <w:ind w:left="369" w:hanging="312"/>
      </w:pPr>
      <w:r>
        <w:rPr>
          <w:b/>
        </w:rPr>
        <w:t xml:space="preserve">5. </w:t>
      </w:r>
      <w:r>
        <w:t>That the United Nations and its human rights mechanisms take effective, transparent and result-oriented action to preserve evidence relating to alleged international crimes committed in Gaza, protect victims and ensure the prosecution of those responsible;</w:t>
      </w:r>
    </w:p>
    <w:p w14:paraId="437C6AD4" w14:textId="77777777" w:rsidR="00915042" w:rsidRDefault="00915042" w:rsidP="00915042">
      <w:pPr>
        <w:ind w:left="369" w:hanging="312"/>
      </w:pPr>
      <w:r>
        <w:rPr>
          <w:b/>
        </w:rPr>
        <w:t xml:space="preserve">6. </w:t>
      </w:r>
      <w:r>
        <w:t xml:space="preserve">That the Union of Turkish Bar Associations, bar associations, law faculties, human rights </w:t>
      </w:r>
      <w:proofErr w:type="spellStart"/>
      <w:r>
        <w:t>organisations</w:t>
      </w:r>
      <w:proofErr w:type="spellEnd"/>
      <w:r>
        <w:t xml:space="preserve"> and international legal </w:t>
      </w:r>
      <w:proofErr w:type="spellStart"/>
      <w:r>
        <w:t>organisations</w:t>
      </w:r>
      <w:proofErr w:type="spellEnd"/>
      <w:r>
        <w:t xml:space="preserve"> continuously monitor the process and establish a joint legal delegation, where appropriate, to submit an amicus curiae brief before the International Criminal Court and pursue other available legal avenues;</w:t>
      </w:r>
    </w:p>
    <w:p w14:paraId="171B310B" w14:textId="77777777" w:rsidR="00915042" w:rsidRDefault="00915042" w:rsidP="00915042">
      <w:pPr>
        <w:ind w:left="369" w:hanging="312"/>
      </w:pPr>
      <w:r>
        <w:rPr>
          <w:b/>
        </w:rPr>
        <w:t xml:space="preserve">7. </w:t>
      </w:r>
      <w:r>
        <w:t>That the proceedings in Istanbul be monitored by independent delegations composed of national and international lawyers, and that legal assessments concerning the hearings and decisions be shared with the public.</w:t>
      </w:r>
    </w:p>
    <w:p w14:paraId="0935274D" w14:textId="77777777" w:rsidR="00915042" w:rsidRDefault="00915042" w:rsidP="00915042">
      <w:pPr>
        <w:pStyle w:val="Balk1"/>
      </w:pPr>
      <w:r>
        <w:t>CALL TO LAWYERS AND INSTITUTIONS</w:t>
      </w:r>
    </w:p>
    <w:p w14:paraId="57316035" w14:textId="77777777" w:rsidR="00915042" w:rsidRDefault="00915042" w:rsidP="00915042">
      <w:r>
        <w:t>This appeal seeks the application of the same law not merely for a particular incident or a particular group of victims, but for all victims.</w:t>
      </w:r>
    </w:p>
    <w:p w14:paraId="1C44A3AD" w14:textId="77777777" w:rsidR="00915042" w:rsidRDefault="00915042" w:rsidP="00915042">
      <w:r>
        <w:t>Arrest warrants test not only the persons sought, but also the fidelity of States to the rule of law. We demand that judicial warrants not be forgotten in diplomatic drawers and that court decisions not be treated as less valuable than the political calculations of States.</w:t>
      </w:r>
    </w:p>
    <w:p w14:paraId="1047F632" w14:textId="77777777" w:rsidR="00915042" w:rsidRDefault="00915042" w:rsidP="00915042">
      <w:r>
        <w:t>We call upon our colleagues, legal academics, bar associations and human rights defenders to sign this text and to participate in the legal delegation to be established for the coordinated pursuit of national and international legal remedies.</w:t>
      </w:r>
    </w:p>
    <w:p w14:paraId="33BCA78B" w14:textId="77777777" w:rsidR="00915042" w:rsidRDefault="00915042" w:rsidP="00915042">
      <w:r>
        <w:t>Law does not advance by itself. It is advanced by those who persist. We persist; we will follow this process and carry it forward.</w:t>
      </w:r>
    </w:p>
    <w:p w14:paraId="67744EFE" w14:textId="77777777" w:rsidR="00915042" w:rsidRDefault="00915042" w:rsidP="00915042">
      <w:pPr>
        <w:pStyle w:val="Balk1"/>
      </w:pPr>
      <w:r>
        <w:lastRenderedPageBreak/>
        <w:t>CONCLUSION AND RELIEF REQUESTED</w:t>
      </w:r>
    </w:p>
    <w:p w14:paraId="74075BC2" w14:textId="77777777" w:rsidR="00915042" w:rsidRDefault="00915042" w:rsidP="00915042">
      <w:r>
        <w:t>For the reasons set out above, we respectfully request that each recipient institution, within the scope of its mandate and powers, take the necessary steps without delay, communicate the outcome to our joint correspondence address, and provide transparent information to the public.</w:t>
      </w:r>
    </w:p>
    <w:p w14:paraId="59581A7C" w14:textId="77777777" w:rsidR="00915042" w:rsidRDefault="00915042" w:rsidP="00915042">
      <w:pPr>
        <w:spacing w:before="200"/>
      </w:pPr>
      <w:r>
        <w:rPr>
          <w:b/>
        </w:rPr>
        <w:t>Opened for signature: 20 July 2026</w:t>
      </w:r>
      <w:r>
        <w:rPr>
          <w:b/>
        </w:rPr>
        <w:br/>
        <w:t>Date of application: 22 July 2026</w:t>
      </w:r>
    </w:p>
    <w:tbl>
      <w:tblPr>
        <w:tblW w:w="0" w:type="auto"/>
        <w:jc w:val="center"/>
        <w:tblLayout w:type="fixed"/>
        <w:tblLook w:val="04A0" w:firstRow="1" w:lastRow="0" w:firstColumn="1" w:lastColumn="0" w:noHBand="0" w:noVBand="1"/>
      </w:tblPr>
      <w:tblGrid>
        <w:gridCol w:w="4706"/>
        <w:gridCol w:w="4706"/>
      </w:tblGrid>
      <w:tr w:rsidR="00915042" w14:paraId="0B482A6D" w14:textId="77777777" w:rsidTr="0098379A">
        <w:trPr>
          <w:jc w:val="center"/>
        </w:trPr>
        <w:tc>
          <w:tcPr>
            <w:tcW w:w="4706" w:type="dxa"/>
          </w:tcPr>
          <w:p w14:paraId="23FCEE60" w14:textId="77777777" w:rsidR="00915042" w:rsidRDefault="00915042" w:rsidP="0098379A">
            <w:pPr>
              <w:jc w:val="center"/>
            </w:pPr>
            <w:r>
              <w:rPr>
                <w:b/>
              </w:rPr>
              <w:t>Coordinating Lawyer</w:t>
            </w:r>
            <w:r>
              <w:rPr>
                <w:b/>
              </w:rPr>
              <w:br/>
            </w:r>
            <w:r>
              <w:t xml:space="preserve">Attorney </w:t>
            </w:r>
            <w:proofErr w:type="spellStart"/>
            <w:r>
              <w:t>Hıdır</w:t>
            </w:r>
            <w:proofErr w:type="spellEnd"/>
            <w:r>
              <w:t xml:space="preserve"> </w:t>
            </w:r>
            <w:proofErr w:type="spellStart"/>
            <w:r>
              <w:t>Kırkıcı</w:t>
            </w:r>
            <w:proofErr w:type="spellEnd"/>
            <w:r>
              <w:br/>
            </w:r>
            <w:proofErr w:type="spellStart"/>
            <w:r>
              <w:t>Isparta</w:t>
            </w:r>
            <w:proofErr w:type="spellEnd"/>
            <w:r>
              <w:t xml:space="preserve"> Bar Association - Reg. No. 1001</w:t>
            </w:r>
          </w:p>
        </w:tc>
        <w:tc>
          <w:tcPr>
            <w:tcW w:w="4706" w:type="dxa"/>
          </w:tcPr>
          <w:p w14:paraId="39519EDC" w14:textId="77777777" w:rsidR="00915042" w:rsidRDefault="00915042" w:rsidP="0098379A">
            <w:pPr>
              <w:jc w:val="center"/>
            </w:pPr>
            <w:r>
              <w:rPr>
                <w:b/>
              </w:rPr>
              <w:t>Coordinating Lawyer</w:t>
            </w:r>
            <w:r>
              <w:rPr>
                <w:b/>
              </w:rPr>
              <w:br/>
            </w:r>
            <w:r>
              <w:t xml:space="preserve">Attorney </w:t>
            </w:r>
            <w:proofErr w:type="spellStart"/>
            <w:r>
              <w:t>Senih</w:t>
            </w:r>
            <w:proofErr w:type="spellEnd"/>
            <w:r>
              <w:t xml:space="preserve"> Özay</w:t>
            </w:r>
            <w:r>
              <w:br/>
            </w:r>
          </w:p>
        </w:tc>
      </w:tr>
    </w:tbl>
    <w:p w14:paraId="6A905C88" w14:textId="77777777" w:rsidR="00915042" w:rsidRDefault="00915042" w:rsidP="00915042">
      <w:r>
        <w:br w:type="page"/>
      </w:r>
    </w:p>
    <w:p w14:paraId="3F3AAB71" w14:textId="77777777" w:rsidR="00915042" w:rsidRDefault="00915042" w:rsidP="00915042">
      <w:pPr>
        <w:pStyle w:val="KonuBal"/>
      </w:pPr>
      <w:r>
        <w:lastRenderedPageBreak/>
        <w:t>ANNEX 1: LIST OF SIGNATORY LAWYERS (117 LAWYERS)</w:t>
      </w:r>
    </w:p>
    <w:p w14:paraId="48CFE651" w14:textId="77777777" w:rsidR="00915042" w:rsidRDefault="00915042" w:rsidP="00915042">
      <w:pPr>
        <w:pStyle w:val="Compact"/>
        <w:jc w:val="both"/>
      </w:pPr>
      <w:r>
        <w:t xml:space="preserve">Note: The numbering has been </w:t>
      </w:r>
      <w:proofErr w:type="spellStart"/>
      <w:r>
        <w:t>regularised</w:t>
      </w:r>
      <w:proofErr w:type="spellEnd"/>
      <w:r>
        <w:t xml:space="preserve"> because the source text jumped from 72 to 75. The repeated copy of the same signatory list has been consolidated into a single list. No registration number was provided in the source for Oğuz Uğur </w:t>
      </w:r>
      <w:proofErr w:type="spellStart"/>
      <w:r>
        <w:t>Olca</w:t>
      </w:r>
      <w:proofErr w:type="spellEnd"/>
      <w:r>
        <w:t xml:space="preserve"> or Ebru </w:t>
      </w:r>
      <w:proofErr w:type="spellStart"/>
      <w:r>
        <w:t>Erginbay</w:t>
      </w:r>
      <w:proofErr w:type="spellEnd"/>
      <w:r>
        <w:t>.</w:t>
      </w:r>
    </w:p>
    <w:tbl>
      <w:tblPr>
        <w:tblStyle w:val="TabloKlavuzu"/>
        <w:tblW w:w="0" w:type="auto"/>
        <w:jc w:val="center"/>
        <w:tblLook w:val="04A0" w:firstRow="1" w:lastRow="0" w:firstColumn="1" w:lastColumn="0" w:noHBand="0" w:noVBand="1"/>
      </w:tblPr>
      <w:tblGrid>
        <w:gridCol w:w="482"/>
        <w:gridCol w:w="3855"/>
        <w:gridCol w:w="3628"/>
        <w:gridCol w:w="1701"/>
      </w:tblGrid>
      <w:tr w:rsidR="00915042" w14:paraId="04B5960D" w14:textId="77777777" w:rsidTr="0098379A">
        <w:trPr>
          <w:tblHeader/>
          <w:jc w:val="center"/>
        </w:trPr>
        <w:tc>
          <w:tcPr>
            <w:tcW w:w="482" w:type="dxa"/>
            <w:shd w:val="clear" w:color="auto" w:fill="D9E2F3"/>
            <w:tcMar>
              <w:top w:w="50" w:type="dxa"/>
              <w:left w:w="65" w:type="dxa"/>
              <w:bottom w:w="50" w:type="dxa"/>
              <w:right w:w="65" w:type="dxa"/>
            </w:tcMar>
          </w:tcPr>
          <w:p w14:paraId="6AC38A37" w14:textId="77777777" w:rsidR="00915042" w:rsidRDefault="00915042" w:rsidP="0098379A">
            <w:pPr>
              <w:jc w:val="center"/>
            </w:pPr>
            <w:r>
              <w:rPr>
                <w:b/>
                <w:sz w:val="17"/>
              </w:rPr>
              <w:t>No.</w:t>
            </w:r>
          </w:p>
        </w:tc>
        <w:tc>
          <w:tcPr>
            <w:tcW w:w="3855" w:type="dxa"/>
            <w:shd w:val="clear" w:color="auto" w:fill="D9E2F3"/>
            <w:tcMar>
              <w:top w:w="50" w:type="dxa"/>
              <w:left w:w="65" w:type="dxa"/>
              <w:bottom w:w="50" w:type="dxa"/>
              <w:right w:w="65" w:type="dxa"/>
            </w:tcMar>
          </w:tcPr>
          <w:p w14:paraId="6A9A432F" w14:textId="77777777" w:rsidR="00915042" w:rsidRDefault="00915042" w:rsidP="0098379A">
            <w:pPr>
              <w:jc w:val="center"/>
            </w:pPr>
            <w:r>
              <w:rPr>
                <w:b/>
                <w:sz w:val="17"/>
              </w:rPr>
              <w:t>Lawyer</w:t>
            </w:r>
          </w:p>
        </w:tc>
        <w:tc>
          <w:tcPr>
            <w:tcW w:w="3628" w:type="dxa"/>
            <w:shd w:val="clear" w:color="auto" w:fill="D9E2F3"/>
            <w:tcMar>
              <w:top w:w="50" w:type="dxa"/>
              <w:left w:w="65" w:type="dxa"/>
              <w:bottom w:w="50" w:type="dxa"/>
              <w:right w:w="65" w:type="dxa"/>
            </w:tcMar>
          </w:tcPr>
          <w:p w14:paraId="3B104ECC" w14:textId="77777777" w:rsidR="00915042" w:rsidRDefault="00915042" w:rsidP="0098379A">
            <w:pPr>
              <w:jc w:val="center"/>
            </w:pPr>
            <w:r>
              <w:rPr>
                <w:b/>
                <w:sz w:val="17"/>
              </w:rPr>
              <w:t>Bar Association</w:t>
            </w:r>
          </w:p>
        </w:tc>
        <w:tc>
          <w:tcPr>
            <w:tcW w:w="1701" w:type="dxa"/>
            <w:shd w:val="clear" w:color="auto" w:fill="D9E2F3"/>
            <w:tcMar>
              <w:top w:w="50" w:type="dxa"/>
              <w:left w:w="65" w:type="dxa"/>
              <w:bottom w:w="50" w:type="dxa"/>
              <w:right w:w="65" w:type="dxa"/>
            </w:tcMar>
          </w:tcPr>
          <w:p w14:paraId="7BABB116" w14:textId="77777777" w:rsidR="00915042" w:rsidRDefault="00915042" w:rsidP="0098379A">
            <w:pPr>
              <w:jc w:val="center"/>
            </w:pPr>
            <w:r>
              <w:rPr>
                <w:b/>
                <w:sz w:val="17"/>
              </w:rPr>
              <w:t>Reg. No.</w:t>
            </w:r>
          </w:p>
        </w:tc>
      </w:tr>
      <w:tr w:rsidR="00915042" w14:paraId="0DD15D98" w14:textId="77777777" w:rsidTr="0098379A">
        <w:trPr>
          <w:cantSplit/>
          <w:jc w:val="center"/>
        </w:trPr>
        <w:tc>
          <w:tcPr>
            <w:tcW w:w="482" w:type="dxa"/>
            <w:tcMar>
              <w:top w:w="38" w:type="dxa"/>
              <w:left w:w="55" w:type="dxa"/>
              <w:bottom w:w="38" w:type="dxa"/>
              <w:right w:w="55" w:type="dxa"/>
            </w:tcMar>
            <w:vAlign w:val="center"/>
          </w:tcPr>
          <w:p w14:paraId="454A2A58" w14:textId="77777777" w:rsidR="00915042" w:rsidRDefault="00915042" w:rsidP="0098379A">
            <w:pPr>
              <w:spacing w:after="0" w:line="240" w:lineRule="auto"/>
              <w:jc w:val="center"/>
            </w:pPr>
            <w:r>
              <w:rPr>
                <w:sz w:val="16"/>
              </w:rPr>
              <w:t>1</w:t>
            </w:r>
          </w:p>
        </w:tc>
        <w:tc>
          <w:tcPr>
            <w:tcW w:w="3855" w:type="dxa"/>
            <w:tcMar>
              <w:top w:w="38" w:type="dxa"/>
              <w:left w:w="55" w:type="dxa"/>
              <w:bottom w:w="38" w:type="dxa"/>
              <w:right w:w="55" w:type="dxa"/>
            </w:tcMar>
            <w:vAlign w:val="center"/>
          </w:tcPr>
          <w:p w14:paraId="49473F98" w14:textId="77777777" w:rsidR="00915042" w:rsidRDefault="00915042" w:rsidP="0098379A">
            <w:pPr>
              <w:spacing w:after="0" w:line="240" w:lineRule="auto"/>
              <w:jc w:val="left"/>
            </w:pPr>
            <w:r>
              <w:rPr>
                <w:sz w:val="16"/>
              </w:rPr>
              <w:t xml:space="preserve">Attorney </w:t>
            </w:r>
            <w:proofErr w:type="spellStart"/>
            <w:r>
              <w:rPr>
                <w:sz w:val="16"/>
              </w:rPr>
              <w:t>Hıdır</w:t>
            </w:r>
            <w:proofErr w:type="spellEnd"/>
            <w:r>
              <w:rPr>
                <w:sz w:val="16"/>
              </w:rPr>
              <w:t xml:space="preserve"> </w:t>
            </w:r>
            <w:proofErr w:type="spellStart"/>
            <w:r>
              <w:rPr>
                <w:sz w:val="16"/>
              </w:rPr>
              <w:t>Kırkıcı</w:t>
            </w:r>
            <w:proofErr w:type="spellEnd"/>
          </w:p>
        </w:tc>
        <w:tc>
          <w:tcPr>
            <w:tcW w:w="3628" w:type="dxa"/>
            <w:tcMar>
              <w:top w:w="38" w:type="dxa"/>
              <w:left w:w="55" w:type="dxa"/>
              <w:bottom w:w="38" w:type="dxa"/>
              <w:right w:w="55" w:type="dxa"/>
            </w:tcMar>
            <w:vAlign w:val="center"/>
          </w:tcPr>
          <w:p w14:paraId="4D5F8AF3" w14:textId="77777777" w:rsidR="00915042" w:rsidRDefault="00915042" w:rsidP="0098379A">
            <w:pPr>
              <w:spacing w:after="0" w:line="240" w:lineRule="auto"/>
              <w:jc w:val="left"/>
            </w:pPr>
            <w:proofErr w:type="spellStart"/>
            <w:r>
              <w:rPr>
                <w:sz w:val="16"/>
              </w:rPr>
              <w:t>Isparta</w:t>
            </w:r>
            <w:proofErr w:type="spellEnd"/>
            <w:r>
              <w:rPr>
                <w:sz w:val="16"/>
              </w:rPr>
              <w:t xml:space="preserve"> Bar Association</w:t>
            </w:r>
          </w:p>
        </w:tc>
        <w:tc>
          <w:tcPr>
            <w:tcW w:w="1701" w:type="dxa"/>
            <w:tcMar>
              <w:top w:w="38" w:type="dxa"/>
              <w:left w:w="55" w:type="dxa"/>
              <w:bottom w:w="38" w:type="dxa"/>
              <w:right w:w="55" w:type="dxa"/>
            </w:tcMar>
            <w:vAlign w:val="center"/>
          </w:tcPr>
          <w:p w14:paraId="65627939" w14:textId="77777777" w:rsidR="00915042" w:rsidRDefault="00915042" w:rsidP="0098379A">
            <w:pPr>
              <w:spacing w:after="0" w:line="240" w:lineRule="auto"/>
              <w:jc w:val="center"/>
            </w:pPr>
            <w:r>
              <w:rPr>
                <w:sz w:val="16"/>
              </w:rPr>
              <w:t>1001</w:t>
            </w:r>
          </w:p>
        </w:tc>
      </w:tr>
      <w:tr w:rsidR="00915042" w14:paraId="14A8C891" w14:textId="77777777" w:rsidTr="0098379A">
        <w:trPr>
          <w:cantSplit/>
          <w:jc w:val="center"/>
        </w:trPr>
        <w:tc>
          <w:tcPr>
            <w:tcW w:w="482" w:type="dxa"/>
            <w:tcMar>
              <w:top w:w="38" w:type="dxa"/>
              <w:left w:w="55" w:type="dxa"/>
              <w:bottom w:w="38" w:type="dxa"/>
              <w:right w:w="55" w:type="dxa"/>
            </w:tcMar>
            <w:vAlign w:val="center"/>
          </w:tcPr>
          <w:p w14:paraId="34005A8C" w14:textId="77777777" w:rsidR="00915042" w:rsidRDefault="00915042" w:rsidP="0098379A">
            <w:pPr>
              <w:spacing w:after="0" w:line="240" w:lineRule="auto"/>
              <w:jc w:val="center"/>
            </w:pPr>
            <w:r>
              <w:rPr>
                <w:sz w:val="16"/>
              </w:rPr>
              <w:t>2</w:t>
            </w:r>
          </w:p>
        </w:tc>
        <w:tc>
          <w:tcPr>
            <w:tcW w:w="3855" w:type="dxa"/>
            <w:tcMar>
              <w:top w:w="38" w:type="dxa"/>
              <w:left w:w="55" w:type="dxa"/>
              <w:bottom w:w="38" w:type="dxa"/>
              <w:right w:w="55" w:type="dxa"/>
            </w:tcMar>
            <w:vAlign w:val="center"/>
          </w:tcPr>
          <w:p w14:paraId="0C9E8DE5" w14:textId="77777777" w:rsidR="00915042" w:rsidRDefault="00915042" w:rsidP="0098379A">
            <w:pPr>
              <w:spacing w:after="0" w:line="240" w:lineRule="auto"/>
              <w:jc w:val="left"/>
            </w:pPr>
            <w:r>
              <w:rPr>
                <w:sz w:val="16"/>
              </w:rPr>
              <w:t>Attorney Mehmet Ali Devecioğlu</w:t>
            </w:r>
          </w:p>
        </w:tc>
        <w:tc>
          <w:tcPr>
            <w:tcW w:w="3628" w:type="dxa"/>
            <w:tcMar>
              <w:top w:w="38" w:type="dxa"/>
              <w:left w:w="55" w:type="dxa"/>
              <w:bottom w:w="38" w:type="dxa"/>
              <w:right w:w="55" w:type="dxa"/>
            </w:tcMar>
            <w:vAlign w:val="center"/>
          </w:tcPr>
          <w:p w14:paraId="39B6464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0B32BEC" w14:textId="77777777" w:rsidR="00915042" w:rsidRDefault="00915042" w:rsidP="0098379A">
            <w:pPr>
              <w:spacing w:after="0" w:line="240" w:lineRule="auto"/>
              <w:jc w:val="center"/>
            </w:pPr>
            <w:r>
              <w:rPr>
                <w:sz w:val="16"/>
              </w:rPr>
              <w:t>16508</w:t>
            </w:r>
          </w:p>
        </w:tc>
      </w:tr>
      <w:tr w:rsidR="00915042" w14:paraId="4375AF97" w14:textId="77777777" w:rsidTr="0098379A">
        <w:trPr>
          <w:cantSplit/>
          <w:jc w:val="center"/>
        </w:trPr>
        <w:tc>
          <w:tcPr>
            <w:tcW w:w="482" w:type="dxa"/>
            <w:tcMar>
              <w:top w:w="38" w:type="dxa"/>
              <w:left w:w="55" w:type="dxa"/>
              <w:bottom w:w="38" w:type="dxa"/>
              <w:right w:w="55" w:type="dxa"/>
            </w:tcMar>
            <w:vAlign w:val="center"/>
          </w:tcPr>
          <w:p w14:paraId="2A230F43" w14:textId="77777777" w:rsidR="00915042" w:rsidRDefault="00915042" w:rsidP="0098379A">
            <w:pPr>
              <w:spacing w:after="0" w:line="240" w:lineRule="auto"/>
              <w:jc w:val="center"/>
            </w:pPr>
            <w:r>
              <w:rPr>
                <w:sz w:val="16"/>
              </w:rPr>
              <w:t>3</w:t>
            </w:r>
          </w:p>
        </w:tc>
        <w:tc>
          <w:tcPr>
            <w:tcW w:w="3855" w:type="dxa"/>
            <w:tcMar>
              <w:top w:w="38" w:type="dxa"/>
              <w:left w:w="55" w:type="dxa"/>
              <w:bottom w:w="38" w:type="dxa"/>
              <w:right w:w="55" w:type="dxa"/>
            </w:tcMar>
            <w:vAlign w:val="center"/>
          </w:tcPr>
          <w:p w14:paraId="1E0D33BD" w14:textId="77777777" w:rsidR="00915042" w:rsidRDefault="00915042" w:rsidP="0098379A">
            <w:pPr>
              <w:spacing w:after="0" w:line="240" w:lineRule="auto"/>
              <w:jc w:val="left"/>
            </w:pPr>
            <w:r>
              <w:rPr>
                <w:sz w:val="16"/>
              </w:rPr>
              <w:t xml:space="preserve">Attorney Ayşe </w:t>
            </w:r>
            <w:proofErr w:type="spellStart"/>
            <w:r>
              <w:rPr>
                <w:sz w:val="16"/>
              </w:rPr>
              <w:t>Batumlu</w:t>
            </w:r>
            <w:proofErr w:type="spellEnd"/>
            <w:r>
              <w:rPr>
                <w:sz w:val="16"/>
              </w:rPr>
              <w:t xml:space="preserve"> Kaya</w:t>
            </w:r>
          </w:p>
        </w:tc>
        <w:tc>
          <w:tcPr>
            <w:tcW w:w="3628" w:type="dxa"/>
            <w:tcMar>
              <w:top w:w="38" w:type="dxa"/>
              <w:left w:w="55" w:type="dxa"/>
              <w:bottom w:w="38" w:type="dxa"/>
              <w:right w:w="55" w:type="dxa"/>
            </w:tcMar>
            <w:vAlign w:val="center"/>
          </w:tcPr>
          <w:p w14:paraId="7B86AE8D" w14:textId="77777777" w:rsidR="00915042" w:rsidRDefault="00915042" w:rsidP="0098379A">
            <w:pPr>
              <w:spacing w:after="0" w:line="240" w:lineRule="auto"/>
              <w:jc w:val="left"/>
            </w:pPr>
            <w:r>
              <w:rPr>
                <w:sz w:val="16"/>
              </w:rPr>
              <w:t>Bursa Bar Association</w:t>
            </w:r>
          </w:p>
        </w:tc>
        <w:tc>
          <w:tcPr>
            <w:tcW w:w="1701" w:type="dxa"/>
            <w:tcMar>
              <w:top w:w="38" w:type="dxa"/>
              <w:left w:w="55" w:type="dxa"/>
              <w:bottom w:w="38" w:type="dxa"/>
              <w:right w:w="55" w:type="dxa"/>
            </w:tcMar>
            <w:vAlign w:val="center"/>
          </w:tcPr>
          <w:p w14:paraId="78E34FB4" w14:textId="77777777" w:rsidR="00915042" w:rsidRDefault="00915042" w:rsidP="0098379A">
            <w:pPr>
              <w:spacing w:after="0" w:line="240" w:lineRule="auto"/>
              <w:jc w:val="center"/>
            </w:pPr>
            <w:r>
              <w:rPr>
                <w:sz w:val="16"/>
              </w:rPr>
              <w:t>1292</w:t>
            </w:r>
          </w:p>
        </w:tc>
      </w:tr>
      <w:tr w:rsidR="00915042" w14:paraId="79F7A959" w14:textId="77777777" w:rsidTr="0098379A">
        <w:trPr>
          <w:cantSplit/>
          <w:jc w:val="center"/>
        </w:trPr>
        <w:tc>
          <w:tcPr>
            <w:tcW w:w="482" w:type="dxa"/>
            <w:tcMar>
              <w:top w:w="38" w:type="dxa"/>
              <w:left w:w="55" w:type="dxa"/>
              <w:bottom w:w="38" w:type="dxa"/>
              <w:right w:w="55" w:type="dxa"/>
            </w:tcMar>
            <w:vAlign w:val="center"/>
          </w:tcPr>
          <w:p w14:paraId="14DE0FCC" w14:textId="77777777" w:rsidR="00915042" w:rsidRDefault="00915042" w:rsidP="0098379A">
            <w:pPr>
              <w:spacing w:after="0" w:line="240" w:lineRule="auto"/>
              <w:jc w:val="center"/>
            </w:pPr>
            <w:r>
              <w:rPr>
                <w:sz w:val="16"/>
              </w:rPr>
              <w:t>4</w:t>
            </w:r>
          </w:p>
        </w:tc>
        <w:tc>
          <w:tcPr>
            <w:tcW w:w="3855" w:type="dxa"/>
            <w:tcMar>
              <w:top w:w="38" w:type="dxa"/>
              <w:left w:w="55" w:type="dxa"/>
              <w:bottom w:w="38" w:type="dxa"/>
              <w:right w:w="55" w:type="dxa"/>
            </w:tcMar>
            <w:vAlign w:val="center"/>
          </w:tcPr>
          <w:p w14:paraId="2610B3B7" w14:textId="77777777" w:rsidR="00915042" w:rsidRDefault="00915042" w:rsidP="0098379A">
            <w:pPr>
              <w:spacing w:after="0" w:line="240" w:lineRule="auto"/>
              <w:jc w:val="left"/>
            </w:pPr>
            <w:r>
              <w:rPr>
                <w:sz w:val="16"/>
              </w:rPr>
              <w:t>Attorney Doğan Erkan</w:t>
            </w:r>
          </w:p>
        </w:tc>
        <w:tc>
          <w:tcPr>
            <w:tcW w:w="3628" w:type="dxa"/>
            <w:tcMar>
              <w:top w:w="38" w:type="dxa"/>
              <w:left w:w="55" w:type="dxa"/>
              <w:bottom w:w="38" w:type="dxa"/>
              <w:right w:w="55" w:type="dxa"/>
            </w:tcMar>
            <w:vAlign w:val="center"/>
          </w:tcPr>
          <w:p w14:paraId="69CB4C91"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374555C1" w14:textId="77777777" w:rsidR="00915042" w:rsidRDefault="00915042" w:rsidP="0098379A">
            <w:pPr>
              <w:spacing w:after="0" w:line="240" w:lineRule="auto"/>
              <w:jc w:val="center"/>
            </w:pPr>
            <w:r>
              <w:rPr>
                <w:sz w:val="16"/>
              </w:rPr>
              <w:t>17655</w:t>
            </w:r>
          </w:p>
        </w:tc>
      </w:tr>
      <w:tr w:rsidR="00915042" w14:paraId="2775B24F" w14:textId="77777777" w:rsidTr="0098379A">
        <w:trPr>
          <w:cantSplit/>
          <w:jc w:val="center"/>
        </w:trPr>
        <w:tc>
          <w:tcPr>
            <w:tcW w:w="482" w:type="dxa"/>
            <w:tcMar>
              <w:top w:w="38" w:type="dxa"/>
              <w:left w:w="55" w:type="dxa"/>
              <w:bottom w:w="38" w:type="dxa"/>
              <w:right w:w="55" w:type="dxa"/>
            </w:tcMar>
            <w:vAlign w:val="center"/>
          </w:tcPr>
          <w:p w14:paraId="2D28AC2D" w14:textId="77777777" w:rsidR="00915042" w:rsidRDefault="00915042" w:rsidP="0098379A">
            <w:pPr>
              <w:spacing w:after="0" w:line="240" w:lineRule="auto"/>
              <w:jc w:val="center"/>
            </w:pPr>
            <w:r>
              <w:rPr>
                <w:sz w:val="16"/>
              </w:rPr>
              <w:t>5</w:t>
            </w:r>
          </w:p>
        </w:tc>
        <w:tc>
          <w:tcPr>
            <w:tcW w:w="3855" w:type="dxa"/>
            <w:tcMar>
              <w:top w:w="38" w:type="dxa"/>
              <w:left w:w="55" w:type="dxa"/>
              <w:bottom w:w="38" w:type="dxa"/>
              <w:right w:w="55" w:type="dxa"/>
            </w:tcMar>
            <w:vAlign w:val="center"/>
          </w:tcPr>
          <w:p w14:paraId="0C62031B" w14:textId="77777777" w:rsidR="00915042" w:rsidRDefault="00915042" w:rsidP="0098379A">
            <w:pPr>
              <w:spacing w:after="0" w:line="240" w:lineRule="auto"/>
              <w:jc w:val="left"/>
            </w:pPr>
            <w:r>
              <w:rPr>
                <w:sz w:val="16"/>
              </w:rPr>
              <w:t>Attorney Rauf Sezer Durna</w:t>
            </w:r>
          </w:p>
        </w:tc>
        <w:tc>
          <w:tcPr>
            <w:tcW w:w="3628" w:type="dxa"/>
            <w:tcMar>
              <w:top w:w="38" w:type="dxa"/>
              <w:left w:w="55" w:type="dxa"/>
              <w:bottom w:w="38" w:type="dxa"/>
              <w:right w:w="55" w:type="dxa"/>
            </w:tcMar>
            <w:vAlign w:val="center"/>
          </w:tcPr>
          <w:p w14:paraId="271DE499"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40D7877E" w14:textId="77777777" w:rsidR="00915042" w:rsidRDefault="00915042" w:rsidP="0098379A">
            <w:pPr>
              <w:spacing w:after="0" w:line="240" w:lineRule="auto"/>
              <w:jc w:val="center"/>
            </w:pPr>
            <w:r>
              <w:rPr>
                <w:sz w:val="16"/>
              </w:rPr>
              <w:t>25238</w:t>
            </w:r>
          </w:p>
        </w:tc>
      </w:tr>
      <w:tr w:rsidR="00915042" w14:paraId="1AB54CB6" w14:textId="77777777" w:rsidTr="0098379A">
        <w:trPr>
          <w:cantSplit/>
          <w:jc w:val="center"/>
        </w:trPr>
        <w:tc>
          <w:tcPr>
            <w:tcW w:w="482" w:type="dxa"/>
            <w:tcMar>
              <w:top w:w="38" w:type="dxa"/>
              <w:left w:w="55" w:type="dxa"/>
              <w:bottom w:w="38" w:type="dxa"/>
              <w:right w:w="55" w:type="dxa"/>
            </w:tcMar>
            <w:vAlign w:val="center"/>
          </w:tcPr>
          <w:p w14:paraId="694649C1" w14:textId="77777777" w:rsidR="00915042" w:rsidRDefault="00915042" w:rsidP="0098379A">
            <w:pPr>
              <w:spacing w:after="0" w:line="240" w:lineRule="auto"/>
              <w:jc w:val="center"/>
            </w:pPr>
            <w:r>
              <w:rPr>
                <w:sz w:val="16"/>
              </w:rPr>
              <w:t>6</w:t>
            </w:r>
          </w:p>
        </w:tc>
        <w:tc>
          <w:tcPr>
            <w:tcW w:w="3855" w:type="dxa"/>
            <w:tcMar>
              <w:top w:w="38" w:type="dxa"/>
              <w:left w:w="55" w:type="dxa"/>
              <w:bottom w:w="38" w:type="dxa"/>
              <w:right w:w="55" w:type="dxa"/>
            </w:tcMar>
            <w:vAlign w:val="center"/>
          </w:tcPr>
          <w:p w14:paraId="48884EC6" w14:textId="77777777" w:rsidR="00915042" w:rsidRDefault="00915042" w:rsidP="0098379A">
            <w:pPr>
              <w:spacing w:after="0" w:line="240" w:lineRule="auto"/>
              <w:jc w:val="left"/>
            </w:pPr>
            <w:r>
              <w:rPr>
                <w:sz w:val="16"/>
              </w:rPr>
              <w:t>Attorney Serpil Uyanık Bilaloğlu</w:t>
            </w:r>
          </w:p>
        </w:tc>
        <w:tc>
          <w:tcPr>
            <w:tcW w:w="3628" w:type="dxa"/>
            <w:tcMar>
              <w:top w:w="38" w:type="dxa"/>
              <w:left w:w="55" w:type="dxa"/>
              <w:bottom w:w="38" w:type="dxa"/>
              <w:right w:w="55" w:type="dxa"/>
            </w:tcMar>
            <w:vAlign w:val="center"/>
          </w:tcPr>
          <w:p w14:paraId="3042DDB8"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040A2E1" w14:textId="77777777" w:rsidR="00915042" w:rsidRDefault="00915042" w:rsidP="0098379A">
            <w:pPr>
              <w:spacing w:after="0" w:line="240" w:lineRule="auto"/>
              <w:jc w:val="center"/>
            </w:pPr>
            <w:r>
              <w:rPr>
                <w:sz w:val="16"/>
              </w:rPr>
              <w:t>23396</w:t>
            </w:r>
          </w:p>
        </w:tc>
      </w:tr>
      <w:tr w:rsidR="00915042" w14:paraId="00558F92" w14:textId="77777777" w:rsidTr="0098379A">
        <w:trPr>
          <w:cantSplit/>
          <w:jc w:val="center"/>
        </w:trPr>
        <w:tc>
          <w:tcPr>
            <w:tcW w:w="482" w:type="dxa"/>
            <w:tcMar>
              <w:top w:w="38" w:type="dxa"/>
              <w:left w:w="55" w:type="dxa"/>
              <w:bottom w:w="38" w:type="dxa"/>
              <w:right w:w="55" w:type="dxa"/>
            </w:tcMar>
            <w:vAlign w:val="center"/>
          </w:tcPr>
          <w:p w14:paraId="384C93B8" w14:textId="77777777" w:rsidR="00915042" w:rsidRDefault="00915042" w:rsidP="0098379A">
            <w:pPr>
              <w:spacing w:after="0" w:line="240" w:lineRule="auto"/>
              <w:jc w:val="center"/>
            </w:pPr>
            <w:r>
              <w:rPr>
                <w:sz w:val="16"/>
              </w:rPr>
              <w:t>7</w:t>
            </w:r>
          </w:p>
        </w:tc>
        <w:tc>
          <w:tcPr>
            <w:tcW w:w="3855" w:type="dxa"/>
            <w:tcMar>
              <w:top w:w="38" w:type="dxa"/>
              <w:left w:w="55" w:type="dxa"/>
              <w:bottom w:w="38" w:type="dxa"/>
              <w:right w:w="55" w:type="dxa"/>
            </w:tcMar>
            <w:vAlign w:val="center"/>
          </w:tcPr>
          <w:p w14:paraId="6CCBDD1F" w14:textId="77777777" w:rsidR="00915042" w:rsidRDefault="00915042" w:rsidP="0098379A">
            <w:pPr>
              <w:spacing w:after="0" w:line="240" w:lineRule="auto"/>
              <w:jc w:val="left"/>
            </w:pPr>
            <w:r>
              <w:rPr>
                <w:sz w:val="16"/>
              </w:rPr>
              <w:t>Attorney Kemal Aytaç</w:t>
            </w:r>
          </w:p>
        </w:tc>
        <w:tc>
          <w:tcPr>
            <w:tcW w:w="3628" w:type="dxa"/>
            <w:tcMar>
              <w:top w:w="38" w:type="dxa"/>
              <w:left w:w="55" w:type="dxa"/>
              <w:bottom w:w="38" w:type="dxa"/>
              <w:right w:w="55" w:type="dxa"/>
            </w:tcMar>
            <w:vAlign w:val="center"/>
          </w:tcPr>
          <w:p w14:paraId="63EEE1F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E5F1280" w14:textId="77777777" w:rsidR="00915042" w:rsidRDefault="00915042" w:rsidP="0098379A">
            <w:pPr>
              <w:spacing w:after="0" w:line="240" w:lineRule="auto"/>
              <w:jc w:val="center"/>
            </w:pPr>
            <w:r>
              <w:rPr>
                <w:sz w:val="16"/>
              </w:rPr>
              <w:t>14304</w:t>
            </w:r>
          </w:p>
        </w:tc>
      </w:tr>
      <w:tr w:rsidR="00915042" w14:paraId="50361304" w14:textId="77777777" w:rsidTr="0098379A">
        <w:trPr>
          <w:cantSplit/>
          <w:jc w:val="center"/>
        </w:trPr>
        <w:tc>
          <w:tcPr>
            <w:tcW w:w="482" w:type="dxa"/>
            <w:tcMar>
              <w:top w:w="38" w:type="dxa"/>
              <w:left w:w="55" w:type="dxa"/>
              <w:bottom w:w="38" w:type="dxa"/>
              <w:right w:w="55" w:type="dxa"/>
            </w:tcMar>
            <w:vAlign w:val="center"/>
          </w:tcPr>
          <w:p w14:paraId="6D718A0F" w14:textId="77777777" w:rsidR="00915042" w:rsidRDefault="00915042" w:rsidP="0098379A">
            <w:pPr>
              <w:spacing w:after="0" w:line="240" w:lineRule="auto"/>
              <w:jc w:val="center"/>
            </w:pPr>
            <w:r>
              <w:rPr>
                <w:sz w:val="16"/>
              </w:rPr>
              <w:t>8</w:t>
            </w:r>
          </w:p>
        </w:tc>
        <w:tc>
          <w:tcPr>
            <w:tcW w:w="3855" w:type="dxa"/>
            <w:tcMar>
              <w:top w:w="38" w:type="dxa"/>
              <w:left w:w="55" w:type="dxa"/>
              <w:bottom w:w="38" w:type="dxa"/>
              <w:right w:w="55" w:type="dxa"/>
            </w:tcMar>
            <w:vAlign w:val="center"/>
          </w:tcPr>
          <w:p w14:paraId="37CA603B" w14:textId="77777777" w:rsidR="00915042" w:rsidRDefault="00915042" w:rsidP="0098379A">
            <w:pPr>
              <w:spacing w:after="0" w:line="240" w:lineRule="auto"/>
              <w:jc w:val="left"/>
            </w:pPr>
            <w:r>
              <w:rPr>
                <w:sz w:val="16"/>
              </w:rPr>
              <w:t xml:space="preserve">Attorney Refika </w:t>
            </w:r>
            <w:proofErr w:type="spellStart"/>
            <w:r>
              <w:rPr>
                <w:sz w:val="16"/>
              </w:rPr>
              <w:t>Çakıllık</w:t>
            </w:r>
            <w:proofErr w:type="spellEnd"/>
          </w:p>
        </w:tc>
        <w:tc>
          <w:tcPr>
            <w:tcW w:w="3628" w:type="dxa"/>
            <w:tcMar>
              <w:top w:w="38" w:type="dxa"/>
              <w:left w:w="55" w:type="dxa"/>
              <w:bottom w:w="38" w:type="dxa"/>
              <w:right w:w="55" w:type="dxa"/>
            </w:tcMar>
            <w:vAlign w:val="center"/>
          </w:tcPr>
          <w:p w14:paraId="69DA862E"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F5A8F3D" w14:textId="77777777" w:rsidR="00915042" w:rsidRDefault="00915042" w:rsidP="0098379A">
            <w:pPr>
              <w:spacing w:after="0" w:line="240" w:lineRule="auto"/>
              <w:jc w:val="center"/>
            </w:pPr>
            <w:r>
              <w:rPr>
                <w:sz w:val="16"/>
              </w:rPr>
              <w:t>15060</w:t>
            </w:r>
          </w:p>
        </w:tc>
      </w:tr>
      <w:tr w:rsidR="00915042" w14:paraId="7643A7F9" w14:textId="77777777" w:rsidTr="0098379A">
        <w:trPr>
          <w:cantSplit/>
          <w:jc w:val="center"/>
        </w:trPr>
        <w:tc>
          <w:tcPr>
            <w:tcW w:w="482" w:type="dxa"/>
            <w:tcMar>
              <w:top w:w="38" w:type="dxa"/>
              <w:left w:w="55" w:type="dxa"/>
              <w:bottom w:w="38" w:type="dxa"/>
              <w:right w:w="55" w:type="dxa"/>
            </w:tcMar>
            <w:vAlign w:val="center"/>
          </w:tcPr>
          <w:p w14:paraId="45846408" w14:textId="77777777" w:rsidR="00915042" w:rsidRDefault="00915042" w:rsidP="0098379A">
            <w:pPr>
              <w:spacing w:after="0" w:line="240" w:lineRule="auto"/>
              <w:jc w:val="center"/>
            </w:pPr>
            <w:r>
              <w:rPr>
                <w:sz w:val="16"/>
              </w:rPr>
              <w:t>9</w:t>
            </w:r>
          </w:p>
        </w:tc>
        <w:tc>
          <w:tcPr>
            <w:tcW w:w="3855" w:type="dxa"/>
            <w:tcMar>
              <w:top w:w="38" w:type="dxa"/>
              <w:left w:w="55" w:type="dxa"/>
              <w:bottom w:w="38" w:type="dxa"/>
              <w:right w:w="55" w:type="dxa"/>
            </w:tcMar>
            <w:vAlign w:val="center"/>
          </w:tcPr>
          <w:p w14:paraId="02FE701C" w14:textId="77777777" w:rsidR="00915042" w:rsidRDefault="00915042" w:rsidP="0098379A">
            <w:pPr>
              <w:spacing w:after="0" w:line="240" w:lineRule="auto"/>
              <w:jc w:val="left"/>
            </w:pPr>
            <w:r>
              <w:rPr>
                <w:sz w:val="16"/>
              </w:rPr>
              <w:t>Attorney M. Tülin Dündar</w:t>
            </w:r>
          </w:p>
        </w:tc>
        <w:tc>
          <w:tcPr>
            <w:tcW w:w="3628" w:type="dxa"/>
            <w:tcMar>
              <w:top w:w="38" w:type="dxa"/>
              <w:left w:w="55" w:type="dxa"/>
              <w:bottom w:w="38" w:type="dxa"/>
              <w:right w:w="55" w:type="dxa"/>
            </w:tcMar>
            <w:vAlign w:val="center"/>
          </w:tcPr>
          <w:p w14:paraId="761F968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4DF516E" w14:textId="77777777" w:rsidR="00915042" w:rsidRDefault="00915042" w:rsidP="0098379A">
            <w:pPr>
              <w:spacing w:after="0" w:line="240" w:lineRule="auto"/>
              <w:jc w:val="center"/>
            </w:pPr>
            <w:r>
              <w:rPr>
                <w:sz w:val="16"/>
              </w:rPr>
              <w:t>19269</w:t>
            </w:r>
          </w:p>
        </w:tc>
      </w:tr>
      <w:tr w:rsidR="00915042" w14:paraId="527A4849" w14:textId="77777777" w:rsidTr="0098379A">
        <w:trPr>
          <w:cantSplit/>
          <w:jc w:val="center"/>
        </w:trPr>
        <w:tc>
          <w:tcPr>
            <w:tcW w:w="482" w:type="dxa"/>
            <w:tcMar>
              <w:top w:w="38" w:type="dxa"/>
              <w:left w:w="55" w:type="dxa"/>
              <w:bottom w:w="38" w:type="dxa"/>
              <w:right w:w="55" w:type="dxa"/>
            </w:tcMar>
            <w:vAlign w:val="center"/>
          </w:tcPr>
          <w:p w14:paraId="1C8FF272" w14:textId="77777777" w:rsidR="00915042" w:rsidRDefault="00915042" w:rsidP="0098379A">
            <w:pPr>
              <w:spacing w:after="0" w:line="240" w:lineRule="auto"/>
              <w:jc w:val="center"/>
            </w:pPr>
            <w:r>
              <w:rPr>
                <w:sz w:val="16"/>
              </w:rPr>
              <w:t>10</w:t>
            </w:r>
          </w:p>
        </w:tc>
        <w:tc>
          <w:tcPr>
            <w:tcW w:w="3855" w:type="dxa"/>
            <w:tcMar>
              <w:top w:w="38" w:type="dxa"/>
              <w:left w:w="55" w:type="dxa"/>
              <w:bottom w:w="38" w:type="dxa"/>
              <w:right w:w="55" w:type="dxa"/>
            </w:tcMar>
            <w:vAlign w:val="center"/>
          </w:tcPr>
          <w:p w14:paraId="5954C3F9" w14:textId="77777777" w:rsidR="00915042" w:rsidRDefault="00915042" w:rsidP="0098379A">
            <w:pPr>
              <w:spacing w:after="0" w:line="240" w:lineRule="auto"/>
              <w:jc w:val="left"/>
            </w:pPr>
            <w:r>
              <w:rPr>
                <w:sz w:val="16"/>
              </w:rPr>
              <w:t>Attorney Meryem Turan</w:t>
            </w:r>
          </w:p>
        </w:tc>
        <w:tc>
          <w:tcPr>
            <w:tcW w:w="3628" w:type="dxa"/>
            <w:tcMar>
              <w:top w:w="38" w:type="dxa"/>
              <w:left w:w="55" w:type="dxa"/>
              <w:bottom w:w="38" w:type="dxa"/>
              <w:right w:w="55" w:type="dxa"/>
            </w:tcMar>
            <w:vAlign w:val="center"/>
          </w:tcPr>
          <w:p w14:paraId="23EF090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439A4F6" w14:textId="77777777" w:rsidR="00915042" w:rsidRDefault="00915042" w:rsidP="0098379A">
            <w:pPr>
              <w:spacing w:after="0" w:line="240" w:lineRule="auto"/>
              <w:jc w:val="center"/>
            </w:pPr>
            <w:r>
              <w:rPr>
                <w:sz w:val="16"/>
              </w:rPr>
              <w:t>14815</w:t>
            </w:r>
          </w:p>
        </w:tc>
      </w:tr>
      <w:tr w:rsidR="00915042" w14:paraId="13404FB9" w14:textId="77777777" w:rsidTr="0098379A">
        <w:trPr>
          <w:cantSplit/>
          <w:jc w:val="center"/>
        </w:trPr>
        <w:tc>
          <w:tcPr>
            <w:tcW w:w="482" w:type="dxa"/>
            <w:tcMar>
              <w:top w:w="38" w:type="dxa"/>
              <w:left w:w="55" w:type="dxa"/>
              <w:bottom w:w="38" w:type="dxa"/>
              <w:right w:w="55" w:type="dxa"/>
            </w:tcMar>
            <w:vAlign w:val="center"/>
          </w:tcPr>
          <w:p w14:paraId="3833E6F8" w14:textId="77777777" w:rsidR="00915042" w:rsidRDefault="00915042" w:rsidP="0098379A">
            <w:pPr>
              <w:spacing w:after="0" w:line="240" w:lineRule="auto"/>
              <w:jc w:val="center"/>
            </w:pPr>
            <w:r>
              <w:rPr>
                <w:sz w:val="16"/>
              </w:rPr>
              <w:t>11</w:t>
            </w:r>
          </w:p>
        </w:tc>
        <w:tc>
          <w:tcPr>
            <w:tcW w:w="3855" w:type="dxa"/>
            <w:tcMar>
              <w:top w:w="38" w:type="dxa"/>
              <w:left w:w="55" w:type="dxa"/>
              <w:bottom w:w="38" w:type="dxa"/>
              <w:right w:w="55" w:type="dxa"/>
            </w:tcMar>
            <w:vAlign w:val="center"/>
          </w:tcPr>
          <w:p w14:paraId="3A3098C0" w14:textId="77777777" w:rsidR="00915042" w:rsidRDefault="00915042" w:rsidP="0098379A">
            <w:pPr>
              <w:spacing w:after="0" w:line="240" w:lineRule="auto"/>
              <w:jc w:val="left"/>
            </w:pPr>
            <w:r>
              <w:rPr>
                <w:sz w:val="16"/>
              </w:rPr>
              <w:t xml:space="preserve">Attorney </w:t>
            </w:r>
            <w:proofErr w:type="spellStart"/>
            <w:r>
              <w:rPr>
                <w:sz w:val="16"/>
              </w:rPr>
              <w:t>Kazım</w:t>
            </w:r>
            <w:proofErr w:type="spellEnd"/>
            <w:r>
              <w:rPr>
                <w:sz w:val="16"/>
              </w:rPr>
              <w:t xml:space="preserve"> Genç</w:t>
            </w:r>
          </w:p>
        </w:tc>
        <w:tc>
          <w:tcPr>
            <w:tcW w:w="3628" w:type="dxa"/>
            <w:tcMar>
              <w:top w:w="38" w:type="dxa"/>
              <w:left w:w="55" w:type="dxa"/>
              <w:bottom w:w="38" w:type="dxa"/>
              <w:right w:w="55" w:type="dxa"/>
            </w:tcMar>
            <w:vAlign w:val="center"/>
          </w:tcPr>
          <w:p w14:paraId="7560E3B9"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210D3894" w14:textId="77777777" w:rsidR="00915042" w:rsidRDefault="00915042" w:rsidP="0098379A">
            <w:pPr>
              <w:spacing w:after="0" w:line="240" w:lineRule="auto"/>
              <w:jc w:val="center"/>
            </w:pPr>
            <w:r>
              <w:rPr>
                <w:sz w:val="16"/>
              </w:rPr>
              <w:t>8076</w:t>
            </w:r>
          </w:p>
        </w:tc>
      </w:tr>
      <w:tr w:rsidR="00915042" w14:paraId="57D4FA56" w14:textId="77777777" w:rsidTr="0098379A">
        <w:trPr>
          <w:cantSplit/>
          <w:jc w:val="center"/>
        </w:trPr>
        <w:tc>
          <w:tcPr>
            <w:tcW w:w="482" w:type="dxa"/>
            <w:tcMar>
              <w:top w:w="38" w:type="dxa"/>
              <w:left w:w="55" w:type="dxa"/>
              <w:bottom w:w="38" w:type="dxa"/>
              <w:right w:w="55" w:type="dxa"/>
            </w:tcMar>
            <w:vAlign w:val="center"/>
          </w:tcPr>
          <w:p w14:paraId="253F2A66" w14:textId="77777777" w:rsidR="00915042" w:rsidRDefault="00915042" w:rsidP="0098379A">
            <w:pPr>
              <w:spacing w:after="0" w:line="240" w:lineRule="auto"/>
              <w:jc w:val="center"/>
            </w:pPr>
            <w:r>
              <w:rPr>
                <w:sz w:val="16"/>
              </w:rPr>
              <w:t>12</w:t>
            </w:r>
          </w:p>
        </w:tc>
        <w:tc>
          <w:tcPr>
            <w:tcW w:w="3855" w:type="dxa"/>
            <w:tcMar>
              <w:top w:w="38" w:type="dxa"/>
              <w:left w:w="55" w:type="dxa"/>
              <w:bottom w:w="38" w:type="dxa"/>
              <w:right w:w="55" w:type="dxa"/>
            </w:tcMar>
            <w:vAlign w:val="center"/>
          </w:tcPr>
          <w:p w14:paraId="034A5BC2" w14:textId="77777777" w:rsidR="00915042" w:rsidRDefault="00915042" w:rsidP="0098379A">
            <w:pPr>
              <w:spacing w:after="0" w:line="240" w:lineRule="auto"/>
              <w:jc w:val="left"/>
            </w:pPr>
            <w:r>
              <w:rPr>
                <w:sz w:val="16"/>
              </w:rPr>
              <w:t>Attorney Tamer Selçuk</w:t>
            </w:r>
          </w:p>
        </w:tc>
        <w:tc>
          <w:tcPr>
            <w:tcW w:w="3628" w:type="dxa"/>
            <w:tcMar>
              <w:top w:w="38" w:type="dxa"/>
              <w:left w:w="55" w:type="dxa"/>
              <w:bottom w:w="38" w:type="dxa"/>
              <w:right w:w="55" w:type="dxa"/>
            </w:tcMar>
            <w:vAlign w:val="center"/>
          </w:tcPr>
          <w:p w14:paraId="56AEC6A4" w14:textId="77777777" w:rsidR="00915042" w:rsidRDefault="00915042" w:rsidP="0098379A">
            <w:pPr>
              <w:spacing w:after="0" w:line="240" w:lineRule="auto"/>
              <w:jc w:val="left"/>
            </w:pPr>
            <w:proofErr w:type="spellStart"/>
            <w:r>
              <w:rPr>
                <w:sz w:val="16"/>
              </w:rPr>
              <w:t>Denizli</w:t>
            </w:r>
            <w:proofErr w:type="spellEnd"/>
            <w:r>
              <w:rPr>
                <w:sz w:val="16"/>
              </w:rPr>
              <w:t xml:space="preserve"> Bar Association</w:t>
            </w:r>
          </w:p>
        </w:tc>
        <w:tc>
          <w:tcPr>
            <w:tcW w:w="1701" w:type="dxa"/>
            <w:tcMar>
              <w:top w:w="38" w:type="dxa"/>
              <w:left w:w="55" w:type="dxa"/>
              <w:bottom w:w="38" w:type="dxa"/>
              <w:right w:w="55" w:type="dxa"/>
            </w:tcMar>
            <w:vAlign w:val="center"/>
          </w:tcPr>
          <w:p w14:paraId="0A075F05" w14:textId="77777777" w:rsidR="00915042" w:rsidRDefault="00915042" w:rsidP="0098379A">
            <w:pPr>
              <w:spacing w:after="0" w:line="240" w:lineRule="auto"/>
              <w:jc w:val="center"/>
            </w:pPr>
            <w:r>
              <w:rPr>
                <w:sz w:val="16"/>
              </w:rPr>
              <w:t>538</w:t>
            </w:r>
          </w:p>
        </w:tc>
      </w:tr>
      <w:tr w:rsidR="00915042" w14:paraId="49EF4064" w14:textId="77777777" w:rsidTr="0098379A">
        <w:trPr>
          <w:cantSplit/>
          <w:jc w:val="center"/>
        </w:trPr>
        <w:tc>
          <w:tcPr>
            <w:tcW w:w="482" w:type="dxa"/>
            <w:tcMar>
              <w:top w:w="38" w:type="dxa"/>
              <w:left w:w="55" w:type="dxa"/>
              <w:bottom w:w="38" w:type="dxa"/>
              <w:right w:w="55" w:type="dxa"/>
            </w:tcMar>
            <w:vAlign w:val="center"/>
          </w:tcPr>
          <w:p w14:paraId="2094A5F0" w14:textId="77777777" w:rsidR="00915042" w:rsidRDefault="00915042" w:rsidP="0098379A">
            <w:pPr>
              <w:spacing w:after="0" w:line="240" w:lineRule="auto"/>
              <w:jc w:val="center"/>
            </w:pPr>
            <w:r>
              <w:rPr>
                <w:sz w:val="16"/>
              </w:rPr>
              <w:t>13</w:t>
            </w:r>
          </w:p>
        </w:tc>
        <w:tc>
          <w:tcPr>
            <w:tcW w:w="3855" w:type="dxa"/>
            <w:tcMar>
              <w:top w:w="38" w:type="dxa"/>
              <w:left w:w="55" w:type="dxa"/>
              <w:bottom w:w="38" w:type="dxa"/>
              <w:right w:w="55" w:type="dxa"/>
            </w:tcMar>
            <w:vAlign w:val="center"/>
          </w:tcPr>
          <w:p w14:paraId="01AEA2DC" w14:textId="77777777" w:rsidR="00915042" w:rsidRDefault="00915042" w:rsidP="0098379A">
            <w:pPr>
              <w:spacing w:after="0" w:line="240" w:lineRule="auto"/>
              <w:jc w:val="left"/>
            </w:pPr>
            <w:r>
              <w:rPr>
                <w:sz w:val="16"/>
              </w:rPr>
              <w:t>Attorney Sadullah Sayın</w:t>
            </w:r>
          </w:p>
        </w:tc>
        <w:tc>
          <w:tcPr>
            <w:tcW w:w="3628" w:type="dxa"/>
            <w:tcMar>
              <w:top w:w="38" w:type="dxa"/>
              <w:left w:w="55" w:type="dxa"/>
              <w:bottom w:w="38" w:type="dxa"/>
              <w:right w:w="55" w:type="dxa"/>
            </w:tcMar>
            <w:vAlign w:val="center"/>
          </w:tcPr>
          <w:p w14:paraId="23AA8E0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116FCDB" w14:textId="77777777" w:rsidR="00915042" w:rsidRDefault="00915042" w:rsidP="0098379A">
            <w:pPr>
              <w:spacing w:after="0" w:line="240" w:lineRule="auto"/>
              <w:jc w:val="center"/>
            </w:pPr>
            <w:r>
              <w:rPr>
                <w:sz w:val="16"/>
              </w:rPr>
              <w:t>12866</w:t>
            </w:r>
          </w:p>
        </w:tc>
      </w:tr>
      <w:tr w:rsidR="00915042" w14:paraId="680B0419" w14:textId="77777777" w:rsidTr="0098379A">
        <w:trPr>
          <w:cantSplit/>
          <w:jc w:val="center"/>
        </w:trPr>
        <w:tc>
          <w:tcPr>
            <w:tcW w:w="482" w:type="dxa"/>
            <w:tcMar>
              <w:top w:w="38" w:type="dxa"/>
              <w:left w:w="55" w:type="dxa"/>
              <w:bottom w:w="38" w:type="dxa"/>
              <w:right w:w="55" w:type="dxa"/>
            </w:tcMar>
            <w:vAlign w:val="center"/>
          </w:tcPr>
          <w:p w14:paraId="7A860634" w14:textId="77777777" w:rsidR="00915042" w:rsidRDefault="00915042" w:rsidP="0098379A">
            <w:pPr>
              <w:spacing w:after="0" w:line="240" w:lineRule="auto"/>
              <w:jc w:val="center"/>
            </w:pPr>
            <w:r>
              <w:rPr>
                <w:sz w:val="16"/>
              </w:rPr>
              <w:t>14</w:t>
            </w:r>
          </w:p>
        </w:tc>
        <w:tc>
          <w:tcPr>
            <w:tcW w:w="3855" w:type="dxa"/>
            <w:tcMar>
              <w:top w:w="38" w:type="dxa"/>
              <w:left w:w="55" w:type="dxa"/>
              <w:bottom w:w="38" w:type="dxa"/>
              <w:right w:w="55" w:type="dxa"/>
            </w:tcMar>
            <w:vAlign w:val="center"/>
          </w:tcPr>
          <w:p w14:paraId="02A8FCD8" w14:textId="77777777" w:rsidR="00915042" w:rsidRDefault="00915042" w:rsidP="0098379A">
            <w:pPr>
              <w:spacing w:after="0" w:line="240" w:lineRule="auto"/>
              <w:jc w:val="left"/>
            </w:pPr>
            <w:r>
              <w:rPr>
                <w:sz w:val="16"/>
              </w:rPr>
              <w:t xml:space="preserve">Attorney </w:t>
            </w:r>
            <w:proofErr w:type="spellStart"/>
            <w:r>
              <w:rPr>
                <w:sz w:val="16"/>
              </w:rPr>
              <w:t>Peruze</w:t>
            </w:r>
            <w:proofErr w:type="spellEnd"/>
            <w:r>
              <w:rPr>
                <w:sz w:val="16"/>
              </w:rPr>
              <w:t xml:space="preserve"> Zeynep </w:t>
            </w:r>
            <w:proofErr w:type="spellStart"/>
            <w:r>
              <w:rPr>
                <w:sz w:val="16"/>
              </w:rPr>
              <w:t>Şaner</w:t>
            </w:r>
            <w:proofErr w:type="spellEnd"/>
          </w:p>
        </w:tc>
        <w:tc>
          <w:tcPr>
            <w:tcW w:w="3628" w:type="dxa"/>
            <w:tcMar>
              <w:top w:w="38" w:type="dxa"/>
              <w:left w:w="55" w:type="dxa"/>
              <w:bottom w:w="38" w:type="dxa"/>
              <w:right w:w="55" w:type="dxa"/>
            </w:tcMar>
            <w:vAlign w:val="center"/>
          </w:tcPr>
          <w:p w14:paraId="27F89900"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07126721" w14:textId="77777777" w:rsidR="00915042" w:rsidRDefault="00915042" w:rsidP="0098379A">
            <w:pPr>
              <w:spacing w:after="0" w:line="240" w:lineRule="auto"/>
              <w:jc w:val="center"/>
            </w:pPr>
            <w:r>
              <w:rPr>
                <w:sz w:val="16"/>
              </w:rPr>
              <w:t>66177</w:t>
            </w:r>
          </w:p>
        </w:tc>
      </w:tr>
      <w:tr w:rsidR="00915042" w14:paraId="0DAA779D" w14:textId="77777777" w:rsidTr="0098379A">
        <w:trPr>
          <w:cantSplit/>
          <w:jc w:val="center"/>
        </w:trPr>
        <w:tc>
          <w:tcPr>
            <w:tcW w:w="482" w:type="dxa"/>
            <w:tcMar>
              <w:top w:w="38" w:type="dxa"/>
              <w:left w:w="55" w:type="dxa"/>
              <w:bottom w:w="38" w:type="dxa"/>
              <w:right w:w="55" w:type="dxa"/>
            </w:tcMar>
            <w:vAlign w:val="center"/>
          </w:tcPr>
          <w:p w14:paraId="09A92C3F" w14:textId="77777777" w:rsidR="00915042" w:rsidRDefault="00915042" w:rsidP="0098379A">
            <w:pPr>
              <w:spacing w:after="0" w:line="240" w:lineRule="auto"/>
              <w:jc w:val="center"/>
            </w:pPr>
            <w:r>
              <w:rPr>
                <w:sz w:val="16"/>
              </w:rPr>
              <w:t>15</w:t>
            </w:r>
          </w:p>
        </w:tc>
        <w:tc>
          <w:tcPr>
            <w:tcW w:w="3855" w:type="dxa"/>
            <w:tcMar>
              <w:top w:w="38" w:type="dxa"/>
              <w:left w:w="55" w:type="dxa"/>
              <w:bottom w:w="38" w:type="dxa"/>
              <w:right w:w="55" w:type="dxa"/>
            </w:tcMar>
            <w:vAlign w:val="center"/>
          </w:tcPr>
          <w:p w14:paraId="3A131559" w14:textId="77777777" w:rsidR="00915042" w:rsidRDefault="00915042" w:rsidP="0098379A">
            <w:pPr>
              <w:spacing w:after="0" w:line="240" w:lineRule="auto"/>
              <w:jc w:val="left"/>
            </w:pPr>
            <w:r>
              <w:rPr>
                <w:sz w:val="16"/>
              </w:rPr>
              <w:t>Attorney Ahmet Ergin</w:t>
            </w:r>
          </w:p>
        </w:tc>
        <w:tc>
          <w:tcPr>
            <w:tcW w:w="3628" w:type="dxa"/>
            <w:tcMar>
              <w:top w:w="38" w:type="dxa"/>
              <w:left w:w="55" w:type="dxa"/>
              <w:bottom w:w="38" w:type="dxa"/>
              <w:right w:w="55" w:type="dxa"/>
            </w:tcMar>
            <w:vAlign w:val="center"/>
          </w:tcPr>
          <w:p w14:paraId="0926D47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1B1D0F8" w14:textId="77777777" w:rsidR="00915042" w:rsidRDefault="00915042" w:rsidP="0098379A">
            <w:pPr>
              <w:spacing w:after="0" w:line="240" w:lineRule="auto"/>
              <w:jc w:val="center"/>
            </w:pPr>
            <w:r>
              <w:rPr>
                <w:sz w:val="16"/>
              </w:rPr>
              <w:t>27344</w:t>
            </w:r>
          </w:p>
        </w:tc>
      </w:tr>
      <w:tr w:rsidR="00915042" w14:paraId="1D5DA2A2" w14:textId="77777777" w:rsidTr="0098379A">
        <w:trPr>
          <w:cantSplit/>
          <w:jc w:val="center"/>
        </w:trPr>
        <w:tc>
          <w:tcPr>
            <w:tcW w:w="482" w:type="dxa"/>
            <w:tcMar>
              <w:top w:w="38" w:type="dxa"/>
              <w:left w:w="55" w:type="dxa"/>
              <w:bottom w:w="38" w:type="dxa"/>
              <w:right w:w="55" w:type="dxa"/>
            </w:tcMar>
            <w:vAlign w:val="center"/>
          </w:tcPr>
          <w:p w14:paraId="5FBB7A61" w14:textId="77777777" w:rsidR="00915042" w:rsidRDefault="00915042" w:rsidP="0098379A">
            <w:pPr>
              <w:spacing w:after="0" w:line="240" w:lineRule="auto"/>
              <w:jc w:val="center"/>
            </w:pPr>
            <w:r>
              <w:rPr>
                <w:sz w:val="16"/>
              </w:rPr>
              <w:t>16</w:t>
            </w:r>
          </w:p>
        </w:tc>
        <w:tc>
          <w:tcPr>
            <w:tcW w:w="3855" w:type="dxa"/>
            <w:tcMar>
              <w:top w:w="38" w:type="dxa"/>
              <w:left w:w="55" w:type="dxa"/>
              <w:bottom w:w="38" w:type="dxa"/>
              <w:right w:w="55" w:type="dxa"/>
            </w:tcMar>
            <w:vAlign w:val="center"/>
          </w:tcPr>
          <w:p w14:paraId="3652CBDB" w14:textId="77777777" w:rsidR="00915042" w:rsidRDefault="00915042" w:rsidP="0098379A">
            <w:pPr>
              <w:spacing w:after="0" w:line="240" w:lineRule="auto"/>
              <w:jc w:val="left"/>
            </w:pPr>
            <w:r>
              <w:rPr>
                <w:sz w:val="16"/>
              </w:rPr>
              <w:t xml:space="preserve">Attorney Hasan Ozan </w:t>
            </w:r>
            <w:proofErr w:type="spellStart"/>
            <w:r>
              <w:rPr>
                <w:sz w:val="16"/>
              </w:rPr>
              <w:t>Orpak</w:t>
            </w:r>
            <w:proofErr w:type="spellEnd"/>
          </w:p>
        </w:tc>
        <w:tc>
          <w:tcPr>
            <w:tcW w:w="3628" w:type="dxa"/>
            <w:tcMar>
              <w:top w:w="38" w:type="dxa"/>
              <w:left w:w="55" w:type="dxa"/>
              <w:bottom w:w="38" w:type="dxa"/>
              <w:right w:w="55" w:type="dxa"/>
            </w:tcMar>
            <w:vAlign w:val="center"/>
          </w:tcPr>
          <w:p w14:paraId="21636AA0" w14:textId="77777777" w:rsidR="00915042" w:rsidRDefault="00915042" w:rsidP="0098379A">
            <w:pPr>
              <w:spacing w:after="0" w:line="240" w:lineRule="auto"/>
              <w:jc w:val="left"/>
            </w:pPr>
            <w:proofErr w:type="spellStart"/>
            <w:r>
              <w:rPr>
                <w:sz w:val="16"/>
              </w:rPr>
              <w:t>Denizli</w:t>
            </w:r>
            <w:proofErr w:type="spellEnd"/>
            <w:r>
              <w:rPr>
                <w:sz w:val="16"/>
              </w:rPr>
              <w:t xml:space="preserve"> Bar Association</w:t>
            </w:r>
          </w:p>
        </w:tc>
        <w:tc>
          <w:tcPr>
            <w:tcW w:w="1701" w:type="dxa"/>
            <w:tcMar>
              <w:top w:w="38" w:type="dxa"/>
              <w:left w:w="55" w:type="dxa"/>
              <w:bottom w:w="38" w:type="dxa"/>
              <w:right w:w="55" w:type="dxa"/>
            </w:tcMar>
            <w:vAlign w:val="center"/>
          </w:tcPr>
          <w:p w14:paraId="7DFE3C56" w14:textId="77777777" w:rsidR="00915042" w:rsidRDefault="00915042" w:rsidP="0098379A">
            <w:pPr>
              <w:spacing w:after="0" w:line="240" w:lineRule="auto"/>
              <w:jc w:val="center"/>
            </w:pPr>
            <w:r>
              <w:rPr>
                <w:sz w:val="16"/>
              </w:rPr>
              <w:t>1356</w:t>
            </w:r>
          </w:p>
        </w:tc>
      </w:tr>
      <w:tr w:rsidR="00915042" w14:paraId="2F1C688B" w14:textId="77777777" w:rsidTr="0098379A">
        <w:trPr>
          <w:cantSplit/>
          <w:jc w:val="center"/>
        </w:trPr>
        <w:tc>
          <w:tcPr>
            <w:tcW w:w="482" w:type="dxa"/>
            <w:tcMar>
              <w:top w:w="38" w:type="dxa"/>
              <w:left w:w="55" w:type="dxa"/>
              <w:bottom w:w="38" w:type="dxa"/>
              <w:right w:w="55" w:type="dxa"/>
            </w:tcMar>
            <w:vAlign w:val="center"/>
          </w:tcPr>
          <w:p w14:paraId="2C34F034" w14:textId="77777777" w:rsidR="00915042" w:rsidRDefault="00915042" w:rsidP="0098379A">
            <w:pPr>
              <w:spacing w:after="0" w:line="240" w:lineRule="auto"/>
              <w:jc w:val="center"/>
            </w:pPr>
            <w:r>
              <w:rPr>
                <w:sz w:val="16"/>
              </w:rPr>
              <w:t>17</w:t>
            </w:r>
          </w:p>
        </w:tc>
        <w:tc>
          <w:tcPr>
            <w:tcW w:w="3855" w:type="dxa"/>
            <w:tcMar>
              <w:top w:w="38" w:type="dxa"/>
              <w:left w:w="55" w:type="dxa"/>
              <w:bottom w:w="38" w:type="dxa"/>
              <w:right w:w="55" w:type="dxa"/>
            </w:tcMar>
            <w:vAlign w:val="center"/>
          </w:tcPr>
          <w:p w14:paraId="05EFBC15" w14:textId="77777777" w:rsidR="00915042" w:rsidRDefault="00915042" w:rsidP="0098379A">
            <w:pPr>
              <w:spacing w:after="0" w:line="240" w:lineRule="auto"/>
              <w:jc w:val="left"/>
            </w:pPr>
            <w:r>
              <w:rPr>
                <w:sz w:val="16"/>
              </w:rPr>
              <w:t>Attorney Ömer Kavili</w:t>
            </w:r>
          </w:p>
        </w:tc>
        <w:tc>
          <w:tcPr>
            <w:tcW w:w="3628" w:type="dxa"/>
            <w:tcMar>
              <w:top w:w="38" w:type="dxa"/>
              <w:left w:w="55" w:type="dxa"/>
              <w:bottom w:w="38" w:type="dxa"/>
              <w:right w:w="55" w:type="dxa"/>
            </w:tcMar>
            <w:vAlign w:val="center"/>
          </w:tcPr>
          <w:p w14:paraId="590F2627"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5378CAC" w14:textId="77777777" w:rsidR="00915042" w:rsidRDefault="00915042" w:rsidP="0098379A">
            <w:pPr>
              <w:spacing w:after="0" w:line="240" w:lineRule="auto"/>
              <w:jc w:val="center"/>
            </w:pPr>
            <w:r>
              <w:rPr>
                <w:sz w:val="16"/>
              </w:rPr>
              <w:t>15638</w:t>
            </w:r>
          </w:p>
        </w:tc>
      </w:tr>
      <w:tr w:rsidR="00915042" w14:paraId="3E438383" w14:textId="77777777" w:rsidTr="0098379A">
        <w:trPr>
          <w:cantSplit/>
          <w:jc w:val="center"/>
        </w:trPr>
        <w:tc>
          <w:tcPr>
            <w:tcW w:w="482" w:type="dxa"/>
            <w:tcMar>
              <w:top w:w="38" w:type="dxa"/>
              <w:left w:w="55" w:type="dxa"/>
              <w:bottom w:w="38" w:type="dxa"/>
              <w:right w:w="55" w:type="dxa"/>
            </w:tcMar>
            <w:vAlign w:val="center"/>
          </w:tcPr>
          <w:p w14:paraId="6FE36FF7" w14:textId="77777777" w:rsidR="00915042" w:rsidRDefault="00915042" w:rsidP="0098379A">
            <w:pPr>
              <w:spacing w:after="0" w:line="240" w:lineRule="auto"/>
              <w:jc w:val="center"/>
            </w:pPr>
            <w:r>
              <w:rPr>
                <w:sz w:val="16"/>
              </w:rPr>
              <w:t>18</w:t>
            </w:r>
          </w:p>
        </w:tc>
        <w:tc>
          <w:tcPr>
            <w:tcW w:w="3855" w:type="dxa"/>
            <w:tcMar>
              <w:top w:w="38" w:type="dxa"/>
              <w:left w:w="55" w:type="dxa"/>
              <w:bottom w:w="38" w:type="dxa"/>
              <w:right w:w="55" w:type="dxa"/>
            </w:tcMar>
            <w:vAlign w:val="center"/>
          </w:tcPr>
          <w:p w14:paraId="034B3DE9" w14:textId="77777777" w:rsidR="00915042" w:rsidRDefault="00915042" w:rsidP="0098379A">
            <w:pPr>
              <w:spacing w:after="0" w:line="240" w:lineRule="auto"/>
              <w:jc w:val="left"/>
            </w:pPr>
            <w:r>
              <w:rPr>
                <w:sz w:val="16"/>
              </w:rPr>
              <w:t xml:space="preserve">Attorney Fırat </w:t>
            </w:r>
            <w:proofErr w:type="spellStart"/>
            <w:r>
              <w:rPr>
                <w:sz w:val="16"/>
              </w:rPr>
              <w:t>Epözdemir</w:t>
            </w:r>
            <w:proofErr w:type="spellEnd"/>
          </w:p>
        </w:tc>
        <w:tc>
          <w:tcPr>
            <w:tcW w:w="3628" w:type="dxa"/>
            <w:tcMar>
              <w:top w:w="38" w:type="dxa"/>
              <w:left w:w="55" w:type="dxa"/>
              <w:bottom w:w="38" w:type="dxa"/>
              <w:right w:w="55" w:type="dxa"/>
            </w:tcMar>
            <w:vAlign w:val="center"/>
          </w:tcPr>
          <w:p w14:paraId="7892CBC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29FF9EB" w14:textId="77777777" w:rsidR="00915042" w:rsidRDefault="00915042" w:rsidP="0098379A">
            <w:pPr>
              <w:spacing w:after="0" w:line="240" w:lineRule="auto"/>
              <w:jc w:val="center"/>
            </w:pPr>
            <w:r>
              <w:rPr>
                <w:sz w:val="16"/>
              </w:rPr>
              <w:t>36297</w:t>
            </w:r>
          </w:p>
        </w:tc>
      </w:tr>
      <w:tr w:rsidR="00915042" w14:paraId="58C17470" w14:textId="77777777" w:rsidTr="0098379A">
        <w:trPr>
          <w:cantSplit/>
          <w:jc w:val="center"/>
        </w:trPr>
        <w:tc>
          <w:tcPr>
            <w:tcW w:w="482" w:type="dxa"/>
            <w:tcMar>
              <w:top w:w="38" w:type="dxa"/>
              <w:left w:w="55" w:type="dxa"/>
              <w:bottom w:w="38" w:type="dxa"/>
              <w:right w:w="55" w:type="dxa"/>
            </w:tcMar>
            <w:vAlign w:val="center"/>
          </w:tcPr>
          <w:p w14:paraId="3F191BF2" w14:textId="77777777" w:rsidR="00915042" w:rsidRDefault="00915042" w:rsidP="0098379A">
            <w:pPr>
              <w:spacing w:after="0" w:line="240" w:lineRule="auto"/>
              <w:jc w:val="center"/>
            </w:pPr>
            <w:r>
              <w:rPr>
                <w:sz w:val="16"/>
              </w:rPr>
              <w:t>19</w:t>
            </w:r>
          </w:p>
        </w:tc>
        <w:tc>
          <w:tcPr>
            <w:tcW w:w="3855" w:type="dxa"/>
            <w:tcMar>
              <w:top w:w="38" w:type="dxa"/>
              <w:left w:w="55" w:type="dxa"/>
              <w:bottom w:w="38" w:type="dxa"/>
              <w:right w:w="55" w:type="dxa"/>
            </w:tcMar>
            <w:vAlign w:val="center"/>
          </w:tcPr>
          <w:p w14:paraId="4151E735" w14:textId="77777777" w:rsidR="00915042" w:rsidRDefault="00915042" w:rsidP="0098379A">
            <w:pPr>
              <w:spacing w:after="0" w:line="240" w:lineRule="auto"/>
              <w:jc w:val="left"/>
            </w:pPr>
            <w:r>
              <w:rPr>
                <w:sz w:val="16"/>
              </w:rPr>
              <w:t>Attorney Görkem Ova</w:t>
            </w:r>
          </w:p>
        </w:tc>
        <w:tc>
          <w:tcPr>
            <w:tcW w:w="3628" w:type="dxa"/>
            <w:tcMar>
              <w:top w:w="38" w:type="dxa"/>
              <w:left w:w="55" w:type="dxa"/>
              <w:bottom w:w="38" w:type="dxa"/>
              <w:right w:w="55" w:type="dxa"/>
            </w:tcMar>
            <w:vAlign w:val="center"/>
          </w:tcPr>
          <w:p w14:paraId="7E1FC35A"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3965181" w14:textId="77777777" w:rsidR="00915042" w:rsidRDefault="00915042" w:rsidP="0098379A">
            <w:pPr>
              <w:spacing w:after="0" w:line="240" w:lineRule="auto"/>
              <w:jc w:val="center"/>
            </w:pPr>
            <w:r>
              <w:rPr>
                <w:sz w:val="16"/>
              </w:rPr>
              <w:t>63237</w:t>
            </w:r>
          </w:p>
        </w:tc>
      </w:tr>
      <w:tr w:rsidR="00915042" w14:paraId="0DF857AC" w14:textId="77777777" w:rsidTr="0098379A">
        <w:trPr>
          <w:cantSplit/>
          <w:jc w:val="center"/>
        </w:trPr>
        <w:tc>
          <w:tcPr>
            <w:tcW w:w="482" w:type="dxa"/>
            <w:tcMar>
              <w:top w:w="38" w:type="dxa"/>
              <w:left w:w="55" w:type="dxa"/>
              <w:bottom w:w="38" w:type="dxa"/>
              <w:right w:w="55" w:type="dxa"/>
            </w:tcMar>
            <w:vAlign w:val="center"/>
          </w:tcPr>
          <w:p w14:paraId="109CDDD5" w14:textId="77777777" w:rsidR="00915042" w:rsidRDefault="00915042" w:rsidP="0098379A">
            <w:pPr>
              <w:spacing w:after="0" w:line="240" w:lineRule="auto"/>
              <w:jc w:val="center"/>
            </w:pPr>
            <w:r>
              <w:rPr>
                <w:sz w:val="16"/>
              </w:rPr>
              <w:t>20</w:t>
            </w:r>
          </w:p>
        </w:tc>
        <w:tc>
          <w:tcPr>
            <w:tcW w:w="3855" w:type="dxa"/>
            <w:tcMar>
              <w:top w:w="38" w:type="dxa"/>
              <w:left w:w="55" w:type="dxa"/>
              <w:bottom w:w="38" w:type="dxa"/>
              <w:right w:w="55" w:type="dxa"/>
            </w:tcMar>
            <w:vAlign w:val="center"/>
          </w:tcPr>
          <w:p w14:paraId="6CF6F27E" w14:textId="77777777" w:rsidR="00915042" w:rsidRDefault="00915042" w:rsidP="0098379A">
            <w:pPr>
              <w:spacing w:after="0" w:line="240" w:lineRule="auto"/>
              <w:jc w:val="left"/>
            </w:pPr>
            <w:r>
              <w:rPr>
                <w:sz w:val="16"/>
              </w:rPr>
              <w:t>Attorney Özden Özdemir</w:t>
            </w:r>
          </w:p>
        </w:tc>
        <w:tc>
          <w:tcPr>
            <w:tcW w:w="3628" w:type="dxa"/>
            <w:tcMar>
              <w:top w:w="38" w:type="dxa"/>
              <w:left w:w="55" w:type="dxa"/>
              <w:bottom w:w="38" w:type="dxa"/>
              <w:right w:w="55" w:type="dxa"/>
            </w:tcMar>
            <w:vAlign w:val="center"/>
          </w:tcPr>
          <w:p w14:paraId="58C1BBDD"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B51034D" w14:textId="77777777" w:rsidR="00915042" w:rsidRDefault="00915042" w:rsidP="0098379A">
            <w:pPr>
              <w:spacing w:after="0" w:line="240" w:lineRule="auto"/>
              <w:jc w:val="center"/>
            </w:pPr>
            <w:r>
              <w:rPr>
                <w:sz w:val="16"/>
              </w:rPr>
              <w:t>25259</w:t>
            </w:r>
          </w:p>
        </w:tc>
      </w:tr>
      <w:tr w:rsidR="00915042" w14:paraId="6CA0B451" w14:textId="77777777" w:rsidTr="0098379A">
        <w:trPr>
          <w:cantSplit/>
          <w:jc w:val="center"/>
        </w:trPr>
        <w:tc>
          <w:tcPr>
            <w:tcW w:w="482" w:type="dxa"/>
            <w:tcMar>
              <w:top w:w="38" w:type="dxa"/>
              <w:left w:w="55" w:type="dxa"/>
              <w:bottom w:w="38" w:type="dxa"/>
              <w:right w:w="55" w:type="dxa"/>
            </w:tcMar>
            <w:vAlign w:val="center"/>
          </w:tcPr>
          <w:p w14:paraId="0B482BE4" w14:textId="77777777" w:rsidR="00915042" w:rsidRDefault="00915042" w:rsidP="0098379A">
            <w:pPr>
              <w:spacing w:after="0" w:line="240" w:lineRule="auto"/>
              <w:jc w:val="center"/>
            </w:pPr>
            <w:r>
              <w:rPr>
                <w:sz w:val="16"/>
              </w:rPr>
              <w:t>21</w:t>
            </w:r>
          </w:p>
        </w:tc>
        <w:tc>
          <w:tcPr>
            <w:tcW w:w="3855" w:type="dxa"/>
            <w:tcMar>
              <w:top w:w="38" w:type="dxa"/>
              <w:left w:w="55" w:type="dxa"/>
              <w:bottom w:w="38" w:type="dxa"/>
              <w:right w:w="55" w:type="dxa"/>
            </w:tcMar>
            <w:vAlign w:val="center"/>
          </w:tcPr>
          <w:p w14:paraId="6AC88B77" w14:textId="77777777" w:rsidR="00915042" w:rsidRDefault="00915042" w:rsidP="0098379A">
            <w:pPr>
              <w:spacing w:after="0" w:line="240" w:lineRule="auto"/>
              <w:jc w:val="left"/>
            </w:pPr>
            <w:r>
              <w:rPr>
                <w:sz w:val="16"/>
              </w:rPr>
              <w:t xml:space="preserve">Attorney Şengül Tarhan </w:t>
            </w:r>
            <w:proofErr w:type="spellStart"/>
            <w:r>
              <w:rPr>
                <w:sz w:val="16"/>
              </w:rPr>
              <w:t>Buztaş</w:t>
            </w:r>
            <w:proofErr w:type="spellEnd"/>
          </w:p>
        </w:tc>
        <w:tc>
          <w:tcPr>
            <w:tcW w:w="3628" w:type="dxa"/>
            <w:tcMar>
              <w:top w:w="38" w:type="dxa"/>
              <w:left w:w="55" w:type="dxa"/>
              <w:bottom w:w="38" w:type="dxa"/>
              <w:right w:w="55" w:type="dxa"/>
            </w:tcMar>
            <w:vAlign w:val="center"/>
          </w:tcPr>
          <w:p w14:paraId="2A9B329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EEFB287" w14:textId="77777777" w:rsidR="00915042" w:rsidRDefault="00915042" w:rsidP="0098379A">
            <w:pPr>
              <w:spacing w:after="0" w:line="240" w:lineRule="auto"/>
              <w:jc w:val="center"/>
            </w:pPr>
            <w:r>
              <w:rPr>
                <w:sz w:val="16"/>
              </w:rPr>
              <w:t>19622</w:t>
            </w:r>
          </w:p>
        </w:tc>
      </w:tr>
      <w:tr w:rsidR="00915042" w14:paraId="2B368485" w14:textId="77777777" w:rsidTr="0098379A">
        <w:trPr>
          <w:cantSplit/>
          <w:jc w:val="center"/>
        </w:trPr>
        <w:tc>
          <w:tcPr>
            <w:tcW w:w="482" w:type="dxa"/>
            <w:tcMar>
              <w:top w:w="38" w:type="dxa"/>
              <w:left w:w="55" w:type="dxa"/>
              <w:bottom w:w="38" w:type="dxa"/>
              <w:right w:w="55" w:type="dxa"/>
            </w:tcMar>
            <w:vAlign w:val="center"/>
          </w:tcPr>
          <w:p w14:paraId="6C326802" w14:textId="77777777" w:rsidR="00915042" w:rsidRDefault="00915042" w:rsidP="0098379A">
            <w:pPr>
              <w:spacing w:after="0" w:line="240" w:lineRule="auto"/>
              <w:jc w:val="center"/>
            </w:pPr>
            <w:r>
              <w:rPr>
                <w:sz w:val="16"/>
              </w:rPr>
              <w:t>22</w:t>
            </w:r>
          </w:p>
        </w:tc>
        <w:tc>
          <w:tcPr>
            <w:tcW w:w="3855" w:type="dxa"/>
            <w:tcMar>
              <w:top w:w="38" w:type="dxa"/>
              <w:left w:w="55" w:type="dxa"/>
              <w:bottom w:w="38" w:type="dxa"/>
              <w:right w:w="55" w:type="dxa"/>
            </w:tcMar>
            <w:vAlign w:val="center"/>
          </w:tcPr>
          <w:p w14:paraId="64CCF3CF" w14:textId="77777777" w:rsidR="00915042" w:rsidRDefault="00915042" w:rsidP="0098379A">
            <w:pPr>
              <w:spacing w:after="0" w:line="240" w:lineRule="auto"/>
              <w:jc w:val="left"/>
            </w:pPr>
            <w:r>
              <w:rPr>
                <w:sz w:val="16"/>
              </w:rPr>
              <w:t>Attorney Figen Ertem Yılmaz</w:t>
            </w:r>
          </w:p>
        </w:tc>
        <w:tc>
          <w:tcPr>
            <w:tcW w:w="3628" w:type="dxa"/>
            <w:tcMar>
              <w:top w:w="38" w:type="dxa"/>
              <w:left w:w="55" w:type="dxa"/>
              <w:bottom w:w="38" w:type="dxa"/>
              <w:right w:w="55" w:type="dxa"/>
            </w:tcMar>
            <w:vAlign w:val="center"/>
          </w:tcPr>
          <w:p w14:paraId="25B2395F"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14FBDF0" w14:textId="77777777" w:rsidR="00915042" w:rsidRDefault="00915042" w:rsidP="0098379A">
            <w:pPr>
              <w:spacing w:after="0" w:line="240" w:lineRule="auto"/>
              <w:jc w:val="center"/>
            </w:pPr>
            <w:r>
              <w:rPr>
                <w:sz w:val="16"/>
              </w:rPr>
              <w:t>16976</w:t>
            </w:r>
          </w:p>
        </w:tc>
      </w:tr>
      <w:tr w:rsidR="00915042" w14:paraId="3016A877" w14:textId="77777777" w:rsidTr="0098379A">
        <w:trPr>
          <w:cantSplit/>
          <w:jc w:val="center"/>
        </w:trPr>
        <w:tc>
          <w:tcPr>
            <w:tcW w:w="482" w:type="dxa"/>
            <w:tcMar>
              <w:top w:w="38" w:type="dxa"/>
              <w:left w:w="55" w:type="dxa"/>
              <w:bottom w:w="38" w:type="dxa"/>
              <w:right w:w="55" w:type="dxa"/>
            </w:tcMar>
            <w:vAlign w:val="center"/>
          </w:tcPr>
          <w:p w14:paraId="65869E1B" w14:textId="77777777" w:rsidR="00915042" w:rsidRDefault="00915042" w:rsidP="0098379A">
            <w:pPr>
              <w:spacing w:after="0" w:line="240" w:lineRule="auto"/>
              <w:jc w:val="center"/>
            </w:pPr>
            <w:r>
              <w:rPr>
                <w:sz w:val="16"/>
              </w:rPr>
              <w:t>23</w:t>
            </w:r>
          </w:p>
        </w:tc>
        <w:tc>
          <w:tcPr>
            <w:tcW w:w="3855" w:type="dxa"/>
            <w:tcMar>
              <w:top w:w="38" w:type="dxa"/>
              <w:left w:w="55" w:type="dxa"/>
              <w:bottom w:w="38" w:type="dxa"/>
              <w:right w:w="55" w:type="dxa"/>
            </w:tcMar>
            <w:vAlign w:val="center"/>
          </w:tcPr>
          <w:p w14:paraId="786C700F" w14:textId="77777777" w:rsidR="00915042" w:rsidRDefault="00915042" w:rsidP="0098379A">
            <w:pPr>
              <w:spacing w:after="0" w:line="240" w:lineRule="auto"/>
              <w:jc w:val="left"/>
            </w:pPr>
            <w:r>
              <w:rPr>
                <w:sz w:val="16"/>
              </w:rPr>
              <w:t xml:space="preserve">Attorney Özhan </w:t>
            </w:r>
            <w:proofErr w:type="spellStart"/>
            <w:r>
              <w:rPr>
                <w:sz w:val="16"/>
              </w:rPr>
              <w:t>Karazeybek</w:t>
            </w:r>
            <w:proofErr w:type="spellEnd"/>
          </w:p>
        </w:tc>
        <w:tc>
          <w:tcPr>
            <w:tcW w:w="3628" w:type="dxa"/>
            <w:tcMar>
              <w:top w:w="38" w:type="dxa"/>
              <w:left w:w="55" w:type="dxa"/>
              <w:bottom w:w="38" w:type="dxa"/>
              <w:right w:w="55" w:type="dxa"/>
            </w:tcMar>
            <w:vAlign w:val="center"/>
          </w:tcPr>
          <w:p w14:paraId="7313F21F" w14:textId="77777777" w:rsidR="00915042" w:rsidRDefault="00915042" w:rsidP="0098379A">
            <w:pPr>
              <w:spacing w:after="0" w:line="240" w:lineRule="auto"/>
              <w:jc w:val="left"/>
            </w:pPr>
            <w:r>
              <w:rPr>
                <w:sz w:val="16"/>
              </w:rPr>
              <w:t>Antalya Bar Association</w:t>
            </w:r>
          </w:p>
        </w:tc>
        <w:tc>
          <w:tcPr>
            <w:tcW w:w="1701" w:type="dxa"/>
            <w:tcMar>
              <w:top w:w="38" w:type="dxa"/>
              <w:left w:w="55" w:type="dxa"/>
              <w:bottom w:w="38" w:type="dxa"/>
              <w:right w:w="55" w:type="dxa"/>
            </w:tcMar>
            <w:vAlign w:val="center"/>
          </w:tcPr>
          <w:p w14:paraId="5F3C8712" w14:textId="77777777" w:rsidR="00915042" w:rsidRDefault="00915042" w:rsidP="0098379A">
            <w:pPr>
              <w:spacing w:after="0" w:line="240" w:lineRule="auto"/>
              <w:jc w:val="center"/>
            </w:pPr>
            <w:r>
              <w:rPr>
                <w:sz w:val="16"/>
              </w:rPr>
              <w:t>1812</w:t>
            </w:r>
          </w:p>
        </w:tc>
      </w:tr>
      <w:tr w:rsidR="00915042" w14:paraId="67B9565D" w14:textId="77777777" w:rsidTr="0098379A">
        <w:trPr>
          <w:cantSplit/>
          <w:jc w:val="center"/>
        </w:trPr>
        <w:tc>
          <w:tcPr>
            <w:tcW w:w="482" w:type="dxa"/>
            <w:tcMar>
              <w:top w:w="38" w:type="dxa"/>
              <w:left w:w="55" w:type="dxa"/>
              <w:bottom w:w="38" w:type="dxa"/>
              <w:right w:w="55" w:type="dxa"/>
            </w:tcMar>
            <w:vAlign w:val="center"/>
          </w:tcPr>
          <w:p w14:paraId="7049986C" w14:textId="77777777" w:rsidR="00915042" w:rsidRDefault="00915042" w:rsidP="0098379A">
            <w:pPr>
              <w:spacing w:after="0" w:line="240" w:lineRule="auto"/>
              <w:jc w:val="center"/>
            </w:pPr>
            <w:r>
              <w:rPr>
                <w:sz w:val="16"/>
              </w:rPr>
              <w:t>24</w:t>
            </w:r>
          </w:p>
        </w:tc>
        <w:tc>
          <w:tcPr>
            <w:tcW w:w="3855" w:type="dxa"/>
            <w:tcMar>
              <w:top w:w="38" w:type="dxa"/>
              <w:left w:w="55" w:type="dxa"/>
              <w:bottom w:w="38" w:type="dxa"/>
              <w:right w:w="55" w:type="dxa"/>
            </w:tcMar>
            <w:vAlign w:val="center"/>
          </w:tcPr>
          <w:p w14:paraId="5269541B" w14:textId="77777777" w:rsidR="00915042" w:rsidRDefault="00915042" w:rsidP="0098379A">
            <w:pPr>
              <w:spacing w:after="0" w:line="240" w:lineRule="auto"/>
              <w:jc w:val="left"/>
            </w:pPr>
            <w:r>
              <w:rPr>
                <w:sz w:val="16"/>
              </w:rPr>
              <w:t>Attorney Sabahattin Gümüş</w:t>
            </w:r>
          </w:p>
        </w:tc>
        <w:tc>
          <w:tcPr>
            <w:tcW w:w="3628" w:type="dxa"/>
            <w:tcMar>
              <w:top w:w="38" w:type="dxa"/>
              <w:left w:w="55" w:type="dxa"/>
              <w:bottom w:w="38" w:type="dxa"/>
              <w:right w:w="55" w:type="dxa"/>
            </w:tcMar>
            <w:vAlign w:val="center"/>
          </w:tcPr>
          <w:p w14:paraId="2DCC66CD" w14:textId="77777777" w:rsidR="00915042" w:rsidRDefault="00915042" w:rsidP="0098379A">
            <w:pPr>
              <w:spacing w:after="0" w:line="240" w:lineRule="auto"/>
              <w:jc w:val="left"/>
            </w:pPr>
            <w:r>
              <w:rPr>
                <w:sz w:val="16"/>
              </w:rPr>
              <w:t>Adana Bar Association</w:t>
            </w:r>
          </w:p>
        </w:tc>
        <w:tc>
          <w:tcPr>
            <w:tcW w:w="1701" w:type="dxa"/>
            <w:tcMar>
              <w:top w:w="38" w:type="dxa"/>
              <w:left w:w="55" w:type="dxa"/>
              <w:bottom w:w="38" w:type="dxa"/>
              <w:right w:w="55" w:type="dxa"/>
            </w:tcMar>
            <w:vAlign w:val="center"/>
          </w:tcPr>
          <w:p w14:paraId="15909BE5" w14:textId="77777777" w:rsidR="00915042" w:rsidRDefault="00915042" w:rsidP="0098379A">
            <w:pPr>
              <w:spacing w:after="0" w:line="240" w:lineRule="auto"/>
              <w:jc w:val="center"/>
            </w:pPr>
            <w:r>
              <w:rPr>
                <w:sz w:val="16"/>
              </w:rPr>
              <w:t>1137</w:t>
            </w:r>
          </w:p>
        </w:tc>
      </w:tr>
      <w:tr w:rsidR="00915042" w14:paraId="74FB66F1" w14:textId="77777777" w:rsidTr="0098379A">
        <w:trPr>
          <w:cantSplit/>
          <w:jc w:val="center"/>
        </w:trPr>
        <w:tc>
          <w:tcPr>
            <w:tcW w:w="482" w:type="dxa"/>
            <w:tcMar>
              <w:top w:w="38" w:type="dxa"/>
              <w:left w:w="55" w:type="dxa"/>
              <w:bottom w:w="38" w:type="dxa"/>
              <w:right w:w="55" w:type="dxa"/>
            </w:tcMar>
            <w:vAlign w:val="center"/>
          </w:tcPr>
          <w:p w14:paraId="4C331423" w14:textId="77777777" w:rsidR="00915042" w:rsidRDefault="00915042" w:rsidP="0098379A">
            <w:pPr>
              <w:spacing w:after="0" w:line="240" w:lineRule="auto"/>
              <w:jc w:val="center"/>
            </w:pPr>
            <w:r>
              <w:rPr>
                <w:sz w:val="16"/>
              </w:rPr>
              <w:t>25</w:t>
            </w:r>
          </w:p>
        </w:tc>
        <w:tc>
          <w:tcPr>
            <w:tcW w:w="3855" w:type="dxa"/>
            <w:tcMar>
              <w:top w:w="38" w:type="dxa"/>
              <w:left w:w="55" w:type="dxa"/>
              <w:bottom w:w="38" w:type="dxa"/>
              <w:right w:w="55" w:type="dxa"/>
            </w:tcMar>
            <w:vAlign w:val="center"/>
          </w:tcPr>
          <w:p w14:paraId="5E986133" w14:textId="77777777" w:rsidR="00915042" w:rsidRDefault="00915042" w:rsidP="0098379A">
            <w:pPr>
              <w:spacing w:after="0" w:line="240" w:lineRule="auto"/>
              <w:jc w:val="left"/>
            </w:pPr>
            <w:r>
              <w:rPr>
                <w:sz w:val="16"/>
              </w:rPr>
              <w:t xml:space="preserve">Attorney Arzu Müge </w:t>
            </w:r>
            <w:proofErr w:type="spellStart"/>
            <w:r>
              <w:rPr>
                <w:sz w:val="16"/>
              </w:rPr>
              <w:t>Özaydın</w:t>
            </w:r>
            <w:proofErr w:type="spellEnd"/>
          </w:p>
        </w:tc>
        <w:tc>
          <w:tcPr>
            <w:tcW w:w="3628" w:type="dxa"/>
            <w:tcMar>
              <w:top w:w="38" w:type="dxa"/>
              <w:left w:w="55" w:type="dxa"/>
              <w:bottom w:w="38" w:type="dxa"/>
              <w:right w:w="55" w:type="dxa"/>
            </w:tcMar>
            <w:vAlign w:val="center"/>
          </w:tcPr>
          <w:p w14:paraId="16D5BD3E"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0C9B397" w14:textId="77777777" w:rsidR="00915042" w:rsidRDefault="00915042" w:rsidP="0098379A">
            <w:pPr>
              <w:spacing w:after="0" w:line="240" w:lineRule="auto"/>
              <w:jc w:val="center"/>
            </w:pPr>
            <w:r>
              <w:rPr>
                <w:sz w:val="16"/>
              </w:rPr>
              <w:t>16505</w:t>
            </w:r>
          </w:p>
        </w:tc>
      </w:tr>
      <w:tr w:rsidR="00915042" w14:paraId="31652B4A" w14:textId="77777777" w:rsidTr="0098379A">
        <w:trPr>
          <w:cantSplit/>
          <w:jc w:val="center"/>
        </w:trPr>
        <w:tc>
          <w:tcPr>
            <w:tcW w:w="482" w:type="dxa"/>
            <w:tcMar>
              <w:top w:w="38" w:type="dxa"/>
              <w:left w:w="55" w:type="dxa"/>
              <w:bottom w:w="38" w:type="dxa"/>
              <w:right w:w="55" w:type="dxa"/>
            </w:tcMar>
            <w:vAlign w:val="center"/>
          </w:tcPr>
          <w:p w14:paraId="6BA92981" w14:textId="77777777" w:rsidR="00915042" w:rsidRDefault="00915042" w:rsidP="0098379A">
            <w:pPr>
              <w:spacing w:after="0" w:line="240" w:lineRule="auto"/>
              <w:jc w:val="center"/>
            </w:pPr>
            <w:r>
              <w:rPr>
                <w:sz w:val="16"/>
              </w:rPr>
              <w:t>26</w:t>
            </w:r>
          </w:p>
        </w:tc>
        <w:tc>
          <w:tcPr>
            <w:tcW w:w="3855" w:type="dxa"/>
            <w:tcMar>
              <w:top w:w="38" w:type="dxa"/>
              <w:left w:w="55" w:type="dxa"/>
              <w:bottom w:w="38" w:type="dxa"/>
              <w:right w:w="55" w:type="dxa"/>
            </w:tcMar>
            <w:vAlign w:val="center"/>
          </w:tcPr>
          <w:p w14:paraId="53AA20BD" w14:textId="77777777" w:rsidR="00915042" w:rsidRDefault="00915042" w:rsidP="0098379A">
            <w:pPr>
              <w:spacing w:after="0" w:line="240" w:lineRule="auto"/>
              <w:jc w:val="left"/>
            </w:pPr>
            <w:r>
              <w:rPr>
                <w:sz w:val="16"/>
              </w:rPr>
              <w:t>Attorney Kadir Seçkin Bilgili</w:t>
            </w:r>
          </w:p>
        </w:tc>
        <w:tc>
          <w:tcPr>
            <w:tcW w:w="3628" w:type="dxa"/>
            <w:tcMar>
              <w:top w:w="38" w:type="dxa"/>
              <w:left w:w="55" w:type="dxa"/>
              <w:bottom w:w="38" w:type="dxa"/>
              <w:right w:w="55" w:type="dxa"/>
            </w:tcMar>
            <w:vAlign w:val="center"/>
          </w:tcPr>
          <w:p w14:paraId="40B6DBA3" w14:textId="77777777" w:rsidR="00915042" w:rsidRDefault="00915042" w:rsidP="0098379A">
            <w:pPr>
              <w:spacing w:after="0" w:line="240" w:lineRule="auto"/>
              <w:jc w:val="left"/>
            </w:pPr>
            <w:proofErr w:type="spellStart"/>
            <w:r>
              <w:rPr>
                <w:sz w:val="16"/>
              </w:rPr>
              <w:t>Balıkesir</w:t>
            </w:r>
            <w:proofErr w:type="spellEnd"/>
            <w:r>
              <w:rPr>
                <w:sz w:val="16"/>
              </w:rPr>
              <w:t xml:space="preserve"> Bar Association</w:t>
            </w:r>
          </w:p>
        </w:tc>
        <w:tc>
          <w:tcPr>
            <w:tcW w:w="1701" w:type="dxa"/>
            <w:tcMar>
              <w:top w:w="38" w:type="dxa"/>
              <w:left w:w="55" w:type="dxa"/>
              <w:bottom w:w="38" w:type="dxa"/>
              <w:right w:w="55" w:type="dxa"/>
            </w:tcMar>
            <w:vAlign w:val="center"/>
          </w:tcPr>
          <w:p w14:paraId="4214C20C" w14:textId="77777777" w:rsidR="00915042" w:rsidRDefault="00915042" w:rsidP="0098379A">
            <w:pPr>
              <w:spacing w:after="0" w:line="240" w:lineRule="auto"/>
              <w:jc w:val="center"/>
            </w:pPr>
            <w:r>
              <w:rPr>
                <w:sz w:val="16"/>
              </w:rPr>
              <w:t>1682</w:t>
            </w:r>
          </w:p>
        </w:tc>
      </w:tr>
      <w:tr w:rsidR="00915042" w14:paraId="0C68E660" w14:textId="77777777" w:rsidTr="0098379A">
        <w:trPr>
          <w:cantSplit/>
          <w:jc w:val="center"/>
        </w:trPr>
        <w:tc>
          <w:tcPr>
            <w:tcW w:w="482" w:type="dxa"/>
            <w:tcMar>
              <w:top w:w="38" w:type="dxa"/>
              <w:left w:w="55" w:type="dxa"/>
              <w:bottom w:w="38" w:type="dxa"/>
              <w:right w:w="55" w:type="dxa"/>
            </w:tcMar>
            <w:vAlign w:val="center"/>
          </w:tcPr>
          <w:p w14:paraId="113A8310" w14:textId="77777777" w:rsidR="00915042" w:rsidRDefault="00915042" w:rsidP="0098379A">
            <w:pPr>
              <w:spacing w:after="0" w:line="240" w:lineRule="auto"/>
              <w:jc w:val="center"/>
            </w:pPr>
            <w:r>
              <w:rPr>
                <w:sz w:val="16"/>
              </w:rPr>
              <w:t>27</w:t>
            </w:r>
          </w:p>
        </w:tc>
        <w:tc>
          <w:tcPr>
            <w:tcW w:w="3855" w:type="dxa"/>
            <w:tcMar>
              <w:top w:w="38" w:type="dxa"/>
              <w:left w:w="55" w:type="dxa"/>
              <w:bottom w:w="38" w:type="dxa"/>
              <w:right w:w="55" w:type="dxa"/>
            </w:tcMar>
            <w:vAlign w:val="center"/>
          </w:tcPr>
          <w:p w14:paraId="0CC2B3BD" w14:textId="77777777" w:rsidR="00915042" w:rsidRDefault="00915042" w:rsidP="0098379A">
            <w:pPr>
              <w:spacing w:after="0" w:line="240" w:lineRule="auto"/>
              <w:jc w:val="left"/>
            </w:pPr>
            <w:r>
              <w:rPr>
                <w:sz w:val="16"/>
              </w:rPr>
              <w:t>Attorney Mustafa Dinçer</w:t>
            </w:r>
          </w:p>
        </w:tc>
        <w:tc>
          <w:tcPr>
            <w:tcW w:w="3628" w:type="dxa"/>
            <w:tcMar>
              <w:top w:w="38" w:type="dxa"/>
              <w:left w:w="55" w:type="dxa"/>
              <w:bottom w:w="38" w:type="dxa"/>
              <w:right w:w="55" w:type="dxa"/>
            </w:tcMar>
            <w:vAlign w:val="center"/>
          </w:tcPr>
          <w:p w14:paraId="2476129C"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60B49FF2" w14:textId="77777777" w:rsidR="00915042" w:rsidRDefault="00915042" w:rsidP="0098379A">
            <w:pPr>
              <w:spacing w:after="0" w:line="240" w:lineRule="auto"/>
              <w:jc w:val="center"/>
            </w:pPr>
            <w:r>
              <w:rPr>
                <w:sz w:val="16"/>
              </w:rPr>
              <w:t>13587</w:t>
            </w:r>
          </w:p>
        </w:tc>
      </w:tr>
      <w:tr w:rsidR="00915042" w14:paraId="59A55DAA" w14:textId="77777777" w:rsidTr="0098379A">
        <w:trPr>
          <w:cantSplit/>
          <w:jc w:val="center"/>
        </w:trPr>
        <w:tc>
          <w:tcPr>
            <w:tcW w:w="482" w:type="dxa"/>
            <w:tcMar>
              <w:top w:w="38" w:type="dxa"/>
              <w:left w:w="55" w:type="dxa"/>
              <w:bottom w:w="38" w:type="dxa"/>
              <w:right w:w="55" w:type="dxa"/>
            </w:tcMar>
            <w:vAlign w:val="center"/>
          </w:tcPr>
          <w:p w14:paraId="2F5AB416" w14:textId="77777777" w:rsidR="00915042" w:rsidRDefault="00915042" w:rsidP="0098379A">
            <w:pPr>
              <w:spacing w:after="0" w:line="240" w:lineRule="auto"/>
              <w:jc w:val="center"/>
            </w:pPr>
            <w:r>
              <w:rPr>
                <w:sz w:val="16"/>
              </w:rPr>
              <w:t>28</w:t>
            </w:r>
          </w:p>
        </w:tc>
        <w:tc>
          <w:tcPr>
            <w:tcW w:w="3855" w:type="dxa"/>
            <w:tcMar>
              <w:top w:w="38" w:type="dxa"/>
              <w:left w:w="55" w:type="dxa"/>
              <w:bottom w:w="38" w:type="dxa"/>
              <w:right w:w="55" w:type="dxa"/>
            </w:tcMar>
            <w:vAlign w:val="center"/>
          </w:tcPr>
          <w:p w14:paraId="45BB8735" w14:textId="77777777" w:rsidR="00915042" w:rsidRDefault="00915042" w:rsidP="0098379A">
            <w:pPr>
              <w:spacing w:after="0" w:line="240" w:lineRule="auto"/>
              <w:jc w:val="left"/>
            </w:pPr>
            <w:r>
              <w:rPr>
                <w:sz w:val="16"/>
              </w:rPr>
              <w:t xml:space="preserve">Attorney </w:t>
            </w:r>
            <w:proofErr w:type="spellStart"/>
            <w:r>
              <w:rPr>
                <w:sz w:val="16"/>
              </w:rPr>
              <w:t>Onursal</w:t>
            </w:r>
            <w:proofErr w:type="spellEnd"/>
            <w:r>
              <w:rPr>
                <w:sz w:val="16"/>
              </w:rPr>
              <w:t xml:space="preserve"> Özbek</w:t>
            </w:r>
          </w:p>
        </w:tc>
        <w:tc>
          <w:tcPr>
            <w:tcW w:w="3628" w:type="dxa"/>
            <w:tcMar>
              <w:top w:w="38" w:type="dxa"/>
              <w:left w:w="55" w:type="dxa"/>
              <w:bottom w:w="38" w:type="dxa"/>
              <w:right w:w="55" w:type="dxa"/>
            </w:tcMar>
            <w:vAlign w:val="center"/>
          </w:tcPr>
          <w:p w14:paraId="463EE694"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76208BF0" w14:textId="77777777" w:rsidR="00915042" w:rsidRDefault="00915042" w:rsidP="0098379A">
            <w:pPr>
              <w:spacing w:after="0" w:line="240" w:lineRule="auto"/>
              <w:jc w:val="center"/>
            </w:pPr>
            <w:r>
              <w:rPr>
                <w:sz w:val="16"/>
              </w:rPr>
              <w:t>1178</w:t>
            </w:r>
          </w:p>
        </w:tc>
      </w:tr>
      <w:tr w:rsidR="00915042" w14:paraId="6D42AED4" w14:textId="77777777" w:rsidTr="0098379A">
        <w:trPr>
          <w:cantSplit/>
          <w:jc w:val="center"/>
        </w:trPr>
        <w:tc>
          <w:tcPr>
            <w:tcW w:w="482" w:type="dxa"/>
            <w:tcMar>
              <w:top w:w="38" w:type="dxa"/>
              <w:left w:w="55" w:type="dxa"/>
              <w:bottom w:w="38" w:type="dxa"/>
              <w:right w:w="55" w:type="dxa"/>
            </w:tcMar>
            <w:vAlign w:val="center"/>
          </w:tcPr>
          <w:p w14:paraId="380716C1" w14:textId="77777777" w:rsidR="00915042" w:rsidRDefault="00915042" w:rsidP="0098379A">
            <w:pPr>
              <w:spacing w:after="0" w:line="240" w:lineRule="auto"/>
              <w:jc w:val="center"/>
            </w:pPr>
            <w:r>
              <w:rPr>
                <w:sz w:val="16"/>
              </w:rPr>
              <w:t>29</w:t>
            </w:r>
          </w:p>
        </w:tc>
        <w:tc>
          <w:tcPr>
            <w:tcW w:w="3855" w:type="dxa"/>
            <w:tcMar>
              <w:top w:w="38" w:type="dxa"/>
              <w:left w:w="55" w:type="dxa"/>
              <w:bottom w:w="38" w:type="dxa"/>
              <w:right w:w="55" w:type="dxa"/>
            </w:tcMar>
            <w:vAlign w:val="center"/>
          </w:tcPr>
          <w:p w14:paraId="0300B558" w14:textId="77777777" w:rsidR="00915042" w:rsidRDefault="00915042" w:rsidP="0098379A">
            <w:pPr>
              <w:spacing w:after="0" w:line="240" w:lineRule="auto"/>
              <w:jc w:val="left"/>
            </w:pPr>
            <w:r>
              <w:rPr>
                <w:sz w:val="16"/>
              </w:rPr>
              <w:t>Attorney Welat Karahan</w:t>
            </w:r>
          </w:p>
        </w:tc>
        <w:tc>
          <w:tcPr>
            <w:tcW w:w="3628" w:type="dxa"/>
            <w:tcMar>
              <w:top w:w="38" w:type="dxa"/>
              <w:left w:w="55" w:type="dxa"/>
              <w:bottom w:w="38" w:type="dxa"/>
              <w:right w:w="55" w:type="dxa"/>
            </w:tcMar>
            <w:vAlign w:val="center"/>
          </w:tcPr>
          <w:p w14:paraId="4D39B288" w14:textId="77777777" w:rsidR="00915042" w:rsidRDefault="00915042" w:rsidP="0098379A">
            <w:pPr>
              <w:spacing w:after="0" w:line="240" w:lineRule="auto"/>
              <w:jc w:val="left"/>
            </w:pPr>
            <w:proofErr w:type="spellStart"/>
            <w:r>
              <w:rPr>
                <w:sz w:val="16"/>
              </w:rPr>
              <w:t>Şanlıurfa</w:t>
            </w:r>
            <w:proofErr w:type="spellEnd"/>
            <w:r>
              <w:rPr>
                <w:sz w:val="16"/>
              </w:rPr>
              <w:t xml:space="preserve"> Bar Association</w:t>
            </w:r>
          </w:p>
        </w:tc>
        <w:tc>
          <w:tcPr>
            <w:tcW w:w="1701" w:type="dxa"/>
            <w:tcMar>
              <w:top w:w="38" w:type="dxa"/>
              <w:left w:w="55" w:type="dxa"/>
              <w:bottom w:w="38" w:type="dxa"/>
              <w:right w:w="55" w:type="dxa"/>
            </w:tcMar>
            <w:vAlign w:val="center"/>
          </w:tcPr>
          <w:p w14:paraId="3982E2C7" w14:textId="77777777" w:rsidR="00915042" w:rsidRDefault="00915042" w:rsidP="0098379A">
            <w:pPr>
              <w:spacing w:after="0" w:line="240" w:lineRule="auto"/>
              <w:jc w:val="center"/>
            </w:pPr>
            <w:r>
              <w:rPr>
                <w:sz w:val="16"/>
              </w:rPr>
              <w:t>385</w:t>
            </w:r>
          </w:p>
        </w:tc>
      </w:tr>
      <w:tr w:rsidR="00915042" w14:paraId="69E12285" w14:textId="77777777" w:rsidTr="0098379A">
        <w:trPr>
          <w:cantSplit/>
          <w:jc w:val="center"/>
        </w:trPr>
        <w:tc>
          <w:tcPr>
            <w:tcW w:w="482" w:type="dxa"/>
            <w:tcMar>
              <w:top w:w="38" w:type="dxa"/>
              <w:left w:w="55" w:type="dxa"/>
              <w:bottom w:w="38" w:type="dxa"/>
              <w:right w:w="55" w:type="dxa"/>
            </w:tcMar>
            <w:vAlign w:val="center"/>
          </w:tcPr>
          <w:p w14:paraId="3239E03F" w14:textId="77777777" w:rsidR="00915042" w:rsidRDefault="00915042" w:rsidP="0098379A">
            <w:pPr>
              <w:spacing w:after="0" w:line="240" w:lineRule="auto"/>
              <w:jc w:val="center"/>
            </w:pPr>
            <w:r>
              <w:rPr>
                <w:sz w:val="16"/>
              </w:rPr>
              <w:t>30</w:t>
            </w:r>
          </w:p>
        </w:tc>
        <w:tc>
          <w:tcPr>
            <w:tcW w:w="3855" w:type="dxa"/>
            <w:tcMar>
              <w:top w:w="38" w:type="dxa"/>
              <w:left w:w="55" w:type="dxa"/>
              <w:bottom w:w="38" w:type="dxa"/>
              <w:right w:w="55" w:type="dxa"/>
            </w:tcMar>
            <w:vAlign w:val="center"/>
          </w:tcPr>
          <w:p w14:paraId="715C93A5" w14:textId="77777777" w:rsidR="00915042" w:rsidRDefault="00915042" w:rsidP="0098379A">
            <w:pPr>
              <w:spacing w:after="0" w:line="240" w:lineRule="auto"/>
              <w:jc w:val="left"/>
            </w:pPr>
            <w:r>
              <w:rPr>
                <w:sz w:val="16"/>
              </w:rPr>
              <w:t>Attorney Egemen Tomak</w:t>
            </w:r>
          </w:p>
        </w:tc>
        <w:tc>
          <w:tcPr>
            <w:tcW w:w="3628" w:type="dxa"/>
            <w:tcMar>
              <w:top w:w="38" w:type="dxa"/>
              <w:left w:w="55" w:type="dxa"/>
              <w:bottom w:w="38" w:type="dxa"/>
              <w:right w:w="55" w:type="dxa"/>
            </w:tcMar>
            <w:vAlign w:val="center"/>
          </w:tcPr>
          <w:p w14:paraId="07991B14"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17B084BE" w14:textId="77777777" w:rsidR="00915042" w:rsidRDefault="00915042" w:rsidP="0098379A">
            <w:pPr>
              <w:spacing w:after="0" w:line="240" w:lineRule="auto"/>
              <w:jc w:val="center"/>
            </w:pPr>
            <w:r>
              <w:rPr>
                <w:sz w:val="16"/>
              </w:rPr>
              <w:t>10018</w:t>
            </w:r>
          </w:p>
        </w:tc>
      </w:tr>
      <w:tr w:rsidR="00915042" w14:paraId="706E1A20" w14:textId="77777777" w:rsidTr="0098379A">
        <w:trPr>
          <w:cantSplit/>
          <w:jc w:val="center"/>
        </w:trPr>
        <w:tc>
          <w:tcPr>
            <w:tcW w:w="482" w:type="dxa"/>
            <w:tcMar>
              <w:top w:w="38" w:type="dxa"/>
              <w:left w:w="55" w:type="dxa"/>
              <w:bottom w:w="38" w:type="dxa"/>
              <w:right w:w="55" w:type="dxa"/>
            </w:tcMar>
            <w:vAlign w:val="center"/>
          </w:tcPr>
          <w:p w14:paraId="7CF63CAD" w14:textId="77777777" w:rsidR="00915042" w:rsidRDefault="00915042" w:rsidP="0098379A">
            <w:pPr>
              <w:spacing w:after="0" w:line="240" w:lineRule="auto"/>
              <w:jc w:val="center"/>
            </w:pPr>
            <w:r>
              <w:rPr>
                <w:sz w:val="16"/>
              </w:rPr>
              <w:t>31</w:t>
            </w:r>
          </w:p>
        </w:tc>
        <w:tc>
          <w:tcPr>
            <w:tcW w:w="3855" w:type="dxa"/>
            <w:tcMar>
              <w:top w:w="38" w:type="dxa"/>
              <w:left w:w="55" w:type="dxa"/>
              <w:bottom w:w="38" w:type="dxa"/>
              <w:right w:w="55" w:type="dxa"/>
            </w:tcMar>
            <w:vAlign w:val="center"/>
          </w:tcPr>
          <w:p w14:paraId="0D82BC6D" w14:textId="77777777" w:rsidR="00915042" w:rsidRDefault="00915042" w:rsidP="0098379A">
            <w:pPr>
              <w:spacing w:after="0" w:line="240" w:lineRule="auto"/>
              <w:jc w:val="left"/>
            </w:pPr>
            <w:r>
              <w:rPr>
                <w:sz w:val="16"/>
              </w:rPr>
              <w:t>Attorney Hülya Ceylan</w:t>
            </w:r>
          </w:p>
        </w:tc>
        <w:tc>
          <w:tcPr>
            <w:tcW w:w="3628" w:type="dxa"/>
            <w:tcMar>
              <w:top w:w="38" w:type="dxa"/>
              <w:left w:w="55" w:type="dxa"/>
              <w:bottom w:w="38" w:type="dxa"/>
              <w:right w:w="55" w:type="dxa"/>
            </w:tcMar>
            <w:vAlign w:val="center"/>
          </w:tcPr>
          <w:p w14:paraId="6B83539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82A0E2A" w14:textId="77777777" w:rsidR="00915042" w:rsidRDefault="00915042" w:rsidP="0098379A">
            <w:pPr>
              <w:spacing w:after="0" w:line="240" w:lineRule="auto"/>
              <w:jc w:val="center"/>
            </w:pPr>
            <w:r>
              <w:rPr>
                <w:sz w:val="16"/>
              </w:rPr>
              <w:t>17232</w:t>
            </w:r>
          </w:p>
        </w:tc>
      </w:tr>
      <w:tr w:rsidR="00915042" w14:paraId="01A2A8BA" w14:textId="77777777" w:rsidTr="0098379A">
        <w:trPr>
          <w:cantSplit/>
          <w:jc w:val="center"/>
        </w:trPr>
        <w:tc>
          <w:tcPr>
            <w:tcW w:w="482" w:type="dxa"/>
            <w:tcMar>
              <w:top w:w="38" w:type="dxa"/>
              <w:left w:w="55" w:type="dxa"/>
              <w:bottom w:w="38" w:type="dxa"/>
              <w:right w:w="55" w:type="dxa"/>
            </w:tcMar>
            <w:vAlign w:val="center"/>
          </w:tcPr>
          <w:p w14:paraId="4AED38A8" w14:textId="77777777" w:rsidR="00915042" w:rsidRDefault="00915042" w:rsidP="0098379A">
            <w:pPr>
              <w:spacing w:after="0" w:line="240" w:lineRule="auto"/>
              <w:jc w:val="center"/>
            </w:pPr>
            <w:r>
              <w:rPr>
                <w:sz w:val="16"/>
              </w:rPr>
              <w:t>32</w:t>
            </w:r>
          </w:p>
        </w:tc>
        <w:tc>
          <w:tcPr>
            <w:tcW w:w="3855" w:type="dxa"/>
            <w:tcMar>
              <w:top w:w="38" w:type="dxa"/>
              <w:left w:w="55" w:type="dxa"/>
              <w:bottom w:w="38" w:type="dxa"/>
              <w:right w:w="55" w:type="dxa"/>
            </w:tcMar>
            <w:vAlign w:val="center"/>
          </w:tcPr>
          <w:p w14:paraId="09A368C4" w14:textId="77777777" w:rsidR="00915042" w:rsidRDefault="00915042" w:rsidP="0098379A">
            <w:pPr>
              <w:spacing w:after="0" w:line="240" w:lineRule="auto"/>
              <w:jc w:val="left"/>
            </w:pPr>
            <w:r>
              <w:rPr>
                <w:sz w:val="16"/>
              </w:rPr>
              <w:t>Attorney Dr. Nurhan Demirhan</w:t>
            </w:r>
          </w:p>
        </w:tc>
        <w:tc>
          <w:tcPr>
            <w:tcW w:w="3628" w:type="dxa"/>
            <w:tcMar>
              <w:top w:w="38" w:type="dxa"/>
              <w:left w:w="55" w:type="dxa"/>
              <w:bottom w:w="38" w:type="dxa"/>
              <w:right w:w="55" w:type="dxa"/>
            </w:tcMar>
            <w:vAlign w:val="center"/>
          </w:tcPr>
          <w:p w14:paraId="5CF6D19C"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03D44689" w14:textId="77777777" w:rsidR="00915042" w:rsidRDefault="00915042" w:rsidP="0098379A">
            <w:pPr>
              <w:spacing w:after="0" w:line="240" w:lineRule="auto"/>
              <w:jc w:val="center"/>
            </w:pPr>
            <w:r>
              <w:rPr>
                <w:sz w:val="16"/>
              </w:rPr>
              <w:t>62161</w:t>
            </w:r>
          </w:p>
        </w:tc>
      </w:tr>
      <w:tr w:rsidR="00915042" w14:paraId="4A585D41" w14:textId="77777777" w:rsidTr="0098379A">
        <w:trPr>
          <w:cantSplit/>
          <w:jc w:val="center"/>
        </w:trPr>
        <w:tc>
          <w:tcPr>
            <w:tcW w:w="482" w:type="dxa"/>
            <w:tcMar>
              <w:top w:w="38" w:type="dxa"/>
              <w:left w:w="55" w:type="dxa"/>
              <w:bottom w:w="38" w:type="dxa"/>
              <w:right w:w="55" w:type="dxa"/>
            </w:tcMar>
            <w:vAlign w:val="center"/>
          </w:tcPr>
          <w:p w14:paraId="582F8876" w14:textId="77777777" w:rsidR="00915042" w:rsidRDefault="00915042" w:rsidP="0098379A">
            <w:pPr>
              <w:spacing w:after="0" w:line="240" w:lineRule="auto"/>
              <w:jc w:val="center"/>
            </w:pPr>
            <w:r>
              <w:rPr>
                <w:sz w:val="16"/>
              </w:rPr>
              <w:t>33</w:t>
            </w:r>
          </w:p>
        </w:tc>
        <w:tc>
          <w:tcPr>
            <w:tcW w:w="3855" w:type="dxa"/>
            <w:tcMar>
              <w:top w:w="38" w:type="dxa"/>
              <w:left w:w="55" w:type="dxa"/>
              <w:bottom w:w="38" w:type="dxa"/>
              <w:right w:w="55" w:type="dxa"/>
            </w:tcMar>
            <w:vAlign w:val="center"/>
          </w:tcPr>
          <w:p w14:paraId="32930D1B" w14:textId="77777777" w:rsidR="00915042" w:rsidRDefault="00915042" w:rsidP="0098379A">
            <w:pPr>
              <w:spacing w:after="0" w:line="240" w:lineRule="auto"/>
              <w:jc w:val="left"/>
            </w:pPr>
            <w:r>
              <w:rPr>
                <w:sz w:val="16"/>
              </w:rPr>
              <w:t xml:space="preserve">Attorney Arzu </w:t>
            </w:r>
            <w:proofErr w:type="spellStart"/>
            <w:r>
              <w:rPr>
                <w:sz w:val="16"/>
              </w:rPr>
              <w:t>Ayyıldız</w:t>
            </w:r>
            <w:proofErr w:type="spellEnd"/>
          </w:p>
        </w:tc>
        <w:tc>
          <w:tcPr>
            <w:tcW w:w="3628" w:type="dxa"/>
            <w:tcMar>
              <w:top w:w="38" w:type="dxa"/>
              <w:left w:w="55" w:type="dxa"/>
              <w:bottom w:w="38" w:type="dxa"/>
              <w:right w:w="55" w:type="dxa"/>
            </w:tcMar>
            <w:vAlign w:val="center"/>
          </w:tcPr>
          <w:p w14:paraId="4E6A9BE0"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6AEABCC2" w14:textId="77777777" w:rsidR="00915042" w:rsidRDefault="00915042" w:rsidP="0098379A">
            <w:pPr>
              <w:spacing w:after="0" w:line="240" w:lineRule="auto"/>
              <w:jc w:val="center"/>
            </w:pPr>
            <w:r>
              <w:rPr>
                <w:sz w:val="16"/>
              </w:rPr>
              <w:t>2013</w:t>
            </w:r>
          </w:p>
        </w:tc>
      </w:tr>
      <w:tr w:rsidR="00915042" w14:paraId="3F606CDE" w14:textId="77777777" w:rsidTr="0098379A">
        <w:trPr>
          <w:cantSplit/>
          <w:jc w:val="center"/>
        </w:trPr>
        <w:tc>
          <w:tcPr>
            <w:tcW w:w="482" w:type="dxa"/>
            <w:tcMar>
              <w:top w:w="38" w:type="dxa"/>
              <w:left w:w="55" w:type="dxa"/>
              <w:bottom w:w="38" w:type="dxa"/>
              <w:right w:w="55" w:type="dxa"/>
            </w:tcMar>
            <w:vAlign w:val="center"/>
          </w:tcPr>
          <w:p w14:paraId="3AFE6D57" w14:textId="77777777" w:rsidR="00915042" w:rsidRDefault="00915042" w:rsidP="0098379A">
            <w:pPr>
              <w:spacing w:after="0" w:line="240" w:lineRule="auto"/>
              <w:jc w:val="center"/>
            </w:pPr>
            <w:r>
              <w:rPr>
                <w:sz w:val="16"/>
              </w:rPr>
              <w:t>34</w:t>
            </w:r>
          </w:p>
        </w:tc>
        <w:tc>
          <w:tcPr>
            <w:tcW w:w="3855" w:type="dxa"/>
            <w:tcMar>
              <w:top w:w="38" w:type="dxa"/>
              <w:left w:w="55" w:type="dxa"/>
              <w:bottom w:w="38" w:type="dxa"/>
              <w:right w:w="55" w:type="dxa"/>
            </w:tcMar>
            <w:vAlign w:val="center"/>
          </w:tcPr>
          <w:p w14:paraId="4DB57D91" w14:textId="77777777" w:rsidR="00915042" w:rsidRDefault="00915042" w:rsidP="0098379A">
            <w:pPr>
              <w:spacing w:after="0" w:line="240" w:lineRule="auto"/>
              <w:jc w:val="left"/>
            </w:pPr>
            <w:r>
              <w:rPr>
                <w:sz w:val="16"/>
              </w:rPr>
              <w:t>Attorney Ayşen Funda Ata</w:t>
            </w:r>
          </w:p>
        </w:tc>
        <w:tc>
          <w:tcPr>
            <w:tcW w:w="3628" w:type="dxa"/>
            <w:tcMar>
              <w:top w:w="38" w:type="dxa"/>
              <w:left w:w="55" w:type="dxa"/>
              <w:bottom w:w="38" w:type="dxa"/>
              <w:right w:w="55" w:type="dxa"/>
            </w:tcMar>
            <w:vAlign w:val="center"/>
          </w:tcPr>
          <w:p w14:paraId="469F1125"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F61A0BD" w14:textId="77777777" w:rsidR="00915042" w:rsidRDefault="00915042" w:rsidP="0098379A">
            <w:pPr>
              <w:spacing w:after="0" w:line="240" w:lineRule="auto"/>
              <w:jc w:val="center"/>
            </w:pPr>
            <w:r>
              <w:rPr>
                <w:sz w:val="16"/>
              </w:rPr>
              <w:t>40537</w:t>
            </w:r>
          </w:p>
        </w:tc>
      </w:tr>
      <w:tr w:rsidR="00915042" w14:paraId="5B8818FA" w14:textId="77777777" w:rsidTr="0098379A">
        <w:trPr>
          <w:cantSplit/>
          <w:jc w:val="center"/>
        </w:trPr>
        <w:tc>
          <w:tcPr>
            <w:tcW w:w="482" w:type="dxa"/>
            <w:tcMar>
              <w:top w:w="38" w:type="dxa"/>
              <w:left w:w="55" w:type="dxa"/>
              <w:bottom w:w="38" w:type="dxa"/>
              <w:right w:w="55" w:type="dxa"/>
            </w:tcMar>
            <w:vAlign w:val="center"/>
          </w:tcPr>
          <w:p w14:paraId="713D644D" w14:textId="77777777" w:rsidR="00915042" w:rsidRDefault="00915042" w:rsidP="0098379A">
            <w:pPr>
              <w:spacing w:after="0" w:line="240" w:lineRule="auto"/>
              <w:jc w:val="center"/>
            </w:pPr>
            <w:r>
              <w:rPr>
                <w:sz w:val="16"/>
              </w:rPr>
              <w:t>35</w:t>
            </w:r>
          </w:p>
        </w:tc>
        <w:tc>
          <w:tcPr>
            <w:tcW w:w="3855" w:type="dxa"/>
            <w:tcMar>
              <w:top w:w="38" w:type="dxa"/>
              <w:left w:w="55" w:type="dxa"/>
              <w:bottom w:w="38" w:type="dxa"/>
              <w:right w:w="55" w:type="dxa"/>
            </w:tcMar>
            <w:vAlign w:val="center"/>
          </w:tcPr>
          <w:p w14:paraId="5B3DCE24" w14:textId="77777777" w:rsidR="00915042" w:rsidRDefault="00915042" w:rsidP="0098379A">
            <w:pPr>
              <w:spacing w:after="0" w:line="240" w:lineRule="auto"/>
              <w:jc w:val="left"/>
            </w:pPr>
            <w:r>
              <w:rPr>
                <w:sz w:val="16"/>
              </w:rPr>
              <w:t xml:space="preserve">Attorney </w:t>
            </w:r>
            <w:proofErr w:type="spellStart"/>
            <w:r>
              <w:rPr>
                <w:sz w:val="16"/>
              </w:rPr>
              <w:t>Binali</w:t>
            </w:r>
            <w:proofErr w:type="spellEnd"/>
            <w:r>
              <w:rPr>
                <w:sz w:val="16"/>
              </w:rPr>
              <w:t xml:space="preserve"> Bulut</w:t>
            </w:r>
          </w:p>
        </w:tc>
        <w:tc>
          <w:tcPr>
            <w:tcW w:w="3628" w:type="dxa"/>
            <w:tcMar>
              <w:top w:w="38" w:type="dxa"/>
              <w:left w:w="55" w:type="dxa"/>
              <w:bottom w:w="38" w:type="dxa"/>
              <w:right w:w="55" w:type="dxa"/>
            </w:tcMar>
            <w:vAlign w:val="center"/>
          </w:tcPr>
          <w:p w14:paraId="6D1A11C5"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C28927A" w14:textId="77777777" w:rsidR="00915042" w:rsidRDefault="00915042" w:rsidP="0098379A">
            <w:pPr>
              <w:spacing w:after="0" w:line="240" w:lineRule="auto"/>
              <w:jc w:val="center"/>
            </w:pPr>
            <w:r>
              <w:rPr>
                <w:sz w:val="16"/>
              </w:rPr>
              <w:t>18617</w:t>
            </w:r>
          </w:p>
        </w:tc>
      </w:tr>
      <w:tr w:rsidR="00915042" w14:paraId="21760AEA" w14:textId="77777777" w:rsidTr="0098379A">
        <w:trPr>
          <w:cantSplit/>
          <w:jc w:val="center"/>
        </w:trPr>
        <w:tc>
          <w:tcPr>
            <w:tcW w:w="482" w:type="dxa"/>
            <w:tcMar>
              <w:top w:w="38" w:type="dxa"/>
              <w:left w:w="55" w:type="dxa"/>
              <w:bottom w:w="38" w:type="dxa"/>
              <w:right w:w="55" w:type="dxa"/>
            </w:tcMar>
            <w:vAlign w:val="center"/>
          </w:tcPr>
          <w:p w14:paraId="0F3313AD" w14:textId="77777777" w:rsidR="00915042" w:rsidRDefault="00915042" w:rsidP="0098379A">
            <w:pPr>
              <w:spacing w:after="0" w:line="240" w:lineRule="auto"/>
              <w:jc w:val="center"/>
            </w:pPr>
            <w:r>
              <w:rPr>
                <w:sz w:val="16"/>
              </w:rPr>
              <w:t>36</w:t>
            </w:r>
          </w:p>
        </w:tc>
        <w:tc>
          <w:tcPr>
            <w:tcW w:w="3855" w:type="dxa"/>
            <w:tcMar>
              <w:top w:w="38" w:type="dxa"/>
              <w:left w:w="55" w:type="dxa"/>
              <w:bottom w:w="38" w:type="dxa"/>
              <w:right w:w="55" w:type="dxa"/>
            </w:tcMar>
            <w:vAlign w:val="center"/>
          </w:tcPr>
          <w:p w14:paraId="35869A0E" w14:textId="77777777" w:rsidR="00915042" w:rsidRDefault="00915042" w:rsidP="0098379A">
            <w:pPr>
              <w:spacing w:after="0" w:line="240" w:lineRule="auto"/>
              <w:jc w:val="left"/>
            </w:pPr>
            <w:r>
              <w:rPr>
                <w:sz w:val="16"/>
              </w:rPr>
              <w:t xml:space="preserve">Attorney Ali </w:t>
            </w:r>
            <w:proofErr w:type="spellStart"/>
            <w:r>
              <w:rPr>
                <w:sz w:val="16"/>
              </w:rPr>
              <w:t>Rıza</w:t>
            </w:r>
            <w:proofErr w:type="spellEnd"/>
            <w:r>
              <w:rPr>
                <w:sz w:val="16"/>
              </w:rPr>
              <w:t xml:space="preserve"> Dizdar</w:t>
            </w:r>
          </w:p>
        </w:tc>
        <w:tc>
          <w:tcPr>
            <w:tcW w:w="3628" w:type="dxa"/>
            <w:tcMar>
              <w:top w:w="38" w:type="dxa"/>
              <w:left w:w="55" w:type="dxa"/>
              <w:bottom w:w="38" w:type="dxa"/>
              <w:right w:w="55" w:type="dxa"/>
            </w:tcMar>
            <w:vAlign w:val="center"/>
          </w:tcPr>
          <w:p w14:paraId="07D0EC7F"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50D7CB4" w14:textId="77777777" w:rsidR="00915042" w:rsidRDefault="00915042" w:rsidP="0098379A">
            <w:pPr>
              <w:spacing w:after="0" w:line="240" w:lineRule="auto"/>
              <w:jc w:val="center"/>
            </w:pPr>
            <w:r>
              <w:rPr>
                <w:sz w:val="16"/>
              </w:rPr>
              <w:t>7514</w:t>
            </w:r>
          </w:p>
        </w:tc>
      </w:tr>
      <w:tr w:rsidR="00915042" w14:paraId="0AABDFB1" w14:textId="77777777" w:rsidTr="0098379A">
        <w:trPr>
          <w:cantSplit/>
          <w:jc w:val="center"/>
        </w:trPr>
        <w:tc>
          <w:tcPr>
            <w:tcW w:w="482" w:type="dxa"/>
            <w:tcMar>
              <w:top w:w="38" w:type="dxa"/>
              <w:left w:w="55" w:type="dxa"/>
              <w:bottom w:w="38" w:type="dxa"/>
              <w:right w:w="55" w:type="dxa"/>
            </w:tcMar>
            <w:vAlign w:val="center"/>
          </w:tcPr>
          <w:p w14:paraId="488D80DC" w14:textId="77777777" w:rsidR="00915042" w:rsidRDefault="00915042" w:rsidP="0098379A">
            <w:pPr>
              <w:spacing w:after="0" w:line="240" w:lineRule="auto"/>
              <w:jc w:val="center"/>
            </w:pPr>
            <w:r>
              <w:rPr>
                <w:sz w:val="16"/>
              </w:rPr>
              <w:t>37</w:t>
            </w:r>
          </w:p>
        </w:tc>
        <w:tc>
          <w:tcPr>
            <w:tcW w:w="3855" w:type="dxa"/>
            <w:tcMar>
              <w:top w:w="38" w:type="dxa"/>
              <w:left w:w="55" w:type="dxa"/>
              <w:bottom w:w="38" w:type="dxa"/>
              <w:right w:w="55" w:type="dxa"/>
            </w:tcMar>
            <w:vAlign w:val="center"/>
          </w:tcPr>
          <w:p w14:paraId="77954731" w14:textId="77777777" w:rsidR="00915042" w:rsidRDefault="00915042" w:rsidP="0098379A">
            <w:pPr>
              <w:spacing w:after="0" w:line="240" w:lineRule="auto"/>
              <w:jc w:val="left"/>
            </w:pPr>
            <w:r>
              <w:rPr>
                <w:sz w:val="16"/>
              </w:rPr>
              <w:t>Attorney Ali Artuk</w:t>
            </w:r>
          </w:p>
        </w:tc>
        <w:tc>
          <w:tcPr>
            <w:tcW w:w="3628" w:type="dxa"/>
            <w:tcMar>
              <w:top w:w="38" w:type="dxa"/>
              <w:left w:w="55" w:type="dxa"/>
              <w:bottom w:w="38" w:type="dxa"/>
              <w:right w:w="55" w:type="dxa"/>
            </w:tcMar>
            <w:vAlign w:val="center"/>
          </w:tcPr>
          <w:p w14:paraId="34D929BF" w14:textId="77777777" w:rsidR="00915042" w:rsidRDefault="00915042" w:rsidP="0098379A">
            <w:pPr>
              <w:spacing w:after="0" w:line="240" w:lineRule="auto"/>
              <w:jc w:val="left"/>
            </w:pPr>
            <w:proofErr w:type="spellStart"/>
            <w:r>
              <w:rPr>
                <w:sz w:val="16"/>
              </w:rPr>
              <w:t>Ağrı</w:t>
            </w:r>
            <w:proofErr w:type="spellEnd"/>
            <w:r>
              <w:rPr>
                <w:sz w:val="16"/>
              </w:rPr>
              <w:t xml:space="preserve"> Bar Association</w:t>
            </w:r>
          </w:p>
        </w:tc>
        <w:tc>
          <w:tcPr>
            <w:tcW w:w="1701" w:type="dxa"/>
            <w:tcMar>
              <w:top w:w="38" w:type="dxa"/>
              <w:left w:w="55" w:type="dxa"/>
              <w:bottom w:w="38" w:type="dxa"/>
              <w:right w:w="55" w:type="dxa"/>
            </w:tcMar>
            <w:vAlign w:val="center"/>
          </w:tcPr>
          <w:p w14:paraId="0A236379" w14:textId="77777777" w:rsidR="00915042" w:rsidRDefault="00915042" w:rsidP="0098379A">
            <w:pPr>
              <w:spacing w:after="0" w:line="240" w:lineRule="auto"/>
              <w:jc w:val="center"/>
            </w:pPr>
            <w:r>
              <w:rPr>
                <w:sz w:val="16"/>
              </w:rPr>
              <w:t>112</w:t>
            </w:r>
          </w:p>
        </w:tc>
      </w:tr>
      <w:tr w:rsidR="00915042" w14:paraId="16349A60" w14:textId="77777777" w:rsidTr="0098379A">
        <w:trPr>
          <w:cantSplit/>
          <w:jc w:val="center"/>
        </w:trPr>
        <w:tc>
          <w:tcPr>
            <w:tcW w:w="482" w:type="dxa"/>
            <w:tcMar>
              <w:top w:w="38" w:type="dxa"/>
              <w:left w:w="55" w:type="dxa"/>
              <w:bottom w:w="38" w:type="dxa"/>
              <w:right w:w="55" w:type="dxa"/>
            </w:tcMar>
            <w:vAlign w:val="center"/>
          </w:tcPr>
          <w:p w14:paraId="7EB14EC1" w14:textId="77777777" w:rsidR="00915042" w:rsidRDefault="00915042" w:rsidP="0098379A">
            <w:pPr>
              <w:spacing w:after="0" w:line="240" w:lineRule="auto"/>
              <w:jc w:val="center"/>
            </w:pPr>
            <w:r>
              <w:rPr>
                <w:sz w:val="16"/>
              </w:rPr>
              <w:t>38</w:t>
            </w:r>
          </w:p>
        </w:tc>
        <w:tc>
          <w:tcPr>
            <w:tcW w:w="3855" w:type="dxa"/>
            <w:tcMar>
              <w:top w:w="38" w:type="dxa"/>
              <w:left w:w="55" w:type="dxa"/>
              <w:bottom w:w="38" w:type="dxa"/>
              <w:right w:w="55" w:type="dxa"/>
            </w:tcMar>
            <w:vAlign w:val="center"/>
          </w:tcPr>
          <w:p w14:paraId="732750EC" w14:textId="77777777" w:rsidR="00915042" w:rsidRDefault="00915042" w:rsidP="0098379A">
            <w:pPr>
              <w:spacing w:after="0" w:line="240" w:lineRule="auto"/>
              <w:jc w:val="left"/>
            </w:pPr>
            <w:r>
              <w:rPr>
                <w:sz w:val="16"/>
              </w:rPr>
              <w:t xml:space="preserve">Attorney </w:t>
            </w:r>
            <w:proofErr w:type="spellStart"/>
            <w:r>
              <w:rPr>
                <w:sz w:val="16"/>
              </w:rPr>
              <w:t>Eralp</w:t>
            </w:r>
            <w:proofErr w:type="spellEnd"/>
            <w:r>
              <w:rPr>
                <w:sz w:val="16"/>
              </w:rPr>
              <w:t xml:space="preserve"> Atabek</w:t>
            </w:r>
          </w:p>
        </w:tc>
        <w:tc>
          <w:tcPr>
            <w:tcW w:w="3628" w:type="dxa"/>
            <w:tcMar>
              <w:top w:w="38" w:type="dxa"/>
              <w:left w:w="55" w:type="dxa"/>
              <w:bottom w:w="38" w:type="dxa"/>
              <w:right w:w="55" w:type="dxa"/>
            </w:tcMar>
            <w:vAlign w:val="center"/>
          </w:tcPr>
          <w:p w14:paraId="46587607" w14:textId="77777777" w:rsidR="00915042" w:rsidRDefault="00915042" w:rsidP="0098379A">
            <w:pPr>
              <w:spacing w:after="0" w:line="240" w:lineRule="auto"/>
              <w:jc w:val="left"/>
            </w:pPr>
            <w:r>
              <w:rPr>
                <w:sz w:val="16"/>
              </w:rPr>
              <w:t>Bursa Bar Association</w:t>
            </w:r>
          </w:p>
        </w:tc>
        <w:tc>
          <w:tcPr>
            <w:tcW w:w="1701" w:type="dxa"/>
            <w:tcMar>
              <w:top w:w="38" w:type="dxa"/>
              <w:left w:w="55" w:type="dxa"/>
              <w:bottom w:w="38" w:type="dxa"/>
              <w:right w:w="55" w:type="dxa"/>
            </w:tcMar>
            <w:vAlign w:val="center"/>
          </w:tcPr>
          <w:p w14:paraId="4AB4D3F7" w14:textId="77777777" w:rsidR="00915042" w:rsidRDefault="00915042" w:rsidP="0098379A">
            <w:pPr>
              <w:spacing w:after="0" w:line="240" w:lineRule="auto"/>
              <w:jc w:val="center"/>
            </w:pPr>
            <w:r>
              <w:rPr>
                <w:sz w:val="16"/>
              </w:rPr>
              <w:t>1800</w:t>
            </w:r>
          </w:p>
        </w:tc>
      </w:tr>
      <w:tr w:rsidR="00915042" w14:paraId="76CFF5F1" w14:textId="77777777" w:rsidTr="0098379A">
        <w:trPr>
          <w:cantSplit/>
          <w:jc w:val="center"/>
        </w:trPr>
        <w:tc>
          <w:tcPr>
            <w:tcW w:w="482" w:type="dxa"/>
            <w:tcMar>
              <w:top w:w="38" w:type="dxa"/>
              <w:left w:w="55" w:type="dxa"/>
              <w:bottom w:w="38" w:type="dxa"/>
              <w:right w:w="55" w:type="dxa"/>
            </w:tcMar>
            <w:vAlign w:val="center"/>
          </w:tcPr>
          <w:p w14:paraId="7B132113" w14:textId="77777777" w:rsidR="00915042" w:rsidRDefault="00915042" w:rsidP="0098379A">
            <w:pPr>
              <w:spacing w:after="0" w:line="240" w:lineRule="auto"/>
              <w:jc w:val="center"/>
            </w:pPr>
            <w:r>
              <w:rPr>
                <w:sz w:val="16"/>
              </w:rPr>
              <w:t>39</w:t>
            </w:r>
          </w:p>
        </w:tc>
        <w:tc>
          <w:tcPr>
            <w:tcW w:w="3855" w:type="dxa"/>
            <w:tcMar>
              <w:top w:w="38" w:type="dxa"/>
              <w:left w:w="55" w:type="dxa"/>
              <w:bottom w:w="38" w:type="dxa"/>
              <w:right w:w="55" w:type="dxa"/>
            </w:tcMar>
            <w:vAlign w:val="center"/>
          </w:tcPr>
          <w:p w14:paraId="27E8CBB1" w14:textId="77777777" w:rsidR="00915042" w:rsidRDefault="00915042" w:rsidP="0098379A">
            <w:pPr>
              <w:spacing w:after="0" w:line="240" w:lineRule="auto"/>
              <w:jc w:val="left"/>
            </w:pPr>
            <w:r>
              <w:rPr>
                <w:sz w:val="16"/>
              </w:rPr>
              <w:t>Attorney Ayfer Kaya</w:t>
            </w:r>
          </w:p>
        </w:tc>
        <w:tc>
          <w:tcPr>
            <w:tcW w:w="3628" w:type="dxa"/>
            <w:tcMar>
              <w:top w:w="38" w:type="dxa"/>
              <w:left w:w="55" w:type="dxa"/>
              <w:bottom w:w="38" w:type="dxa"/>
              <w:right w:w="55" w:type="dxa"/>
            </w:tcMar>
            <w:vAlign w:val="center"/>
          </w:tcPr>
          <w:p w14:paraId="28DB0D75"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6A01845" w14:textId="77777777" w:rsidR="00915042" w:rsidRDefault="00915042" w:rsidP="0098379A">
            <w:pPr>
              <w:spacing w:after="0" w:line="240" w:lineRule="auto"/>
              <w:jc w:val="center"/>
            </w:pPr>
            <w:r>
              <w:rPr>
                <w:sz w:val="16"/>
              </w:rPr>
              <w:t>36082</w:t>
            </w:r>
          </w:p>
        </w:tc>
      </w:tr>
      <w:tr w:rsidR="00915042" w14:paraId="7FFF9513" w14:textId="77777777" w:rsidTr="0098379A">
        <w:trPr>
          <w:cantSplit/>
          <w:jc w:val="center"/>
        </w:trPr>
        <w:tc>
          <w:tcPr>
            <w:tcW w:w="482" w:type="dxa"/>
            <w:tcMar>
              <w:top w:w="38" w:type="dxa"/>
              <w:left w:w="55" w:type="dxa"/>
              <w:bottom w:w="38" w:type="dxa"/>
              <w:right w:w="55" w:type="dxa"/>
            </w:tcMar>
            <w:vAlign w:val="center"/>
          </w:tcPr>
          <w:p w14:paraId="231B0787" w14:textId="77777777" w:rsidR="00915042" w:rsidRDefault="00915042" w:rsidP="0098379A">
            <w:pPr>
              <w:spacing w:after="0" w:line="240" w:lineRule="auto"/>
              <w:jc w:val="center"/>
            </w:pPr>
            <w:r>
              <w:rPr>
                <w:sz w:val="16"/>
              </w:rPr>
              <w:t>40</w:t>
            </w:r>
          </w:p>
        </w:tc>
        <w:tc>
          <w:tcPr>
            <w:tcW w:w="3855" w:type="dxa"/>
            <w:tcMar>
              <w:top w:w="38" w:type="dxa"/>
              <w:left w:w="55" w:type="dxa"/>
              <w:bottom w:w="38" w:type="dxa"/>
              <w:right w:w="55" w:type="dxa"/>
            </w:tcMar>
            <w:vAlign w:val="center"/>
          </w:tcPr>
          <w:p w14:paraId="5EFC8BF3" w14:textId="77777777" w:rsidR="00915042" w:rsidRDefault="00915042" w:rsidP="0098379A">
            <w:pPr>
              <w:spacing w:after="0" w:line="240" w:lineRule="auto"/>
              <w:jc w:val="left"/>
            </w:pPr>
            <w:r>
              <w:rPr>
                <w:sz w:val="16"/>
              </w:rPr>
              <w:t xml:space="preserve">Attorney Ali </w:t>
            </w:r>
            <w:proofErr w:type="spellStart"/>
            <w:r>
              <w:rPr>
                <w:sz w:val="16"/>
              </w:rPr>
              <w:t>Anılan</w:t>
            </w:r>
            <w:proofErr w:type="spellEnd"/>
          </w:p>
        </w:tc>
        <w:tc>
          <w:tcPr>
            <w:tcW w:w="3628" w:type="dxa"/>
            <w:tcMar>
              <w:top w:w="38" w:type="dxa"/>
              <w:left w:w="55" w:type="dxa"/>
              <w:bottom w:w="38" w:type="dxa"/>
              <w:right w:w="55" w:type="dxa"/>
            </w:tcMar>
            <w:vAlign w:val="center"/>
          </w:tcPr>
          <w:p w14:paraId="1991D52D" w14:textId="77777777" w:rsidR="00915042" w:rsidRDefault="00915042" w:rsidP="0098379A">
            <w:pPr>
              <w:spacing w:after="0" w:line="240" w:lineRule="auto"/>
              <w:jc w:val="left"/>
            </w:pPr>
            <w:r>
              <w:rPr>
                <w:sz w:val="16"/>
              </w:rPr>
              <w:t>Mersin Bar Association</w:t>
            </w:r>
          </w:p>
        </w:tc>
        <w:tc>
          <w:tcPr>
            <w:tcW w:w="1701" w:type="dxa"/>
            <w:tcMar>
              <w:top w:w="38" w:type="dxa"/>
              <w:left w:w="55" w:type="dxa"/>
              <w:bottom w:w="38" w:type="dxa"/>
              <w:right w:w="55" w:type="dxa"/>
            </w:tcMar>
            <w:vAlign w:val="center"/>
          </w:tcPr>
          <w:p w14:paraId="0AABE868" w14:textId="77777777" w:rsidR="00915042" w:rsidRDefault="00915042" w:rsidP="0098379A">
            <w:pPr>
              <w:spacing w:after="0" w:line="240" w:lineRule="auto"/>
              <w:jc w:val="center"/>
            </w:pPr>
            <w:r>
              <w:rPr>
                <w:sz w:val="16"/>
              </w:rPr>
              <w:t>825</w:t>
            </w:r>
          </w:p>
        </w:tc>
      </w:tr>
      <w:tr w:rsidR="00915042" w14:paraId="78298B9C" w14:textId="77777777" w:rsidTr="0098379A">
        <w:trPr>
          <w:cantSplit/>
          <w:jc w:val="center"/>
        </w:trPr>
        <w:tc>
          <w:tcPr>
            <w:tcW w:w="482" w:type="dxa"/>
            <w:tcMar>
              <w:top w:w="38" w:type="dxa"/>
              <w:left w:w="55" w:type="dxa"/>
              <w:bottom w:w="38" w:type="dxa"/>
              <w:right w:w="55" w:type="dxa"/>
            </w:tcMar>
            <w:vAlign w:val="center"/>
          </w:tcPr>
          <w:p w14:paraId="0B06FC0E" w14:textId="77777777" w:rsidR="00915042" w:rsidRDefault="00915042" w:rsidP="0098379A">
            <w:pPr>
              <w:spacing w:after="0" w:line="240" w:lineRule="auto"/>
              <w:jc w:val="center"/>
            </w:pPr>
            <w:r>
              <w:rPr>
                <w:sz w:val="16"/>
              </w:rPr>
              <w:t>41</w:t>
            </w:r>
          </w:p>
        </w:tc>
        <w:tc>
          <w:tcPr>
            <w:tcW w:w="3855" w:type="dxa"/>
            <w:tcMar>
              <w:top w:w="38" w:type="dxa"/>
              <w:left w:w="55" w:type="dxa"/>
              <w:bottom w:w="38" w:type="dxa"/>
              <w:right w:w="55" w:type="dxa"/>
            </w:tcMar>
            <w:vAlign w:val="center"/>
          </w:tcPr>
          <w:p w14:paraId="26006C32" w14:textId="77777777" w:rsidR="00915042" w:rsidRDefault="00915042" w:rsidP="0098379A">
            <w:pPr>
              <w:spacing w:after="0" w:line="240" w:lineRule="auto"/>
              <w:jc w:val="left"/>
            </w:pPr>
            <w:r>
              <w:rPr>
                <w:sz w:val="16"/>
              </w:rPr>
              <w:t xml:space="preserve">Attorney Metin </w:t>
            </w:r>
            <w:proofErr w:type="spellStart"/>
            <w:r>
              <w:rPr>
                <w:sz w:val="16"/>
              </w:rPr>
              <w:t>Florinalı</w:t>
            </w:r>
            <w:proofErr w:type="spellEnd"/>
          </w:p>
        </w:tc>
        <w:tc>
          <w:tcPr>
            <w:tcW w:w="3628" w:type="dxa"/>
            <w:tcMar>
              <w:top w:w="38" w:type="dxa"/>
              <w:left w:w="55" w:type="dxa"/>
              <w:bottom w:w="38" w:type="dxa"/>
              <w:right w:w="55" w:type="dxa"/>
            </w:tcMar>
            <w:vAlign w:val="center"/>
          </w:tcPr>
          <w:p w14:paraId="79437C1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CFCC54B" w14:textId="77777777" w:rsidR="00915042" w:rsidRDefault="00915042" w:rsidP="0098379A">
            <w:pPr>
              <w:spacing w:after="0" w:line="240" w:lineRule="auto"/>
              <w:jc w:val="center"/>
            </w:pPr>
            <w:r>
              <w:rPr>
                <w:sz w:val="16"/>
              </w:rPr>
              <w:t>17048</w:t>
            </w:r>
          </w:p>
        </w:tc>
      </w:tr>
      <w:tr w:rsidR="00915042" w14:paraId="05647339" w14:textId="77777777" w:rsidTr="0098379A">
        <w:trPr>
          <w:cantSplit/>
          <w:jc w:val="center"/>
        </w:trPr>
        <w:tc>
          <w:tcPr>
            <w:tcW w:w="482" w:type="dxa"/>
            <w:tcMar>
              <w:top w:w="38" w:type="dxa"/>
              <w:left w:w="55" w:type="dxa"/>
              <w:bottom w:w="38" w:type="dxa"/>
              <w:right w:w="55" w:type="dxa"/>
            </w:tcMar>
            <w:vAlign w:val="center"/>
          </w:tcPr>
          <w:p w14:paraId="6CDDD6CE" w14:textId="77777777" w:rsidR="00915042" w:rsidRDefault="00915042" w:rsidP="0098379A">
            <w:pPr>
              <w:spacing w:after="0" w:line="240" w:lineRule="auto"/>
              <w:jc w:val="center"/>
            </w:pPr>
            <w:r>
              <w:rPr>
                <w:sz w:val="16"/>
              </w:rPr>
              <w:t>42</w:t>
            </w:r>
          </w:p>
        </w:tc>
        <w:tc>
          <w:tcPr>
            <w:tcW w:w="3855" w:type="dxa"/>
            <w:tcMar>
              <w:top w:w="38" w:type="dxa"/>
              <w:left w:w="55" w:type="dxa"/>
              <w:bottom w:w="38" w:type="dxa"/>
              <w:right w:w="55" w:type="dxa"/>
            </w:tcMar>
            <w:vAlign w:val="center"/>
          </w:tcPr>
          <w:p w14:paraId="158695D9" w14:textId="77777777" w:rsidR="00915042" w:rsidRDefault="00915042" w:rsidP="0098379A">
            <w:pPr>
              <w:spacing w:after="0" w:line="240" w:lineRule="auto"/>
              <w:jc w:val="left"/>
            </w:pPr>
            <w:r>
              <w:rPr>
                <w:sz w:val="16"/>
              </w:rPr>
              <w:t>Attorney Adnan Yıldız</w:t>
            </w:r>
          </w:p>
        </w:tc>
        <w:tc>
          <w:tcPr>
            <w:tcW w:w="3628" w:type="dxa"/>
            <w:tcMar>
              <w:top w:w="38" w:type="dxa"/>
              <w:left w:w="55" w:type="dxa"/>
              <w:bottom w:w="38" w:type="dxa"/>
              <w:right w:w="55" w:type="dxa"/>
            </w:tcMar>
            <w:vAlign w:val="center"/>
          </w:tcPr>
          <w:p w14:paraId="672F66C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0876618" w14:textId="77777777" w:rsidR="00915042" w:rsidRDefault="00915042" w:rsidP="0098379A">
            <w:pPr>
              <w:spacing w:after="0" w:line="240" w:lineRule="auto"/>
              <w:jc w:val="center"/>
            </w:pPr>
            <w:r>
              <w:rPr>
                <w:sz w:val="16"/>
              </w:rPr>
              <w:t>22348</w:t>
            </w:r>
          </w:p>
        </w:tc>
      </w:tr>
      <w:tr w:rsidR="00915042" w14:paraId="712DE1EF" w14:textId="77777777" w:rsidTr="0098379A">
        <w:trPr>
          <w:cantSplit/>
          <w:jc w:val="center"/>
        </w:trPr>
        <w:tc>
          <w:tcPr>
            <w:tcW w:w="482" w:type="dxa"/>
            <w:tcMar>
              <w:top w:w="38" w:type="dxa"/>
              <w:left w:w="55" w:type="dxa"/>
              <w:bottom w:w="38" w:type="dxa"/>
              <w:right w:w="55" w:type="dxa"/>
            </w:tcMar>
            <w:vAlign w:val="center"/>
          </w:tcPr>
          <w:p w14:paraId="79A516A3" w14:textId="77777777" w:rsidR="00915042" w:rsidRDefault="00915042" w:rsidP="0098379A">
            <w:pPr>
              <w:spacing w:after="0" w:line="240" w:lineRule="auto"/>
              <w:jc w:val="center"/>
            </w:pPr>
            <w:r>
              <w:rPr>
                <w:sz w:val="16"/>
              </w:rPr>
              <w:t>43</w:t>
            </w:r>
          </w:p>
        </w:tc>
        <w:tc>
          <w:tcPr>
            <w:tcW w:w="3855" w:type="dxa"/>
            <w:tcMar>
              <w:top w:w="38" w:type="dxa"/>
              <w:left w:w="55" w:type="dxa"/>
              <w:bottom w:w="38" w:type="dxa"/>
              <w:right w:w="55" w:type="dxa"/>
            </w:tcMar>
            <w:vAlign w:val="center"/>
          </w:tcPr>
          <w:p w14:paraId="4D626F9D" w14:textId="77777777" w:rsidR="00915042" w:rsidRDefault="00915042" w:rsidP="0098379A">
            <w:pPr>
              <w:spacing w:after="0" w:line="240" w:lineRule="auto"/>
              <w:jc w:val="left"/>
            </w:pPr>
            <w:r>
              <w:rPr>
                <w:sz w:val="16"/>
              </w:rPr>
              <w:t>Attorney Sevin Şeker</w:t>
            </w:r>
          </w:p>
        </w:tc>
        <w:tc>
          <w:tcPr>
            <w:tcW w:w="3628" w:type="dxa"/>
            <w:tcMar>
              <w:top w:w="38" w:type="dxa"/>
              <w:left w:w="55" w:type="dxa"/>
              <w:bottom w:w="38" w:type="dxa"/>
              <w:right w:w="55" w:type="dxa"/>
            </w:tcMar>
            <w:vAlign w:val="center"/>
          </w:tcPr>
          <w:p w14:paraId="5460B260"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CA7ECA3" w14:textId="77777777" w:rsidR="00915042" w:rsidRDefault="00915042" w:rsidP="0098379A">
            <w:pPr>
              <w:spacing w:after="0" w:line="240" w:lineRule="auto"/>
              <w:jc w:val="center"/>
            </w:pPr>
            <w:r>
              <w:rPr>
                <w:sz w:val="16"/>
              </w:rPr>
              <w:t>13836</w:t>
            </w:r>
          </w:p>
        </w:tc>
      </w:tr>
      <w:tr w:rsidR="00915042" w14:paraId="10278C66" w14:textId="77777777" w:rsidTr="0098379A">
        <w:trPr>
          <w:cantSplit/>
          <w:jc w:val="center"/>
        </w:trPr>
        <w:tc>
          <w:tcPr>
            <w:tcW w:w="482" w:type="dxa"/>
            <w:tcMar>
              <w:top w:w="38" w:type="dxa"/>
              <w:left w:w="55" w:type="dxa"/>
              <w:bottom w:w="38" w:type="dxa"/>
              <w:right w:w="55" w:type="dxa"/>
            </w:tcMar>
            <w:vAlign w:val="center"/>
          </w:tcPr>
          <w:p w14:paraId="08417AEC" w14:textId="77777777" w:rsidR="00915042" w:rsidRDefault="00915042" w:rsidP="0098379A">
            <w:pPr>
              <w:spacing w:after="0" w:line="240" w:lineRule="auto"/>
              <w:jc w:val="center"/>
            </w:pPr>
            <w:r>
              <w:rPr>
                <w:sz w:val="16"/>
              </w:rPr>
              <w:t>44</w:t>
            </w:r>
          </w:p>
        </w:tc>
        <w:tc>
          <w:tcPr>
            <w:tcW w:w="3855" w:type="dxa"/>
            <w:tcMar>
              <w:top w:w="38" w:type="dxa"/>
              <w:left w:w="55" w:type="dxa"/>
              <w:bottom w:w="38" w:type="dxa"/>
              <w:right w:w="55" w:type="dxa"/>
            </w:tcMar>
            <w:vAlign w:val="center"/>
          </w:tcPr>
          <w:p w14:paraId="53157531" w14:textId="77777777" w:rsidR="00915042" w:rsidRDefault="00915042" w:rsidP="0098379A">
            <w:pPr>
              <w:spacing w:after="0" w:line="240" w:lineRule="auto"/>
              <w:jc w:val="left"/>
            </w:pPr>
            <w:r>
              <w:rPr>
                <w:sz w:val="16"/>
              </w:rPr>
              <w:t>Attorney Semra Buğra</w:t>
            </w:r>
          </w:p>
        </w:tc>
        <w:tc>
          <w:tcPr>
            <w:tcW w:w="3628" w:type="dxa"/>
            <w:tcMar>
              <w:top w:w="38" w:type="dxa"/>
              <w:left w:w="55" w:type="dxa"/>
              <w:bottom w:w="38" w:type="dxa"/>
              <w:right w:w="55" w:type="dxa"/>
            </w:tcMar>
            <w:vAlign w:val="center"/>
          </w:tcPr>
          <w:p w14:paraId="793DC13F" w14:textId="77777777" w:rsidR="00915042" w:rsidRDefault="00915042" w:rsidP="0098379A">
            <w:pPr>
              <w:spacing w:after="0" w:line="240" w:lineRule="auto"/>
              <w:jc w:val="left"/>
            </w:pPr>
            <w:r>
              <w:rPr>
                <w:sz w:val="16"/>
              </w:rPr>
              <w:t>Antalya Bar Association</w:t>
            </w:r>
          </w:p>
        </w:tc>
        <w:tc>
          <w:tcPr>
            <w:tcW w:w="1701" w:type="dxa"/>
            <w:tcMar>
              <w:top w:w="38" w:type="dxa"/>
              <w:left w:w="55" w:type="dxa"/>
              <w:bottom w:w="38" w:type="dxa"/>
              <w:right w:w="55" w:type="dxa"/>
            </w:tcMar>
            <w:vAlign w:val="center"/>
          </w:tcPr>
          <w:p w14:paraId="512B9608" w14:textId="77777777" w:rsidR="00915042" w:rsidRDefault="00915042" w:rsidP="0098379A">
            <w:pPr>
              <w:spacing w:after="0" w:line="240" w:lineRule="auto"/>
              <w:jc w:val="center"/>
            </w:pPr>
            <w:r>
              <w:rPr>
                <w:sz w:val="16"/>
              </w:rPr>
              <w:t>3064</w:t>
            </w:r>
          </w:p>
        </w:tc>
      </w:tr>
      <w:tr w:rsidR="00915042" w14:paraId="617D2B83" w14:textId="77777777" w:rsidTr="0098379A">
        <w:trPr>
          <w:cantSplit/>
          <w:jc w:val="center"/>
        </w:trPr>
        <w:tc>
          <w:tcPr>
            <w:tcW w:w="482" w:type="dxa"/>
            <w:tcMar>
              <w:top w:w="38" w:type="dxa"/>
              <w:left w:w="55" w:type="dxa"/>
              <w:bottom w:w="38" w:type="dxa"/>
              <w:right w:w="55" w:type="dxa"/>
            </w:tcMar>
            <w:vAlign w:val="center"/>
          </w:tcPr>
          <w:p w14:paraId="5841D036" w14:textId="77777777" w:rsidR="00915042" w:rsidRDefault="00915042" w:rsidP="0098379A">
            <w:pPr>
              <w:spacing w:after="0" w:line="240" w:lineRule="auto"/>
              <w:jc w:val="center"/>
            </w:pPr>
            <w:r>
              <w:rPr>
                <w:sz w:val="16"/>
              </w:rPr>
              <w:t>45</w:t>
            </w:r>
          </w:p>
        </w:tc>
        <w:tc>
          <w:tcPr>
            <w:tcW w:w="3855" w:type="dxa"/>
            <w:tcMar>
              <w:top w:w="38" w:type="dxa"/>
              <w:left w:w="55" w:type="dxa"/>
              <w:bottom w:w="38" w:type="dxa"/>
              <w:right w:w="55" w:type="dxa"/>
            </w:tcMar>
            <w:vAlign w:val="center"/>
          </w:tcPr>
          <w:p w14:paraId="6FDD996E" w14:textId="77777777" w:rsidR="00915042" w:rsidRDefault="00915042" w:rsidP="0098379A">
            <w:pPr>
              <w:spacing w:after="0" w:line="240" w:lineRule="auto"/>
              <w:jc w:val="left"/>
            </w:pPr>
            <w:r>
              <w:rPr>
                <w:sz w:val="16"/>
              </w:rPr>
              <w:t xml:space="preserve">Attorney Mine </w:t>
            </w:r>
            <w:proofErr w:type="spellStart"/>
            <w:r>
              <w:rPr>
                <w:sz w:val="16"/>
              </w:rPr>
              <w:t>Güliz</w:t>
            </w:r>
            <w:proofErr w:type="spellEnd"/>
            <w:r>
              <w:rPr>
                <w:sz w:val="16"/>
              </w:rPr>
              <w:t xml:space="preserve"> Baykal Suna</w:t>
            </w:r>
          </w:p>
        </w:tc>
        <w:tc>
          <w:tcPr>
            <w:tcW w:w="3628" w:type="dxa"/>
            <w:tcMar>
              <w:top w:w="38" w:type="dxa"/>
              <w:left w:w="55" w:type="dxa"/>
              <w:bottom w:w="38" w:type="dxa"/>
              <w:right w:w="55" w:type="dxa"/>
            </w:tcMar>
            <w:vAlign w:val="center"/>
          </w:tcPr>
          <w:p w14:paraId="23540DC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AA1EFE6" w14:textId="77777777" w:rsidR="00915042" w:rsidRDefault="00915042" w:rsidP="0098379A">
            <w:pPr>
              <w:spacing w:after="0" w:line="240" w:lineRule="auto"/>
              <w:jc w:val="center"/>
            </w:pPr>
            <w:r>
              <w:rPr>
                <w:sz w:val="16"/>
              </w:rPr>
              <w:t>29961</w:t>
            </w:r>
          </w:p>
        </w:tc>
      </w:tr>
      <w:tr w:rsidR="00915042" w14:paraId="4489A6C5" w14:textId="77777777" w:rsidTr="0098379A">
        <w:trPr>
          <w:cantSplit/>
          <w:jc w:val="center"/>
        </w:trPr>
        <w:tc>
          <w:tcPr>
            <w:tcW w:w="482" w:type="dxa"/>
            <w:tcMar>
              <w:top w:w="38" w:type="dxa"/>
              <w:left w:w="55" w:type="dxa"/>
              <w:bottom w:w="38" w:type="dxa"/>
              <w:right w:w="55" w:type="dxa"/>
            </w:tcMar>
            <w:vAlign w:val="center"/>
          </w:tcPr>
          <w:p w14:paraId="19FB1C14" w14:textId="77777777" w:rsidR="00915042" w:rsidRDefault="00915042" w:rsidP="0098379A">
            <w:pPr>
              <w:spacing w:after="0" w:line="240" w:lineRule="auto"/>
              <w:jc w:val="center"/>
            </w:pPr>
            <w:r>
              <w:rPr>
                <w:sz w:val="16"/>
              </w:rPr>
              <w:t>46</w:t>
            </w:r>
          </w:p>
        </w:tc>
        <w:tc>
          <w:tcPr>
            <w:tcW w:w="3855" w:type="dxa"/>
            <w:tcMar>
              <w:top w:w="38" w:type="dxa"/>
              <w:left w:w="55" w:type="dxa"/>
              <w:bottom w:w="38" w:type="dxa"/>
              <w:right w:w="55" w:type="dxa"/>
            </w:tcMar>
            <w:vAlign w:val="center"/>
          </w:tcPr>
          <w:p w14:paraId="5170FCC9" w14:textId="77777777" w:rsidR="00915042" w:rsidRDefault="00915042" w:rsidP="0098379A">
            <w:pPr>
              <w:spacing w:after="0" w:line="240" w:lineRule="auto"/>
              <w:jc w:val="left"/>
            </w:pPr>
            <w:r>
              <w:rPr>
                <w:sz w:val="16"/>
              </w:rPr>
              <w:t xml:space="preserve">Attorney Berrin </w:t>
            </w:r>
            <w:proofErr w:type="spellStart"/>
            <w:r>
              <w:rPr>
                <w:sz w:val="16"/>
              </w:rPr>
              <w:t>Pırnar</w:t>
            </w:r>
            <w:proofErr w:type="spellEnd"/>
            <w:r>
              <w:rPr>
                <w:sz w:val="16"/>
              </w:rPr>
              <w:t xml:space="preserve"> Demirci</w:t>
            </w:r>
          </w:p>
        </w:tc>
        <w:tc>
          <w:tcPr>
            <w:tcW w:w="3628" w:type="dxa"/>
            <w:tcMar>
              <w:top w:w="38" w:type="dxa"/>
              <w:left w:w="55" w:type="dxa"/>
              <w:bottom w:w="38" w:type="dxa"/>
              <w:right w:w="55" w:type="dxa"/>
            </w:tcMar>
            <w:vAlign w:val="center"/>
          </w:tcPr>
          <w:p w14:paraId="769E9CD5"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DF39436" w14:textId="77777777" w:rsidR="00915042" w:rsidRDefault="00915042" w:rsidP="0098379A">
            <w:pPr>
              <w:spacing w:after="0" w:line="240" w:lineRule="auto"/>
              <w:jc w:val="center"/>
            </w:pPr>
            <w:r>
              <w:rPr>
                <w:sz w:val="16"/>
              </w:rPr>
              <w:t>17955</w:t>
            </w:r>
          </w:p>
        </w:tc>
      </w:tr>
      <w:tr w:rsidR="00915042" w14:paraId="7C9C0E8C" w14:textId="77777777" w:rsidTr="0098379A">
        <w:trPr>
          <w:cantSplit/>
          <w:jc w:val="center"/>
        </w:trPr>
        <w:tc>
          <w:tcPr>
            <w:tcW w:w="482" w:type="dxa"/>
            <w:tcMar>
              <w:top w:w="38" w:type="dxa"/>
              <w:left w:w="55" w:type="dxa"/>
              <w:bottom w:w="38" w:type="dxa"/>
              <w:right w:w="55" w:type="dxa"/>
            </w:tcMar>
            <w:vAlign w:val="center"/>
          </w:tcPr>
          <w:p w14:paraId="6FCFB485" w14:textId="77777777" w:rsidR="00915042" w:rsidRDefault="00915042" w:rsidP="0098379A">
            <w:pPr>
              <w:spacing w:after="0" w:line="240" w:lineRule="auto"/>
              <w:jc w:val="center"/>
            </w:pPr>
            <w:r>
              <w:rPr>
                <w:sz w:val="16"/>
              </w:rPr>
              <w:t>47</w:t>
            </w:r>
          </w:p>
        </w:tc>
        <w:tc>
          <w:tcPr>
            <w:tcW w:w="3855" w:type="dxa"/>
            <w:tcMar>
              <w:top w:w="38" w:type="dxa"/>
              <w:left w:w="55" w:type="dxa"/>
              <w:bottom w:w="38" w:type="dxa"/>
              <w:right w:w="55" w:type="dxa"/>
            </w:tcMar>
            <w:vAlign w:val="center"/>
          </w:tcPr>
          <w:p w14:paraId="0E4D542C" w14:textId="77777777" w:rsidR="00915042" w:rsidRDefault="00915042" w:rsidP="0098379A">
            <w:pPr>
              <w:spacing w:after="0" w:line="240" w:lineRule="auto"/>
              <w:jc w:val="left"/>
            </w:pPr>
            <w:r>
              <w:rPr>
                <w:sz w:val="16"/>
              </w:rPr>
              <w:t>Attorney Selim Saray</w:t>
            </w:r>
          </w:p>
        </w:tc>
        <w:tc>
          <w:tcPr>
            <w:tcW w:w="3628" w:type="dxa"/>
            <w:tcMar>
              <w:top w:w="38" w:type="dxa"/>
              <w:left w:w="55" w:type="dxa"/>
              <w:bottom w:w="38" w:type="dxa"/>
              <w:right w:w="55" w:type="dxa"/>
            </w:tcMar>
            <w:vAlign w:val="center"/>
          </w:tcPr>
          <w:p w14:paraId="47A2C738" w14:textId="77777777" w:rsidR="00915042" w:rsidRDefault="00915042" w:rsidP="0098379A">
            <w:pPr>
              <w:spacing w:after="0" w:line="240" w:lineRule="auto"/>
              <w:jc w:val="left"/>
            </w:pPr>
            <w:proofErr w:type="spellStart"/>
            <w:r>
              <w:rPr>
                <w:sz w:val="16"/>
              </w:rPr>
              <w:t>Amasya</w:t>
            </w:r>
            <w:proofErr w:type="spellEnd"/>
            <w:r>
              <w:rPr>
                <w:sz w:val="16"/>
              </w:rPr>
              <w:t xml:space="preserve"> Bar Association</w:t>
            </w:r>
          </w:p>
        </w:tc>
        <w:tc>
          <w:tcPr>
            <w:tcW w:w="1701" w:type="dxa"/>
            <w:tcMar>
              <w:top w:w="38" w:type="dxa"/>
              <w:left w:w="55" w:type="dxa"/>
              <w:bottom w:w="38" w:type="dxa"/>
              <w:right w:w="55" w:type="dxa"/>
            </w:tcMar>
            <w:vAlign w:val="center"/>
          </w:tcPr>
          <w:p w14:paraId="4AC181C4" w14:textId="77777777" w:rsidR="00915042" w:rsidRDefault="00915042" w:rsidP="0098379A">
            <w:pPr>
              <w:spacing w:after="0" w:line="240" w:lineRule="auto"/>
              <w:jc w:val="center"/>
            </w:pPr>
            <w:r>
              <w:rPr>
                <w:sz w:val="16"/>
              </w:rPr>
              <w:t>221</w:t>
            </w:r>
          </w:p>
        </w:tc>
      </w:tr>
      <w:tr w:rsidR="00915042" w14:paraId="5F32AEB1" w14:textId="77777777" w:rsidTr="0098379A">
        <w:trPr>
          <w:cantSplit/>
          <w:jc w:val="center"/>
        </w:trPr>
        <w:tc>
          <w:tcPr>
            <w:tcW w:w="482" w:type="dxa"/>
            <w:tcMar>
              <w:top w:w="38" w:type="dxa"/>
              <w:left w:w="55" w:type="dxa"/>
              <w:bottom w:w="38" w:type="dxa"/>
              <w:right w:w="55" w:type="dxa"/>
            </w:tcMar>
            <w:vAlign w:val="center"/>
          </w:tcPr>
          <w:p w14:paraId="09E7029B" w14:textId="77777777" w:rsidR="00915042" w:rsidRDefault="00915042" w:rsidP="0098379A">
            <w:pPr>
              <w:spacing w:after="0" w:line="240" w:lineRule="auto"/>
              <w:jc w:val="center"/>
            </w:pPr>
            <w:r>
              <w:rPr>
                <w:sz w:val="16"/>
              </w:rPr>
              <w:t>48</w:t>
            </w:r>
          </w:p>
        </w:tc>
        <w:tc>
          <w:tcPr>
            <w:tcW w:w="3855" w:type="dxa"/>
            <w:tcMar>
              <w:top w:w="38" w:type="dxa"/>
              <w:left w:w="55" w:type="dxa"/>
              <w:bottom w:w="38" w:type="dxa"/>
              <w:right w:w="55" w:type="dxa"/>
            </w:tcMar>
            <w:vAlign w:val="center"/>
          </w:tcPr>
          <w:p w14:paraId="7E5B9D97" w14:textId="77777777" w:rsidR="00915042" w:rsidRDefault="00915042" w:rsidP="0098379A">
            <w:pPr>
              <w:spacing w:after="0" w:line="240" w:lineRule="auto"/>
              <w:jc w:val="left"/>
            </w:pPr>
            <w:r>
              <w:rPr>
                <w:sz w:val="16"/>
              </w:rPr>
              <w:t>Attorney Abdurrahim Duran</w:t>
            </w:r>
          </w:p>
        </w:tc>
        <w:tc>
          <w:tcPr>
            <w:tcW w:w="3628" w:type="dxa"/>
            <w:tcMar>
              <w:top w:w="38" w:type="dxa"/>
              <w:left w:w="55" w:type="dxa"/>
              <w:bottom w:w="38" w:type="dxa"/>
              <w:right w:w="55" w:type="dxa"/>
            </w:tcMar>
            <w:vAlign w:val="center"/>
          </w:tcPr>
          <w:p w14:paraId="1BB9AD48"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D396DB6" w14:textId="77777777" w:rsidR="00915042" w:rsidRDefault="00915042" w:rsidP="0098379A">
            <w:pPr>
              <w:spacing w:after="0" w:line="240" w:lineRule="auto"/>
              <w:jc w:val="center"/>
            </w:pPr>
            <w:r>
              <w:rPr>
                <w:sz w:val="16"/>
              </w:rPr>
              <w:t>12657</w:t>
            </w:r>
          </w:p>
        </w:tc>
      </w:tr>
      <w:tr w:rsidR="00915042" w14:paraId="6BF14DC9" w14:textId="77777777" w:rsidTr="0098379A">
        <w:trPr>
          <w:cantSplit/>
          <w:jc w:val="center"/>
        </w:trPr>
        <w:tc>
          <w:tcPr>
            <w:tcW w:w="482" w:type="dxa"/>
            <w:tcMar>
              <w:top w:w="38" w:type="dxa"/>
              <w:left w:w="55" w:type="dxa"/>
              <w:bottom w:w="38" w:type="dxa"/>
              <w:right w:w="55" w:type="dxa"/>
            </w:tcMar>
            <w:vAlign w:val="center"/>
          </w:tcPr>
          <w:p w14:paraId="36649265" w14:textId="77777777" w:rsidR="00915042" w:rsidRDefault="00915042" w:rsidP="0098379A">
            <w:pPr>
              <w:spacing w:after="0" w:line="240" w:lineRule="auto"/>
              <w:jc w:val="center"/>
            </w:pPr>
            <w:r>
              <w:rPr>
                <w:sz w:val="16"/>
              </w:rPr>
              <w:t>49</w:t>
            </w:r>
          </w:p>
        </w:tc>
        <w:tc>
          <w:tcPr>
            <w:tcW w:w="3855" w:type="dxa"/>
            <w:tcMar>
              <w:top w:w="38" w:type="dxa"/>
              <w:left w:w="55" w:type="dxa"/>
              <w:bottom w:w="38" w:type="dxa"/>
              <w:right w:w="55" w:type="dxa"/>
            </w:tcMar>
            <w:vAlign w:val="center"/>
          </w:tcPr>
          <w:p w14:paraId="4B50FB37" w14:textId="77777777" w:rsidR="00915042" w:rsidRDefault="00915042" w:rsidP="0098379A">
            <w:pPr>
              <w:spacing w:after="0" w:line="240" w:lineRule="auto"/>
              <w:jc w:val="left"/>
            </w:pPr>
            <w:r>
              <w:rPr>
                <w:sz w:val="16"/>
              </w:rPr>
              <w:t>Attorney Ali Avcı</w:t>
            </w:r>
          </w:p>
        </w:tc>
        <w:tc>
          <w:tcPr>
            <w:tcW w:w="3628" w:type="dxa"/>
            <w:tcMar>
              <w:top w:w="38" w:type="dxa"/>
              <w:left w:w="55" w:type="dxa"/>
              <w:bottom w:w="38" w:type="dxa"/>
              <w:right w:w="55" w:type="dxa"/>
            </w:tcMar>
            <w:vAlign w:val="center"/>
          </w:tcPr>
          <w:p w14:paraId="7CC2549A" w14:textId="77777777" w:rsidR="00915042" w:rsidRDefault="00915042" w:rsidP="0098379A">
            <w:pPr>
              <w:spacing w:after="0" w:line="240" w:lineRule="auto"/>
              <w:jc w:val="left"/>
            </w:pPr>
            <w:r>
              <w:rPr>
                <w:sz w:val="16"/>
              </w:rPr>
              <w:t>Hatay Bar Association</w:t>
            </w:r>
          </w:p>
        </w:tc>
        <w:tc>
          <w:tcPr>
            <w:tcW w:w="1701" w:type="dxa"/>
            <w:tcMar>
              <w:top w:w="38" w:type="dxa"/>
              <w:left w:w="55" w:type="dxa"/>
              <w:bottom w:w="38" w:type="dxa"/>
              <w:right w:w="55" w:type="dxa"/>
            </w:tcMar>
            <w:vAlign w:val="center"/>
          </w:tcPr>
          <w:p w14:paraId="4634A02A" w14:textId="77777777" w:rsidR="00915042" w:rsidRDefault="00915042" w:rsidP="0098379A">
            <w:pPr>
              <w:spacing w:after="0" w:line="240" w:lineRule="auto"/>
              <w:jc w:val="center"/>
            </w:pPr>
            <w:r>
              <w:rPr>
                <w:sz w:val="16"/>
              </w:rPr>
              <w:t>594</w:t>
            </w:r>
          </w:p>
        </w:tc>
      </w:tr>
      <w:tr w:rsidR="00915042" w14:paraId="1F643AB4" w14:textId="77777777" w:rsidTr="0098379A">
        <w:trPr>
          <w:cantSplit/>
          <w:jc w:val="center"/>
        </w:trPr>
        <w:tc>
          <w:tcPr>
            <w:tcW w:w="482" w:type="dxa"/>
            <w:tcMar>
              <w:top w:w="38" w:type="dxa"/>
              <w:left w:w="55" w:type="dxa"/>
              <w:bottom w:w="38" w:type="dxa"/>
              <w:right w:w="55" w:type="dxa"/>
            </w:tcMar>
            <w:vAlign w:val="center"/>
          </w:tcPr>
          <w:p w14:paraId="234212C1" w14:textId="77777777" w:rsidR="00915042" w:rsidRDefault="00915042" w:rsidP="0098379A">
            <w:pPr>
              <w:spacing w:after="0" w:line="240" w:lineRule="auto"/>
              <w:jc w:val="center"/>
            </w:pPr>
            <w:r>
              <w:rPr>
                <w:sz w:val="16"/>
              </w:rPr>
              <w:lastRenderedPageBreak/>
              <w:t>50</w:t>
            </w:r>
          </w:p>
        </w:tc>
        <w:tc>
          <w:tcPr>
            <w:tcW w:w="3855" w:type="dxa"/>
            <w:tcMar>
              <w:top w:w="38" w:type="dxa"/>
              <w:left w:w="55" w:type="dxa"/>
              <w:bottom w:w="38" w:type="dxa"/>
              <w:right w:w="55" w:type="dxa"/>
            </w:tcMar>
            <w:vAlign w:val="center"/>
          </w:tcPr>
          <w:p w14:paraId="38D63DF8" w14:textId="77777777" w:rsidR="00915042" w:rsidRDefault="00915042" w:rsidP="0098379A">
            <w:pPr>
              <w:spacing w:after="0" w:line="240" w:lineRule="auto"/>
              <w:jc w:val="left"/>
            </w:pPr>
            <w:r>
              <w:rPr>
                <w:sz w:val="16"/>
              </w:rPr>
              <w:t xml:space="preserve">Attorney </w:t>
            </w:r>
            <w:proofErr w:type="spellStart"/>
            <w:r>
              <w:rPr>
                <w:sz w:val="16"/>
              </w:rPr>
              <w:t>Efkan</w:t>
            </w:r>
            <w:proofErr w:type="spellEnd"/>
            <w:r>
              <w:rPr>
                <w:sz w:val="16"/>
              </w:rPr>
              <w:t xml:space="preserve"> </w:t>
            </w:r>
            <w:proofErr w:type="spellStart"/>
            <w:r>
              <w:rPr>
                <w:sz w:val="16"/>
              </w:rPr>
              <w:t>Bolaç</w:t>
            </w:r>
            <w:proofErr w:type="spellEnd"/>
          </w:p>
        </w:tc>
        <w:tc>
          <w:tcPr>
            <w:tcW w:w="3628" w:type="dxa"/>
            <w:tcMar>
              <w:top w:w="38" w:type="dxa"/>
              <w:left w:w="55" w:type="dxa"/>
              <w:bottom w:w="38" w:type="dxa"/>
              <w:right w:w="55" w:type="dxa"/>
            </w:tcMar>
            <w:vAlign w:val="center"/>
          </w:tcPr>
          <w:p w14:paraId="0E14345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82931B2" w14:textId="77777777" w:rsidR="00915042" w:rsidRDefault="00915042" w:rsidP="0098379A">
            <w:pPr>
              <w:spacing w:after="0" w:line="240" w:lineRule="auto"/>
              <w:jc w:val="center"/>
            </w:pPr>
            <w:r>
              <w:rPr>
                <w:sz w:val="16"/>
              </w:rPr>
              <w:t>20364</w:t>
            </w:r>
          </w:p>
        </w:tc>
      </w:tr>
      <w:tr w:rsidR="00915042" w14:paraId="01057D67" w14:textId="77777777" w:rsidTr="0098379A">
        <w:trPr>
          <w:cantSplit/>
          <w:jc w:val="center"/>
        </w:trPr>
        <w:tc>
          <w:tcPr>
            <w:tcW w:w="482" w:type="dxa"/>
            <w:tcMar>
              <w:top w:w="38" w:type="dxa"/>
              <w:left w:w="55" w:type="dxa"/>
              <w:bottom w:w="38" w:type="dxa"/>
              <w:right w:w="55" w:type="dxa"/>
            </w:tcMar>
            <w:vAlign w:val="center"/>
          </w:tcPr>
          <w:p w14:paraId="632CD857" w14:textId="77777777" w:rsidR="00915042" w:rsidRDefault="00915042" w:rsidP="0098379A">
            <w:pPr>
              <w:spacing w:after="0" w:line="240" w:lineRule="auto"/>
              <w:jc w:val="center"/>
            </w:pPr>
            <w:r>
              <w:rPr>
                <w:sz w:val="16"/>
              </w:rPr>
              <w:t>51</w:t>
            </w:r>
          </w:p>
        </w:tc>
        <w:tc>
          <w:tcPr>
            <w:tcW w:w="3855" w:type="dxa"/>
            <w:tcMar>
              <w:top w:w="38" w:type="dxa"/>
              <w:left w:w="55" w:type="dxa"/>
              <w:bottom w:w="38" w:type="dxa"/>
              <w:right w:w="55" w:type="dxa"/>
            </w:tcMar>
            <w:vAlign w:val="center"/>
          </w:tcPr>
          <w:p w14:paraId="4A747059" w14:textId="77777777" w:rsidR="00915042" w:rsidRDefault="00915042" w:rsidP="0098379A">
            <w:pPr>
              <w:spacing w:after="0" w:line="240" w:lineRule="auto"/>
              <w:jc w:val="left"/>
            </w:pPr>
            <w:r>
              <w:rPr>
                <w:sz w:val="16"/>
              </w:rPr>
              <w:t xml:space="preserve">Attorney </w:t>
            </w:r>
            <w:proofErr w:type="spellStart"/>
            <w:r>
              <w:rPr>
                <w:sz w:val="16"/>
              </w:rPr>
              <w:t>Kazım</w:t>
            </w:r>
            <w:proofErr w:type="spellEnd"/>
            <w:r>
              <w:rPr>
                <w:sz w:val="16"/>
              </w:rPr>
              <w:t xml:space="preserve"> Yüksel</w:t>
            </w:r>
          </w:p>
        </w:tc>
        <w:tc>
          <w:tcPr>
            <w:tcW w:w="3628" w:type="dxa"/>
            <w:tcMar>
              <w:top w:w="38" w:type="dxa"/>
              <w:left w:w="55" w:type="dxa"/>
              <w:bottom w:w="38" w:type="dxa"/>
              <w:right w:w="55" w:type="dxa"/>
            </w:tcMar>
            <w:vAlign w:val="center"/>
          </w:tcPr>
          <w:p w14:paraId="7006F200" w14:textId="77777777" w:rsidR="00915042" w:rsidRDefault="00915042" w:rsidP="0098379A">
            <w:pPr>
              <w:spacing w:after="0" w:line="240" w:lineRule="auto"/>
              <w:jc w:val="left"/>
            </w:pPr>
            <w:r>
              <w:rPr>
                <w:sz w:val="16"/>
              </w:rPr>
              <w:t>Mersin Bar Association</w:t>
            </w:r>
          </w:p>
        </w:tc>
        <w:tc>
          <w:tcPr>
            <w:tcW w:w="1701" w:type="dxa"/>
            <w:tcMar>
              <w:top w:w="38" w:type="dxa"/>
              <w:left w:w="55" w:type="dxa"/>
              <w:bottom w:w="38" w:type="dxa"/>
              <w:right w:w="55" w:type="dxa"/>
            </w:tcMar>
            <w:vAlign w:val="center"/>
          </w:tcPr>
          <w:p w14:paraId="557EEAE0" w14:textId="77777777" w:rsidR="00915042" w:rsidRDefault="00915042" w:rsidP="0098379A">
            <w:pPr>
              <w:spacing w:after="0" w:line="240" w:lineRule="auto"/>
              <w:jc w:val="center"/>
            </w:pPr>
            <w:r>
              <w:rPr>
                <w:sz w:val="16"/>
              </w:rPr>
              <w:t>1680</w:t>
            </w:r>
          </w:p>
        </w:tc>
      </w:tr>
      <w:tr w:rsidR="00915042" w14:paraId="7C5631FB" w14:textId="77777777" w:rsidTr="0098379A">
        <w:trPr>
          <w:cantSplit/>
          <w:jc w:val="center"/>
        </w:trPr>
        <w:tc>
          <w:tcPr>
            <w:tcW w:w="482" w:type="dxa"/>
            <w:tcMar>
              <w:top w:w="38" w:type="dxa"/>
              <w:left w:w="55" w:type="dxa"/>
              <w:bottom w:w="38" w:type="dxa"/>
              <w:right w:w="55" w:type="dxa"/>
            </w:tcMar>
            <w:vAlign w:val="center"/>
          </w:tcPr>
          <w:p w14:paraId="4AA88CB8" w14:textId="77777777" w:rsidR="00915042" w:rsidRDefault="00915042" w:rsidP="0098379A">
            <w:pPr>
              <w:spacing w:after="0" w:line="240" w:lineRule="auto"/>
              <w:jc w:val="center"/>
            </w:pPr>
            <w:r>
              <w:rPr>
                <w:sz w:val="16"/>
              </w:rPr>
              <w:t>52</w:t>
            </w:r>
          </w:p>
        </w:tc>
        <w:tc>
          <w:tcPr>
            <w:tcW w:w="3855" w:type="dxa"/>
            <w:tcMar>
              <w:top w:w="38" w:type="dxa"/>
              <w:left w:w="55" w:type="dxa"/>
              <w:bottom w:w="38" w:type="dxa"/>
              <w:right w:w="55" w:type="dxa"/>
            </w:tcMar>
            <w:vAlign w:val="center"/>
          </w:tcPr>
          <w:p w14:paraId="3F2B4071" w14:textId="77777777" w:rsidR="00915042" w:rsidRDefault="00915042" w:rsidP="0098379A">
            <w:pPr>
              <w:spacing w:after="0" w:line="240" w:lineRule="auto"/>
              <w:jc w:val="left"/>
            </w:pPr>
            <w:r>
              <w:rPr>
                <w:sz w:val="16"/>
              </w:rPr>
              <w:t xml:space="preserve">Attorney Süreyya Kardelen </w:t>
            </w:r>
            <w:proofErr w:type="spellStart"/>
            <w:r>
              <w:rPr>
                <w:sz w:val="16"/>
              </w:rPr>
              <w:t>Yarlı</w:t>
            </w:r>
            <w:proofErr w:type="spellEnd"/>
          </w:p>
        </w:tc>
        <w:tc>
          <w:tcPr>
            <w:tcW w:w="3628" w:type="dxa"/>
            <w:tcMar>
              <w:top w:w="38" w:type="dxa"/>
              <w:left w:w="55" w:type="dxa"/>
              <w:bottom w:w="38" w:type="dxa"/>
              <w:right w:w="55" w:type="dxa"/>
            </w:tcMar>
            <w:vAlign w:val="center"/>
          </w:tcPr>
          <w:p w14:paraId="79540CEF"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8811D85" w14:textId="77777777" w:rsidR="00915042" w:rsidRDefault="00915042" w:rsidP="0098379A">
            <w:pPr>
              <w:spacing w:after="0" w:line="240" w:lineRule="auto"/>
              <w:jc w:val="center"/>
            </w:pPr>
            <w:r>
              <w:rPr>
                <w:sz w:val="16"/>
              </w:rPr>
              <w:t>52650</w:t>
            </w:r>
          </w:p>
        </w:tc>
      </w:tr>
      <w:tr w:rsidR="00915042" w14:paraId="0E7A5E5E" w14:textId="77777777" w:rsidTr="0098379A">
        <w:trPr>
          <w:cantSplit/>
          <w:jc w:val="center"/>
        </w:trPr>
        <w:tc>
          <w:tcPr>
            <w:tcW w:w="482" w:type="dxa"/>
            <w:tcMar>
              <w:top w:w="38" w:type="dxa"/>
              <w:left w:w="55" w:type="dxa"/>
              <w:bottom w:w="38" w:type="dxa"/>
              <w:right w:w="55" w:type="dxa"/>
            </w:tcMar>
            <w:vAlign w:val="center"/>
          </w:tcPr>
          <w:p w14:paraId="11C87301" w14:textId="77777777" w:rsidR="00915042" w:rsidRDefault="00915042" w:rsidP="0098379A">
            <w:pPr>
              <w:spacing w:after="0" w:line="240" w:lineRule="auto"/>
              <w:jc w:val="center"/>
            </w:pPr>
            <w:r>
              <w:rPr>
                <w:sz w:val="16"/>
              </w:rPr>
              <w:t>53</w:t>
            </w:r>
          </w:p>
        </w:tc>
        <w:tc>
          <w:tcPr>
            <w:tcW w:w="3855" w:type="dxa"/>
            <w:tcMar>
              <w:top w:w="38" w:type="dxa"/>
              <w:left w:w="55" w:type="dxa"/>
              <w:bottom w:w="38" w:type="dxa"/>
              <w:right w:w="55" w:type="dxa"/>
            </w:tcMar>
            <w:vAlign w:val="center"/>
          </w:tcPr>
          <w:p w14:paraId="51F0BAEA" w14:textId="77777777" w:rsidR="00915042" w:rsidRDefault="00915042" w:rsidP="0098379A">
            <w:pPr>
              <w:spacing w:after="0" w:line="240" w:lineRule="auto"/>
              <w:jc w:val="left"/>
            </w:pPr>
            <w:r>
              <w:rPr>
                <w:sz w:val="16"/>
              </w:rPr>
              <w:t xml:space="preserve">Attorney Arzu </w:t>
            </w:r>
            <w:proofErr w:type="spellStart"/>
            <w:r>
              <w:rPr>
                <w:sz w:val="16"/>
              </w:rPr>
              <w:t>Becerik</w:t>
            </w:r>
            <w:proofErr w:type="spellEnd"/>
          </w:p>
        </w:tc>
        <w:tc>
          <w:tcPr>
            <w:tcW w:w="3628" w:type="dxa"/>
            <w:tcMar>
              <w:top w:w="38" w:type="dxa"/>
              <w:left w:w="55" w:type="dxa"/>
              <w:bottom w:w="38" w:type="dxa"/>
              <w:right w:w="55" w:type="dxa"/>
            </w:tcMar>
            <w:vAlign w:val="center"/>
          </w:tcPr>
          <w:p w14:paraId="1B3F7CC6"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DA282A1" w14:textId="77777777" w:rsidR="00915042" w:rsidRDefault="00915042" w:rsidP="0098379A">
            <w:pPr>
              <w:spacing w:after="0" w:line="240" w:lineRule="auto"/>
              <w:jc w:val="center"/>
            </w:pPr>
            <w:r>
              <w:rPr>
                <w:sz w:val="16"/>
              </w:rPr>
              <w:t>19886</w:t>
            </w:r>
          </w:p>
        </w:tc>
      </w:tr>
      <w:tr w:rsidR="00915042" w14:paraId="101CB549" w14:textId="77777777" w:rsidTr="0098379A">
        <w:trPr>
          <w:cantSplit/>
          <w:jc w:val="center"/>
        </w:trPr>
        <w:tc>
          <w:tcPr>
            <w:tcW w:w="482" w:type="dxa"/>
            <w:tcMar>
              <w:top w:w="38" w:type="dxa"/>
              <w:left w:w="55" w:type="dxa"/>
              <w:bottom w:w="38" w:type="dxa"/>
              <w:right w:w="55" w:type="dxa"/>
            </w:tcMar>
            <w:vAlign w:val="center"/>
          </w:tcPr>
          <w:p w14:paraId="0782E3A4" w14:textId="77777777" w:rsidR="00915042" w:rsidRDefault="00915042" w:rsidP="0098379A">
            <w:pPr>
              <w:spacing w:after="0" w:line="240" w:lineRule="auto"/>
              <w:jc w:val="center"/>
            </w:pPr>
            <w:r>
              <w:rPr>
                <w:sz w:val="16"/>
              </w:rPr>
              <w:t>54</w:t>
            </w:r>
          </w:p>
        </w:tc>
        <w:tc>
          <w:tcPr>
            <w:tcW w:w="3855" w:type="dxa"/>
            <w:tcMar>
              <w:top w:w="38" w:type="dxa"/>
              <w:left w:w="55" w:type="dxa"/>
              <w:bottom w:w="38" w:type="dxa"/>
              <w:right w:w="55" w:type="dxa"/>
            </w:tcMar>
            <w:vAlign w:val="center"/>
          </w:tcPr>
          <w:p w14:paraId="4363B37D" w14:textId="77777777" w:rsidR="00915042" w:rsidRDefault="00915042" w:rsidP="0098379A">
            <w:pPr>
              <w:spacing w:after="0" w:line="240" w:lineRule="auto"/>
              <w:jc w:val="left"/>
            </w:pPr>
            <w:r>
              <w:rPr>
                <w:sz w:val="16"/>
              </w:rPr>
              <w:t xml:space="preserve">Attorney Bedrettin </w:t>
            </w:r>
            <w:proofErr w:type="spellStart"/>
            <w:r>
              <w:rPr>
                <w:sz w:val="16"/>
              </w:rPr>
              <w:t>Kalın</w:t>
            </w:r>
            <w:proofErr w:type="spellEnd"/>
          </w:p>
        </w:tc>
        <w:tc>
          <w:tcPr>
            <w:tcW w:w="3628" w:type="dxa"/>
            <w:tcMar>
              <w:top w:w="38" w:type="dxa"/>
              <w:left w:w="55" w:type="dxa"/>
              <w:bottom w:w="38" w:type="dxa"/>
              <w:right w:w="55" w:type="dxa"/>
            </w:tcMar>
            <w:vAlign w:val="center"/>
          </w:tcPr>
          <w:p w14:paraId="62E9A2FE" w14:textId="77777777" w:rsidR="00915042" w:rsidRDefault="00915042" w:rsidP="0098379A">
            <w:pPr>
              <w:spacing w:after="0" w:line="240" w:lineRule="auto"/>
              <w:jc w:val="left"/>
            </w:pPr>
            <w:proofErr w:type="spellStart"/>
            <w:r>
              <w:rPr>
                <w:sz w:val="16"/>
              </w:rPr>
              <w:t>Artvin</w:t>
            </w:r>
            <w:proofErr w:type="spellEnd"/>
            <w:r>
              <w:rPr>
                <w:sz w:val="16"/>
              </w:rPr>
              <w:t xml:space="preserve"> Bar Association</w:t>
            </w:r>
          </w:p>
        </w:tc>
        <w:tc>
          <w:tcPr>
            <w:tcW w:w="1701" w:type="dxa"/>
            <w:tcMar>
              <w:top w:w="38" w:type="dxa"/>
              <w:left w:w="55" w:type="dxa"/>
              <w:bottom w:w="38" w:type="dxa"/>
              <w:right w:w="55" w:type="dxa"/>
            </w:tcMar>
            <w:vAlign w:val="center"/>
          </w:tcPr>
          <w:p w14:paraId="381EC949" w14:textId="77777777" w:rsidR="00915042" w:rsidRDefault="00915042" w:rsidP="0098379A">
            <w:pPr>
              <w:spacing w:after="0" w:line="240" w:lineRule="auto"/>
              <w:jc w:val="center"/>
            </w:pPr>
            <w:r>
              <w:rPr>
                <w:sz w:val="16"/>
              </w:rPr>
              <w:t>111</w:t>
            </w:r>
          </w:p>
        </w:tc>
      </w:tr>
      <w:tr w:rsidR="00915042" w14:paraId="51D489BC" w14:textId="77777777" w:rsidTr="0098379A">
        <w:trPr>
          <w:cantSplit/>
          <w:jc w:val="center"/>
        </w:trPr>
        <w:tc>
          <w:tcPr>
            <w:tcW w:w="482" w:type="dxa"/>
            <w:tcMar>
              <w:top w:w="38" w:type="dxa"/>
              <w:left w:w="55" w:type="dxa"/>
              <w:bottom w:w="38" w:type="dxa"/>
              <w:right w:w="55" w:type="dxa"/>
            </w:tcMar>
            <w:vAlign w:val="center"/>
          </w:tcPr>
          <w:p w14:paraId="38637B1A" w14:textId="77777777" w:rsidR="00915042" w:rsidRDefault="00915042" w:rsidP="0098379A">
            <w:pPr>
              <w:spacing w:after="0" w:line="240" w:lineRule="auto"/>
              <w:jc w:val="center"/>
            </w:pPr>
            <w:r>
              <w:rPr>
                <w:sz w:val="16"/>
              </w:rPr>
              <w:t>55</w:t>
            </w:r>
          </w:p>
        </w:tc>
        <w:tc>
          <w:tcPr>
            <w:tcW w:w="3855" w:type="dxa"/>
            <w:tcMar>
              <w:top w:w="38" w:type="dxa"/>
              <w:left w:w="55" w:type="dxa"/>
              <w:bottom w:w="38" w:type="dxa"/>
              <w:right w:w="55" w:type="dxa"/>
            </w:tcMar>
            <w:vAlign w:val="center"/>
          </w:tcPr>
          <w:p w14:paraId="5B765628" w14:textId="77777777" w:rsidR="00915042" w:rsidRDefault="00915042" w:rsidP="0098379A">
            <w:pPr>
              <w:spacing w:after="0" w:line="240" w:lineRule="auto"/>
              <w:jc w:val="left"/>
            </w:pPr>
            <w:r>
              <w:rPr>
                <w:sz w:val="16"/>
              </w:rPr>
              <w:t>Attorney İlyas Danyeli</w:t>
            </w:r>
          </w:p>
        </w:tc>
        <w:tc>
          <w:tcPr>
            <w:tcW w:w="3628" w:type="dxa"/>
            <w:tcMar>
              <w:top w:w="38" w:type="dxa"/>
              <w:left w:w="55" w:type="dxa"/>
              <w:bottom w:w="38" w:type="dxa"/>
              <w:right w:w="55" w:type="dxa"/>
            </w:tcMar>
            <w:vAlign w:val="center"/>
          </w:tcPr>
          <w:p w14:paraId="65D421D5" w14:textId="77777777" w:rsidR="00915042" w:rsidRDefault="00915042" w:rsidP="0098379A">
            <w:pPr>
              <w:spacing w:after="0" w:line="240" w:lineRule="auto"/>
              <w:jc w:val="left"/>
            </w:pPr>
            <w:r>
              <w:rPr>
                <w:sz w:val="16"/>
              </w:rPr>
              <w:t>Izmir Bar Association</w:t>
            </w:r>
          </w:p>
        </w:tc>
        <w:tc>
          <w:tcPr>
            <w:tcW w:w="1701" w:type="dxa"/>
            <w:tcMar>
              <w:top w:w="38" w:type="dxa"/>
              <w:left w:w="55" w:type="dxa"/>
              <w:bottom w:w="38" w:type="dxa"/>
              <w:right w:w="55" w:type="dxa"/>
            </w:tcMar>
            <w:vAlign w:val="center"/>
          </w:tcPr>
          <w:p w14:paraId="1622D866" w14:textId="77777777" w:rsidR="00915042" w:rsidRDefault="00915042" w:rsidP="0098379A">
            <w:pPr>
              <w:spacing w:after="0" w:line="240" w:lineRule="auto"/>
              <w:jc w:val="center"/>
            </w:pPr>
            <w:r>
              <w:rPr>
                <w:sz w:val="16"/>
              </w:rPr>
              <w:t>17185</w:t>
            </w:r>
          </w:p>
        </w:tc>
      </w:tr>
      <w:tr w:rsidR="00915042" w14:paraId="6A1E8D61" w14:textId="77777777" w:rsidTr="0098379A">
        <w:trPr>
          <w:cantSplit/>
          <w:jc w:val="center"/>
        </w:trPr>
        <w:tc>
          <w:tcPr>
            <w:tcW w:w="482" w:type="dxa"/>
            <w:tcMar>
              <w:top w:w="38" w:type="dxa"/>
              <w:left w:w="55" w:type="dxa"/>
              <w:bottom w:w="38" w:type="dxa"/>
              <w:right w:w="55" w:type="dxa"/>
            </w:tcMar>
            <w:vAlign w:val="center"/>
          </w:tcPr>
          <w:p w14:paraId="61B4D27A" w14:textId="77777777" w:rsidR="00915042" w:rsidRDefault="00915042" w:rsidP="0098379A">
            <w:pPr>
              <w:spacing w:after="0" w:line="240" w:lineRule="auto"/>
              <w:jc w:val="center"/>
            </w:pPr>
            <w:r>
              <w:rPr>
                <w:sz w:val="16"/>
              </w:rPr>
              <w:t>56</w:t>
            </w:r>
          </w:p>
        </w:tc>
        <w:tc>
          <w:tcPr>
            <w:tcW w:w="3855" w:type="dxa"/>
            <w:tcMar>
              <w:top w:w="38" w:type="dxa"/>
              <w:left w:w="55" w:type="dxa"/>
              <w:bottom w:w="38" w:type="dxa"/>
              <w:right w:w="55" w:type="dxa"/>
            </w:tcMar>
            <w:vAlign w:val="center"/>
          </w:tcPr>
          <w:p w14:paraId="70FB82B6" w14:textId="77777777" w:rsidR="00915042" w:rsidRDefault="00915042" w:rsidP="0098379A">
            <w:pPr>
              <w:spacing w:after="0" w:line="240" w:lineRule="auto"/>
              <w:jc w:val="left"/>
            </w:pPr>
            <w:r>
              <w:rPr>
                <w:sz w:val="16"/>
              </w:rPr>
              <w:t xml:space="preserve">Attorney Arif Ali </w:t>
            </w:r>
            <w:proofErr w:type="spellStart"/>
            <w:r>
              <w:rPr>
                <w:sz w:val="16"/>
              </w:rPr>
              <w:t>Cangı</w:t>
            </w:r>
            <w:proofErr w:type="spellEnd"/>
          </w:p>
        </w:tc>
        <w:tc>
          <w:tcPr>
            <w:tcW w:w="3628" w:type="dxa"/>
            <w:tcMar>
              <w:top w:w="38" w:type="dxa"/>
              <w:left w:w="55" w:type="dxa"/>
              <w:bottom w:w="38" w:type="dxa"/>
              <w:right w:w="55" w:type="dxa"/>
            </w:tcMar>
            <w:vAlign w:val="center"/>
          </w:tcPr>
          <w:p w14:paraId="7BD26BA3" w14:textId="77777777" w:rsidR="00915042" w:rsidRDefault="00915042" w:rsidP="0098379A">
            <w:pPr>
              <w:spacing w:after="0" w:line="240" w:lineRule="auto"/>
              <w:jc w:val="left"/>
            </w:pPr>
            <w:r>
              <w:rPr>
                <w:sz w:val="16"/>
              </w:rPr>
              <w:t>Izmir Bar Association</w:t>
            </w:r>
          </w:p>
        </w:tc>
        <w:tc>
          <w:tcPr>
            <w:tcW w:w="1701" w:type="dxa"/>
            <w:tcMar>
              <w:top w:w="38" w:type="dxa"/>
              <w:left w:w="55" w:type="dxa"/>
              <w:bottom w:w="38" w:type="dxa"/>
              <w:right w:w="55" w:type="dxa"/>
            </w:tcMar>
            <w:vAlign w:val="center"/>
          </w:tcPr>
          <w:p w14:paraId="52783F3B" w14:textId="77777777" w:rsidR="00915042" w:rsidRDefault="00915042" w:rsidP="0098379A">
            <w:pPr>
              <w:spacing w:after="0" w:line="240" w:lineRule="auto"/>
              <w:jc w:val="center"/>
            </w:pPr>
            <w:r>
              <w:rPr>
                <w:sz w:val="16"/>
              </w:rPr>
              <w:t>4549</w:t>
            </w:r>
          </w:p>
        </w:tc>
      </w:tr>
      <w:tr w:rsidR="00915042" w14:paraId="1962966B" w14:textId="77777777" w:rsidTr="0098379A">
        <w:trPr>
          <w:cantSplit/>
          <w:jc w:val="center"/>
        </w:trPr>
        <w:tc>
          <w:tcPr>
            <w:tcW w:w="482" w:type="dxa"/>
            <w:tcMar>
              <w:top w:w="38" w:type="dxa"/>
              <w:left w:w="55" w:type="dxa"/>
              <w:bottom w:w="38" w:type="dxa"/>
              <w:right w:w="55" w:type="dxa"/>
            </w:tcMar>
            <w:vAlign w:val="center"/>
          </w:tcPr>
          <w:p w14:paraId="31229F00" w14:textId="77777777" w:rsidR="00915042" w:rsidRDefault="00915042" w:rsidP="0098379A">
            <w:pPr>
              <w:spacing w:after="0" w:line="240" w:lineRule="auto"/>
              <w:jc w:val="center"/>
            </w:pPr>
            <w:r>
              <w:rPr>
                <w:sz w:val="16"/>
              </w:rPr>
              <w:t>57</w:t>
            </w:r>
          </w:p>
        </w:tc>
        <w:tc>
          <w:tcPr>
            <w:tcW w:w="3855" w:type="dxa"/>
            <w:tcMar>
              <w:top w:w="38" w:type="dxa"/>
              <w:left w:w="55" w:type="dxa"/>
              <w:bottom w:w="38" w:type="dxa"/>
              <w:right w:w="55" w:type="dxa"/>
            </w:tcMar>
            <w:vAlign w:val="center"/>
          </w:tcPr>
          <w:p w14:paraId="183A97E6" w14:textId="77777777" w:rsidR="00915042" w:rsidRDefault="00915042" w:rsidP="0098379A">
            <w:pPr>
              <w:spacing w:after="0" w:line="240" w:lineRule="auto"/>
              <w:jc w:val="left"/>
            </w:pPr>
            <w:r>
              <w:rPr>
                <w:sz w:val="16"/>
              </w:rPr>
              <w:t xml:space="preserve">Attorney Tuğçe </w:t>
            </w:r>
            <w:proofErr w:type="spellStart"/>
            <w:r>
              <w:rPr>
                <w:sz w:val="16"/>
              </w:rPr>
              <w:t>Demiralay</w:t>
            </w:r>
            <w:proofErr w:type="spellEnd"/>
          </w:p>
        </w:tc>
        <w:tc>
          <w:tcPr>
            <w:tcW w:w="3628" w:type="dxa"/>
            <w:tcMar>
              <w:top w:w="38" w:type="dxa"/>
              <w:left w:w="55" w:type="dxa"/>
              <w:bottom w:w="38" w:type="dxa"/>
              <w:right w:w="55" w:type="dxa"/>
            </w:tcMar>
            <w:vAlign w:val="center"/>
          </w:tcPr>
          <w:p w14:paraId="1AE1FE51" w14:textId="77777777" w:rsidR="00915042" w:rsidRDefault="00915042" w:rsidP="0098379A">
            <w:pPr>
              <w:spacing w:after="0" w:line="240" w:lineRule="auto"/>
              <w:jc w:val="left"/>
            </w:pPr>
            <w:proofErr w:type="spellStart"/>
            <w:r>
              <w:rPr>
                <w:sz w:val="16"/>
              </w:rPr>
              <w:t>Isparta</w:t>
            </w:r>
            <w:proofErr w:type="spellEnd"/>
            <w:r>
              <w:rPr>
                <w:sz w:val="16"/>
              </w:rPr>
              <w:t xml:space="preserve"> Bar Association</w:t>
            </w:r>
          </w:p>
        </w:tc>
        <w:tc>
          <w:tcPr>
            <w:tcW w:w="1701" w:type="dxa"/>
            <w:tcMar>
              <w:top w:w="38" w:type="dxa"/>
              <w:left w:w="55" w:type="dxa"/>
              <w:bottom w:w="38" w:type="dxa"/>
              <w:right w:w="55" w:type="dxa"/>
            </w:tcMar>
            <w:vAlign w:val="center"/>
          </w:tcPr>
          <w:p w14:paraId="6AE61FE5" w14:textId="77777777" w:rsidR="00915042" w:rsidRDefault="00915042" w:rsidP="0098379A">
            <w:pPr>
              <w:spacing w:after="0" w:line="240" w:lineRule="auto"/>
              <w:jc w:val="center"/>
            </w:pPr>
            <w:r>
              <w:rPr>
                <w:sz w:val="16"/>
              </w:rPr>
              <w:t>598</w:t>
            </w:r>
          </w:p>
        </w:tc>
      </w:tr>
      <w:tr w:rsidR="00915042" w14:paraId="50D71380" w14:textId="77777777" w:rsidTr="0098379A">
        <w:trPr>
          <w:cantSplit/>
          <w:jc w:val="center"/>
        </w:trPr>
        <w:tc>
          <w:tcPr>
            <w:tcW w:w="482" w:type="dxa"/>
            <w:tcMar>
              <w:top w:w="38" w:type="dxa"/>
              <w:left w:w="55" w:type="dxa"/>
              <w:bottom w:w="38" w:type="dxa"/>
              <w:right w:w="55" w:type="dxa"/>
            </w:tcMar>
            <w:vAlign w:val="center"/>
          </w:tcPr>
          <w:p w14:paraId="76315505" w14:textId="77777777" w:rsidR="00915042" w:rsidRDefault="00915042" w:rsidP="0098379A">
            <w:pPr>
              <w:spacing w:after="0" w:line="240" w:lineRule="auto"/>
              <w:jc w:val="center"/>
            </w:pPr>
            <w:r>
              <w:rPr>
                <w:sz w:val="16"/>
              </w:rPr>
              <w:t>58</w:t>
            </w:r>
          </w:p>
        </w:tc>
        <w:tc>
          <w:tcPr>
            <w:tcW w:w="3855" w:type="dxa"/>
            <w:tcMar>
              <w:top w:w="38" w:type="dxa"/>
              <w:left w:w="55" w:type="dxa"/>
              <w:bottom w:w="38" w:type="dxa"/>
              <w:right w:w="55" w:type="dxa"/>
            </w:tcMar>
            <w:vAlign w:val="center"/>
          </w:tcPr>
          <w:p w14:paraId="5D978BF6" w14:textId="77777777" w:rsidR="00915042" w:rsidRDefault="00915042" w:rsidP="0098379A">
            <w:pPr>
              <w:spacing w:after="0" w:line="240" w:lineRule="auto"/>
              <w:jc w:val="left"/>
            </w:pPr>
            <w:r>
              <w:rPr>
                <w:sz w:val="16"/>
              </w:rPr>
              <w:t xml:space="preserve">Attorney </w:t>
            </w:r>
            <w:proofErr w:type="spellStart"/>
            <w:r>
              <w:rPr>
                <w:sz w:val="16"/>
              </w:rPr>
              <w:t>Rahşan</w:t>
            </w:r>
            <w:proofErr w:type="spellEnd"/>
            <w:r>
              <w:rPr>
                <w:sz w:val="16"/>
              </w:rPr>
              <w:t xml:space="preserve"> Aytaç Sala</w:t>
            </w:r>
          </w:p>
        </w:tc>
        <w:tc>
          <w:tcPr>
            <w:tcW w:w="3628" w:type="dxa"/>
            <w:tcMar>
              <w:top w:w="38" w:type="dxa"/>
              <w:left w:w="55" w:type="dxa"/>
              <w:bottom w:w="38" w:type="dxa"/>
              <w:right w:w="55" w:type="dxa"/>
            </w:tcMar>
            <w:vAlign w:val="center"/>
          </w:tcPr>
          <w:p w14:paraId="19E152F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4392F43" w14:textId="77777777" w:rsidR="00915042" w:rsidRDefault="00915042" w:rsidP="0098379A">
            <w:pPr>
              <w:spacing w:after="0" w:line="240" w:lineRule="auto"/>
              <w:jc w:val="center"/>
            </w:pPr>
            <w:r>
              <w:rPr>
                <w:sz w:val="16"/>
              </w:rPr>
              <w:t>36132</w:t>
            </w:r>
          </w:p>
        </w:tc>
      </w:tr>
      <w:tr w:rsidR="00915042" w14:paraId="2EC83498" w14:textId="77777777" w:rsidTr="0098379A">
        <w:trPr>
          <w:cantSplit/>
          <w:jc w:val="center"/>
        </w:trPr>
        <w:tc>
          <w:tcPr>
            <w:tcW w:w="482" w:type="dxa"/>
            <w:tcMar>
              <w:top w:w="38" w:type="dxa"/>
              <w:left w:w="55" w:type="dxa"/>
              <w:bottom w:w="38" w:type="dxa"/>
              <w:right w:w="55" w:type="dxa"/>
            </w:tcMar>
            <w:vAlign w:val="center"/>
          </w:tcPr>
          <w:p w14:paraId="66140092" w14:textId="77777777" w:rsidR="00915042" w:rsidRDefault="00915042" w:rsidP="0098379A">
            <w:pPr>
              <w:spacing w:after="0" w:line="240" w:lineRule="auto"/>
              <w:jc w:val="center"/>
            </w:pPr>
            <w:r>
              <w:rPr>
                <w:sz w:val="16"/>
              </w:rPr>
              <w:t>59</w:t>
            </w:r>
          </w:p>
        </w:tc>
        <w:tc>
          <w:tcPr>
            <w:tcW w:w="3855" w:type="dxa"/>
            <w:tcMar>
              <w:top w:w="38" w:type="dxa"/>
              <w:left w:w="55" w:type="dxa"/>
              <w:bottom w:w="38" w:type="dxa"/>
              <w:right w:w="55" w:type="dxa"/>
            </w:tcMar>
            <w:vAlign w:val="center"/>
          </w:tcPr>
          <w:p w14:paraId="2866D089" w14:textId="77777777" w:rsidR="00915042" w:rsidRDefault="00915042" w:rsidP="0098379A">
            <w:pPr>
              <w:spacing w:after="0" w:line="240" w:lineRule="auto"/>
              <w:jc w:val="left"/>
            </w:pPr>
            <w:r>
              <w:rPr>
                <w:sz w:val="16"/>
              </w:rPr>
              <w:t>Attorney Erkan Albayrak</w:t>
            </w:r>
          </w:p>
        </w:tc>
        <w:tc>
          <w:tcPr>
            <w:tcW w:w="3628" w:type="dxa"/>
            <w:tcMar>
              <w:top w:w="38" w:type="dxa"/>
              <w:left w:w="55" w:type="dxa"/>
              <w:bottom w:w="38" w:type="dxa"/>
              <w:right w:w="55" w:type="dxa"/>
            </w:tcMar>
            <w:vAlign w:val="center"/>
          </w:tcPr>
          <w:p w14:paraId="0B5AD60A"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6D1EEF0" w14:textId="77777777" w:rsidR="00915042" w:rsidRDefault="00915042" w:rsidP="0098379A">
            <w:pPr>
              <w:spacing w:after="0" w:line="240" w:lineRule="auto"/>
              <w:jc w:val="center"/>
            </w:pPr>
            <w:r>
              <w:rPr>
                <w:sz w:val="16"/>
              </w:rPr>
              <w:t>18800</w:t>
            </w:r>
          </w:p>
        </w:tc>
      </w:tr>
      <w:tr w:rsidR="00915042" w14:paraId="3C6C8F93" w14:textId="77777777" w:rsidTr="0098379A">
        <w:trPr>
          <w:cantSplit/>
          <w:jc w:val="center"/>
        </w:trPr>
        <w:tc>
          <w:tcPr>
            <w:tcW w:w="482" w:type="dxa"/>
            <w:tcMar>
              <w:top w:w="38" w:type="dxa"/>
              <w:left w:w="55" w:type="dxa"/>
              <w:bottom w:w="38" w:type="dxa"/>
              <w:right w:w="55" w:type="dxa"/>
            </w:tcMar>
            <w:vAlign w:val="center"/>
          </w:tcPr>
          <w:p w14:paraId="51968907" w14:textId="77777777" w:rsidR="00915042" w:rsidRDefault="00915042" w:rsidP="0098379A">
            <w:pPr>
              <w:spacing w:after="0" w:line="240" w:lineRule="auto"/>
              <w:jc w:val="center"/>
            </w:pPr>
            <w:r>
              <w:rPr>
                <w:sz w:val="16"/>
              </w:rPr>
              <w:t>60</w:t>
            </w:r>
          </w:p>
        </w:tc>
        <w:tc>
          <w:tcPr>
            <w:tcW w:w="3855" w:type="dxa"/>
            <w:tcMar>
              <w:top w:w="38" w:type="dxa"/>
              <w:left w:w="55" w:type="dxa"/>
              <w:bottom w:w="38" w:type="dxa"/>
              <w:right w:w="55" w:type="dxa"/>
            </w:tcMar>
            <w:vAlign w:val="center"/>
          </w:tcPr>
          <w:p w14:paraId="1713BB45" w14:textId="77777777" w:rsidR="00915042" w:rsidRDefault="00915042" w:rsidP="0098379A">
            <w:pPr>
              <w:spacing w:after="0" w:line="240" w:lineRule="auto"/>
              <w:jc w:val="left"/>
            </w:pPr>
            <w:r>
              <w:rPr>
                <w:sz w:val="16"/>
              </w:rPr>
              <w:t>Attorney Sibel Okur Avcı</w:t>
            </w:r>
          </w:p>
        </w:tc>
        <w:tc>
          <w:tcPr>
            <w:tcW w:w="3628" w:type="dxa"/>
            <w:tcMar>
              <w:top w:w="38" w:type="dxa"/>
              <w:left w:w="55" w:type="dxa"/>
              <w:bottom w:w="38" w:type="dxa"/>
              <w:right w:w="55" w:type="dxa"/>
            </w:tcMar>
            <w:vAlign w:val="center"/>
          </w:tcPr>
          <w:p w14:paraId="6B0404DB" w14:textId="77777777" w:rsidR="00915042" w:rsidRDefault="00915042" w:rsidP="0098379A">
            <w:pPr>
              <w:spacing w:after="0" w:line="240" w:lineRule="auto"/>
              <w:jc w:val="left"/>
            </w:pPr>
            <w:r>
              <w:rPr>
                <w:sz w:val="16"/>
              </w:rPr>
              <w:t>Hatay Bar Association</w:t>
            </w:r>
          </w:p>
        </w:tc>
        <w:tc>
          <w:tcPr>
            <w:tcW w:w="1701" w:type="dxa"/>
            <w:tcMar>
              <w:top w:w="38" w:type="dxa"/>
              <w:left w:w="55" w:type="dxa"/>
              <w:bottom w:w="38" w:type="dxa"/>
              <w:right w:w="55" w:type="dxa"/>
            </w:tcMar>
            <w:vAlign w:val="center"/>
          </w:tcPr>
          <w:p w14:paraId="143B27A5" w14:textId="77777777" w:rsidR="00915042" w:rsidRDefault="00915042" w:rsidP="0098379A">
            <w:pPr>
              <w:spacing w:after="0" w:line="240" w:lineRule="auto"/>
              <w:jc w:val="center"/>
            </w:pPr>
            <w:r>
              <w:rPr>
                <w:sz w:val="16"/>
              </w:rPr>
              <w:t>1534</w:t>
            </w:r>
          </w:p>
        </w:tc>
      </w:tr>
      <w:tr w:rsidR="00915042" w14:paraId="72708CEB" w14:textId="77777777" w:rsidTr="0098379A">
        <w:trPr>
          <w:cantSplit/>
          <w:jc w:val="center"/>
        </w:trPr>
        <w:tc>
          <w:tcPr>
            <w:tcW w:w="482" w:type="dxa"/>
            <w:tcMar>
              <w:top w:w="38" w:type="dxa"/>
              <w:left w:w="55" w:type="dxa"/>
              <w:bottom w:w="38" w:type="dxa"/>
              <w:right w:w="55" w:type="dxa"/>
            </w:tcMar>
            <w:vAlign w:val="center"/>
          </w:tcPr>
          <w:p w14:paraId="2BCCE1CE" w14:textId="77777777" w:rsidR="00915042" w:rsidRDefault="00915042" w:rsidP="0098379A">
            <w:pPr>
              <w:spacing w:after="0" w:line="240" w:lineRule="auto"/>
              <w:jc w:val="center"/>
            </w:pPr>
            <w:r>
              <w:rPr>
                <w:sz w:val="16"/>
              </w:rPr>
              <w:t>61</w:t>
            </w:r>
          </w:p>
        </w:tc>
        <w:tc>
          <w:tcPr>
            <w:tcW w:w="3855" w:type="dxa"/>
            <w:tcMar>
              <w:top w:w="38" w:type="dxa"/>
              <w:left w:w="55" w:type="dxa"/>
              <w:bottom w:w="38" w:type="dxa"/>
              <w:right w:w="55" w:type="dxa"/>
            </w:tcMar>
            <w:vAlign w:val="center"/>
          </w:tcPr>
          <w:p w14:paraId="6DFF68C9" w14:textId="77777777" w:rsidR="00915042" w:rsidRDefault="00915042" w:rsidP="0098379A">
            <w:pPr>
              <w:spacing w:after="0" w:line="240" w:lineRule="auto"/>
              <w:jc w:val="left"/>
            </w:pPr>
            <w:r>
              <w:rPr>
                <w:sz w:val="16"/>
              </w:rPr>
              <w:t xml:space="preserve">Attorney Sevim </w:t>
            </w:r>
            <w:proofErr w:type="spellStart"/>
            <w:r>
              <w:rPr>
                <w:sz w:val="16"/>
              </w:rPr>
              <w:t>Çelikcan</w:t>
            </w:r>
            <w:proofErr w:type="spellEnd"/>
          </w:p>
        </w:tc>
        <w:tc>
          <w:tcPr>
            <w:tcW w:w="3628" w:type="dxa"/>
            <w:tcMar>
              <w:top w:w="38" w:type="dxa"/>
              <w:left w:w="55" w:type="dxa"/>
              <w:bottom w:w="38" w:type="dxa"/>
              <w:right w:w="55" w:type="dxa"/>
            </w:tcMar>
            <w:vAlign w:val="center"/>
          </w:tcPr>
          <w:p w14:paraId="7A63D5C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30C85A9" w14:textId="77777777" w:rsidR="00915042" w:rsidRDefault="00915042" w:rsidP="0098379A">
            <w:pPr>
              <w:spacing w:after="0" w:line="240" w:lineRule="auto"/>
              <w:jc w:val="center"/>
            </w:pPr>
            <w:r>
              <w:rPr>
                <w:sz w:val="16"/>
              </w:rPr>
              <w:t>18159</w:t>
            </w:r>
          </w:p>
        </w:tc>
      </w:tr>
      <w:tr w:rsidR="00915042" w14:paraId="69E0BC9E" w14:textId="77777777" w:rsidTr="0098379A">
        <w:trPr>
          <w:cantSplit/>
          <w:jc w:val="center"/>
        </w:trPr>
        <w:tc>
          <w:tcPr>
            <w:tcW w:w="482" w:type="dxa"/>
            <w:tcMar>
              <w:top w:w="38" w:type="dxa"/>
              <w:left w:w="55" w:type="dxa"/>
              <w:bottom w:w="38" w:type="dxa"/>
              <w:right w:w="55" w:type="dxa"/>
            </w:tcMar>
            <w:vAlign w:val="center"/>
          </w:tcPr>
          <w:p w14:paraId="62DAFC1E" w14:textId="77777777" w:rsidR="00915042" w:rsidRDefault="00915042" w:rsidP="0098379A">
            <w:pPr>
              <w:spacing w:after="0" w:line="240" w:lineRule="auto"/>
              <w:jc w:val="center"/>
            </w:pPr>
            <w:r>
              <w:rPr>
                <w:sz w:val="16"/>
              </w:rPr>
              <w:t>62</w:t>
            </w:r>
          </w:p>
        </w:tc>
        <w:tc>
          <w:tcPr>
            <w:tcW w:w="3855" w:type="dxa"/>
            <w:tcMar>
              <w:top w:w="38" w:type="dxa"/>
              <w:left w:w="55" w:type="dxa"/>
              <w:bottom w:w="38" w:type="dxa"/>
              <w:right w:w="55" w:type="dxa"/>
            </w:tcMar>
            <w:vAlign w:val="center"/>
          </w:tcPr>
          <w:p w14:paraId="060708B5" w14:textId="77777777" w:rsidR="00915042" w:rsidRDefault="00915042" w:rsidP="0098379A">
            <w:pPr>
              <w:spacing w:after="0" w:line="240" w:lineRule="auto"/>
              <w:jc w:val="left"/>
            </w:pPr>
            <w:r>
              <w:rPr>
                <w:sz w:val="16"/>
              </w:rPr>
              <w:t>Attorney Zafer Özaydın</w:t>
            </w:r>
          </w:p>
        </w:tc>
        <w:tc>
          <w:tcPr>
            <w:tcW w:w="3628" w:type="dxa"/>
            <w:tcMar>
              <w:top w:w="38" w:type="dxa"/>
              <w:left w:w="55" w:type="dxa"/>
              <w:bottom w:w="38" w:type="dxa"/>
              <w:right w:w="55" w:type="dxa"/>
            </w:tcMar>
            <w:vAlign w:val="center"/>
          </w:tcPr>
          <w:p w14:paraId="56E5BA4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62739C9" w14:textId="77777777" w:rsidR="00915042" w:rsidRDefault="00915042" w:rsidP="0098379A">
            <w:pPr>
              <w:spacing w:after="0" w:line="240" w:lineRule="auto"/>
              <w:jc w:val="center"/>
            </w:pPr>
            <w:r>
              <w:rPr>
                <w:sz w:val="16"/>
              </w:rPr>
              <w:t>26236</w:t>
            </w:r>
          </w:p>
        </w:tc>
      </w:tr>
      <w:tr w:rsidR="00915042" w14:paraId="7CD0CA06" w14:textId="77777777" w:rsidTr="0098379A">
        <w:trPr>
          <w:cantSplit/>
          <w:jc w:val="center"/>
        </w:trPr>
        <w:tc>
          <w:tcPr>
            <w:tcW w:w="482" w:type="dxa"/>
            <w:tcMar>
              <w:top w:w="38" w:type="dxa"/>
              <w:left w:w="55" w:type="dxa"/>
              <w:bottom w:w="38" w:type="dxa"/>
              <w:right w:w="55" w:type="dxa"/>
            </w:tcMar>
            <w:vAlign w:val="center"/>
          </w:tcPr>
          <w:p w14:paraId="6DB0E91D" w14:textId="77777777" w:rsidR="00915042" w:rsidRDefault="00915042" w:rsidP="0098379A">
            <w:pPr>
              <w:spacing w:after="0" w:line="240" w:lineRule="auto"/>
              <w:jc w:val="center"/>
            </w:pPr>
            <w:r>
              <w:rPr>
                <w:sz w:val="16"/>
              </w:rPr>
              <w:t>63</w:t>
            </w:r>
          </w:p>
        </w:tc>
        <w:tc>
          <w:tcPr>
            <w:tcW w:w="3855" w:type="dxa"/>
            <w:tcMar>
              <w:top w:w="38" w:type="dxa"/>
              <w:left w:w="55" w:type="dxa"/>
              <w:bottom w:w="38" w:type="dxa"/>
              <w:right w:w="55" w:type="dxa"/>
            </w:tcMar>
            <w:vAlign w:val="center"/>
          </w:tcPr>
          <w:p w14:paraId="36EBF712" w14:textId="77777777" w:rsidR="00915042" w:rsidRDefault="00915042" w:rsidP="0098379A">
            <w:pPr>
              <w:spacing w:after="0" w:line="240" w:lineRule="auto"/>
              <w:jc w:val="left"/>
            </w:pPr>
            <w:r>
              <w:rPr>
                <w:sz w:val="16"/>
              </w:rPr>
              <w:t>Attorney Cemre Topal</w:t>
            </w:r>
          </w:p>
        </w:tc>
        <w:tc>
          <w:tcPr>
            <w:tcW w:w="3628" w:type="dxa"/>
            <w:tcMar>
              <w:top w:w="38" w:type="dxa"/>
              <w:left w:w="55" w:type="dxa"/>
              <w:bottom w:w="38" w:type="dxa"/>
              <w:right w:w="55" w:type="dxa"/>
            </w:tcMar>
            <w:vAlign w:val="center"/>
          </w:tcPr>
          <w:p w14:paraId="157238FF" w14:textId="77777777" w:rsidR="00915042" w:rsidRDefault="00915042" w:rsidP="0098379A">
            <w:pPr>
              <w:spacing w:after="0" w:line="240" w:lineRule="auto"/>
              <w:jc w:val="left"/>
            </w:pPr>
            <w:r>
              <w:rPr>
                <w:sz w:val="16"/>
              </w:rPr>
              <w:t>Adana Bar Association</w:t>
            </w:r>
          </w:p>
        </w:tc>
        <w:tc>
          <w:tcPr>
            <w:tcW w:w="1701" w:type="dxa"/>
            <w:tcMar>
              <w:top w:w="38" w:type="dxa"/>
              <w:left w:w="55" w:type="dxa"/>
              <w:bottom w:w="38" w:type="dxa"/>
              <w:right w:w="55" w:type="dxa"/>
            </w:tcMar>
            <w:vAlign w:val="center"/>
          </w:tcPr>
          <w:p w14:paraId="5A013EBD" w14:textId="77777777" w:rsidR="00915042" w:rsidRDefault="00915042" w:rsidP="0098379A">
            <w:pPr>
              <w:spacing w:after="0" w:line="240" w:lineRule="auto"/>
              <w:jc w:val="center"/>
            </w:pPr>
            <w:r>
              <w:rPr>
                <w:sz w:val="16"/>
              </w:rPr>
              <w:t>2832</w:t>
            </w:r>
          </w:p>
        </w:tc>
      </w:tr>
      <w:tr w:rsidR="00915042" w14:paraId="3C5BB02B" w14:textId="77777777" w:rsidTr="0098379A">
        <w:trPr>
          <w:cantSplit/>
          <w:jc w:val="center"/>
        </w:trPr>
        <w:tc>
          <w:tcPr>
            <w:tcW w:w="482" w:type="dxa"/>
            <w:tcMar>
              <w:top w:w="38" w:type="dxa"/>
              <w:left w:w="55" w:type="dxa"/>
              <w:bottom w:w="38" w:type="dxa"/>
              <w:right w:w="55" w:type="dxa"/>
            </w:tcMar>
            <w:vAlign w:val="center"/>
          </w:tcPr>
          <w:p w14:paraId="70E34190" w14:textId="77777777" w:rsidR="00915042" w:rsidRDefault="00915042" w:rsidP="0098379A">
            <w:pPr>
              <w:spacing w:after="0" w:line="240" w:lineRule="auto"/>
              <w:jc w:val="center"/>
            </w:pPr>
            <w:r>
              <w:rPr>
                <w:sz w:val="16"/>
              </w:rPr>
              <w:t>64</w:t>
            </w:r>
          </w:p>
        </w:tc>
        <w:tc>
          <w:tcPr>
            <w:tcW w:w="3855" w:type="dxa"/>
            <w:tcMar>
              <w:top w:w="38" w:type="dxa"/>
              <w:left w:w="55" w:type="dxa"/>
              <w:bottom w:w="38" w:type="dxa"/>
              <w:right w:w="55" w:type="dxa"/>
            </w:tcMar>
            <w:vAlign w:val="center"/>
          </w:tcPr>
          <w:p w14:paraId="5957150A" w14:textId="77777777" w:rsidR="00915042" w:rsidRDefault="00915042" w:rsidP="0098379A">
            <w:pPr>
              <w:spacing w:after="0" w:line="240" w:lineRule="auto"/>
              <w:jc w:val="left"/>
            </w:pPr>
            <w:r>
              <w:rPr>
                <w:sz w:val="16"/>
              </w:rPr>
              <w:t xml:space="preserve">Attorney Rukiye Leyla </w:t>
            </w:r>
            <w:proofErr w:type="spellStart"/>
            <w:r>
              <w:rPr>
                <w:sz w:val="16"/>
              </w:rPr>
              <w:t>Süren</w:t>
            </w:r>
            <w:proofErr w:type="spellEnd"/>
          </w:p>
        </w:tc>
        <w:tc>
          <w:tcPr>
            <w:tcW w:w="3628" w:type="dxa"/>
            <w:tcMar>
              <w:top w:w="38" w:type="dxa"/>
              <w:left w:w="55" w:type="dxa"/>
              <w:bottom w:w="38" w:type="dxa"/>
              <w:right w:w="55" w:type="dxa"/>
            </w:tcMar>
            <w:vAlign w:val="center"/>
          </w:tcPr>
          <w:p w14:paraId="7CCF17D7"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FD292EF" w14:textId="77777777" w:rsidR="00915042" w:rsidRDefault="00915042" w:rsidP="0098379A">
            <w:pPr>
              <w:spacing w:after="0" w:line="240" w:lineRule="auto"/>
              <w:jc w:val="center"/>
            </w:pPr>
            <w:r>
              <w:rPr>
                <w:sz w:val="16"/>
              </w:rPr>
              <w:t>20539</w:t>
            </w:r>
          </w:p>
        </w:tc>
      </w:tr>
      <w:tr w:rsidR="00915042" w14:paraId="14836001" w14:textId="77777777" w:rsidTr="0098379A">
        <w:trPr>
          <w:cantSplit/>
          <w:jc w:val="center"/>
        </w:trPr>
        <w:tc>
          <w:tcPr>
            <w:tcW w:w="482" w:type="dxa"/>
            <w:tcMar>
              <w:top w:w="38" w:type="dxa"/>
              <w:left w:w="55" w:type="dxa"/>
              <w:bottom w:w="38" w:type="dxa"/>
              <w:right w:w="55" w:type="dxa"/>
            </w:tcMar>
            <w:vAlign w:val="center"/>
          </w:tcPr>
          <w:p w14:paraId="24823731" w14:textId="77777777" w:rsidR="00915042" w:rsidRDefault="00915042" w:rsidP="0098379A">
            <w:pPr>
              <w:spacing w:after="0" w:line="240" w:lineRule="auto"/>
              <w:jc w:val="center"/>
            </w:pPr>
            <w:r>
              <w:rPr>
                <w:sz w:val="16"/>
              </w:rPr>
              <w:t>65</w:t>
            </w:r>
          </w:p>
        </w:tc>
        <w:tc>
          <w:tcPr>
            <w:tcW w:w="3855" w:type="dxa"/>
            <w:tcMar>
              <w:top w:w="38" w:type="dxa"/>
              <w:left w:w="55" w:type="dxa"/>
              <w:bottom w:w="38" w:type="dxa"/>
              <w:right w:w="55" w:type="dxa"/>
            </w:tcMar>
            <w:vAlign w:val="center"/>
          </w:tcPr>
          <w:p w14:paraId="328C16E9" w14:textId="77777777" w:rsidR="00915042" w:rsidRDefault="00915042" w:rsidP="0098379A">
            <w:pPr>
              <w:spacing w:after="0" w:line="240" w:lineRule="auto"/>
              <w:jc w:val="left"/>
            </w:pPr>
            <w:r>
              <w:rPr>
                <w:sz w:val="16"/>
              </w:rPr>
              <w:t xml:space="preserve">Attorney İlke </w:t>
            </w:r>
            <w:proofErr w:type="spellStart"/>
            <w:r>
              <w:rPr>
                <w:sz w:val="16"/>
              </w:rPr>
              <w:t>Çandırbay</w:t>
            </w:r>
            <w:proofErr w:type="spellEnd"/>
          </w:p>
        </w:tc>
        <w:tc>
          <w:tcPr>
            <w:tcW w:w="3628" w:type="dxa"/>
            <w:tcMar>
              <w:top w:w="38" w:type="dxa"/>
              <w:left w:w="55" w:type="dxa"/>
              <w:bottom w:w="38" w:type="dxa"/>
              <w:right w:w="55" w:type="dxa"/>
            </w:tcMar>
            <w:vAlign w:val="center"/>
          </w:tcPr>
          <w:p w14:paraId="4357C6C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970B95A" w14:textId="77777777" w:rsidR="00915042" w:rsidRDefault="00915042" w:rsidP="0098379A">
            <w:pPr>
              <w:spacing w:after="0" w:line="240" w:lineRule="auto"/>
              <w:jc w:val="center"/>
            </w:pPr>
            <w:r>
              <w:rPr>
                <w:sz w:val="16"/>
              </w:rPr>
              <w:t>27658</w:t>
            </w:r>
          </w:p>
        </w:tc>
      </w:tr>
      <w:tr w:rsidR="00915042" w14:paraId="45A4E658" w14:textId="77777777" w:rsidTr="0098379A">
        <w:trPr>
          <w:cantSplit/>
          <w:jc w:val="center"/>
        </w:trPr>
        <w:tc>
          <w:tcPr>
            <w:tcW w:w="482" w:type="dxa"/>
            <w:tcMar>
              <w:top w:w="38" w:type="dxa"/>
              <w:left w:w="55" w:type="dxa"/>
              <w:bottom w:w="38" w:type="dxa"/>
              <w:right w:w="55" w:type="dxa"/>
            </w:tcMar>
            <w:vAlign w:val="center"/>
          </w:tcPr>
          <w:p w14:paraId="0F06C395" w14:textId="77777777" w:rsidR="00915042" w:rsidRDefault="00915042" w:rsidP="0098379A">
            <w:pPr>
              <w:spacing w:after="0" w:line="240" w:lineRule="auto"/>
              <w:jc w:val="center"/>
            </w:pPr>
            <w:r>
              <w:rPr>
                <w:sz w:val="16"/>
              </w:rPr>
              <w:t>66</w:t>
            </w:r>
          </w:p>
        </w:tc>
        <w:tc>
          <w:tcPr>
            <w:tcW w:w="3855" w:type="dxa"/>
            <w:tcMar>
              <w:top w:w="38" w:type="dxa"/>
              <w:left w:w="55" w:type="dxa"/>
              <w:bottom w:w="38" w:type="dxa"/>
              <w:right w:w="55" w:type="dxa"/>
            </w:tcMar>
            <w:vAlign w:val="center"/>
          </w:tcPr>
          <w:p w14:paraId="1189EDF8" w14:textId="77777777" w:rsidR="00915042" w:rsidRDefault="00915042" w:rsidP="0098379A">
            <w:pPr>
              <w:spacing w:after="0" w:line="240" w:lineRule="auto"/>
              <w:jc w:val="left"/>
            </w:pPr>
            <w:r>
              <w:rPr>
                <w:sz w:val="16"/>
              </w:rPr>
              <w:t>Attorney Adnan Baktıaya</w:t>
            </w:r>
          </w:p>
        </w:tc>
        <w:tc>
          <w:tcPr>
            <w:tcW w:w="3628" w:type="dxa"/>
            <w:tcMar>
              <w:top w:w="38" w:type="dxa"/>
              <w:left w:w="55" w:type="dxa"/>
              <w:bottom w:w="38" w:type="dxa"/>
              <w:right w:w="55" w:type="dxa"/>
            </w:tcMar>
            <w:vAlign w:val="center"/>
          </w:tcPr>
          <w:p w14:paraId="737AF777" w14:textId="77777777" w:rsidR="00915042" w:rsidRDefault="00915042" w:rsidP="0098379A">
            <w:pPr>
              <w:spacing w:after="0" w:line="240" w:lineRule="auto"/>
              <w:jc w:val="left"/>
            </w:pPr>
            <w:r>
              <w:rPr>
                <w:sz w:val="16"/>
              </w:rPr>
              <w:t>Hatay Bar Association</w:t>
            </w:r>
          </w:p>
        </w:tc>
        <w:tc>
          <w:tcPr>
            <w:tcW w:w="1701" w:type="dxa"/>
            <w:tcMar>
              <w:top w:w="38" w:type="dxa"/>
              <w:left w:w="55" w:type="dxa"/>
              <w:bottom w:w="38" w:type="dxa"/>
              <w:right w:w="55" w:type="dxa"/>
            </w:tcMar>
            <w:vAlign w:val="center"/>
          </w:tcPr>
          <w:p w14:paraId="4F748F29" w14:textId="77777777" w:rsidR="00915042" w:rsidRDefault="00915042" w:rsidP="0098379A">
            <w:pPr>
              <w:spacing w:after="0" w:line="240" w:lineRule="auto"/>
              <w:jc w:val="center"/>
            </w:pPr>
            <w:r>
              <w:rPr>
                <w:sz w:val="16"/>
              </w:rPr>
              <w:t>496</w:t>
            </w:r>
          </w:p>
        </w:tc>
      </w:tr>
      <w:tr w:rsidR="00915042" w14:paraId="05A61647" w14:textId="77777777" w:rsidTr="0098379A">
        <w:trPr>
          <w:cantSplit/>
          <w:jc w:val="center"/>
        </w:trPr>
        <w:tc>
          <w:tcPr>
            <w:tcW w:w="482" w:type="dxa"/>
            <w:tcMar>
              <w:top w:w="38" w:type="dxa"/>
              <w:left w:w="55" w:type="dxa"/>
              <w:bottom w:w="38" w:type="dxa"/>
              <w:right w:w="55" w:type="dxa"/>
            </w:tcMar>
            <w:vAlign w:val="center"/>
          </w:tcPr>
          <w:p w14:paraId="62259EA0" w14:textId="77777777" w:rsidR="00915042" w:rsidRDefault="00915042" w:rsidP="0098379A">
            <w:pPr>
              <w:spacing w:after="0" w:line="240" w:lineRule="auto"/>
              <w:jc w:val="center"/>
            </w:pPr>
            <w:r>
              <w:rPr>
                <w:sz w:val="16"/>
              </w:rPr>
              <w:t>67</w:t>
            </w:r>
          </w:p>
        </w:tc>
        <w:tc>
          <w:tcPr>
            <w:tcW w:w="3855" w:type="dxa"/>
            <w:tcMar>
              <w:top w:w="38" w:type="dxa"/>
              <w:left w:w="55" w:type="dxa"/>
              <w:bottom w:w="38" w:type="dxa"/>
              <w:right w:w="55" w:type="dxa"/>
            </w:tcMar>
            <w:vAlign w:val="center"/>
          </w:tcPr>
          <w:p w14:paraId="5843461A" w14:textId="77777777" w:rsidR="00915042" w:rsidRDefault="00915042" w:rsidP="0098379A">
            <w:pPr>
              <w:spacing w:after="0" w:line="240" w:lineRule="auto"/>
              <w:jc w:val="left"/>
            </w:pPr>
            <w:r>
              <w:rPr>
                <w:sz w:val="16"/>
              </w:rPr>
              <w:t>Attorney Filiz Arslan</w:t>
            </w:r>
          </w:p>
        </w:tc>
        <w:tc>
          <w:tcPr>
            <w:tcW w:w="3628" w:type="dxa"/>
            <w:tcMar>
              <w:top w:w="38" w:type="dxa"/>
              <w:left w:w="55" w:type="dxa"/>
              <w:bottom w:w="38" w:type="dxa"/>
              <w:right w:w="55" w:type="dxa"/>
            </w:tcMar>
            <w:vAlign w:val="center"/>
          </w:tcPr>
          <w:p w14:paraId="27E5357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F406D19" w14:textId="77777777" w:rsidR="00915042" w:rsidRDefault="00915042" w:rsidP="0098379A">
            <w:pPr>
              <w:spacing w:after="0" w:line="240" w:lineRule="auto"/>
              <w:jc w:val="center"/>
            </w:pPr>
            <w:r>
              <w:rPr>
                <w:sz w:val="16"/>
              </w:rPr>
              <w:t>15006</w:t>
            </w:r>
          </w:p>
        </w:tc>
      </w:tr>
      <w:tr w:rsidR="00915042" w14:paraId="23E30C04" w14:textId="77777777" w:rsidTr="0098379A">
        <w:trPr>
          <w:cantSplit/>
          <w:jc w:val="center"/>
        </w:trPr>
        <w:tc>
          <w:tcPr>
            <w:tcW w:w="482" w:type="dxa"/>
            <w:tcMar>
              <w:top w:w="38" w:type="dxa"/>
              <w:left w:w="55" w:type="dxa"/>
              <w:bottom w:w="38" w:type="dxa"/>
              <w:right w:w="55" w:type="dxa"/>
            </w:tcMar>
            <w:vAlign w:val="center"/>
          </w:tcPr>
          <w:p w14:paraId="4FB14C20" w14:textId="77777777" w:rsidR="00915042" w:rsidRDefault="00915042" w:rsidP="0098379A">
            <w:pPr>
              <w:spacing w:after="0" w:line="240" w:lineRule="auto"/>
              <w:jc w:val="center"/>
            </w:pPr>
            <w:r>
              <w:rPr>
                <w:sz w:val="16"/>
              </w:rPr>
              <w:t>68</w:t>
            </w:r>
          </w:p>
        </w:tc>
        <w:tc>
          <w:tcPr>
            <w:tcW w:w="3855" w:type="dxa"/>
            <w:tcMar>
              <w:top w:w="38" w:type="dxa"/>
              <w:left w:w="55" w:type="dxa"/>
              <w:bottom w:w="38" w:type="dxa"/>
              <w:right w:w="55" w:type="dxa"/>
            </w:tcMar>
            <w:vAlign w:val="center"/>
          </w:tcPr>
          <w:p w14:paraId="5FC25984" w14:textId="77777777" w:rsidR="00915042" w:rsidRDefault="00915042" w:rsidP="0098379A">
            <w:pPr>
              <w:spacing w:after="0" w:line="240" w:lineRule="auto"/>
              <w:jc w:val="left"/>
            </w:pPr>
            <w:r>
              <w:rPr>
                <w:sz w:val="16"/>
              </w:rPr>
              <w:t>Attorney Vural Keleş</w:t>
            </w:r>
          </w:p>
        </w:tc>
        <w:tc>
          <w:tcPr>
            <w:tcW w:w="3628" w:type="dxa"/>
            <w:tcMar>
              <w:top w:w="38" w:type="dxa"/>
              <w:left w:w="55" w:type="dxa"/>
              <w:bottom w:w="38" w:type="dxa"/>
              <w:right w:w="55" w:type="dxa"/>
            </w:tcMar>
            <w:vAlign w:val="center"/>
          </w:tcPr>
          <w:p w14:paraId="3DF0FA6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0C29535" w14:textId="77777777" w:rsidR="00915042" w:rsidRDefault="00915042" w:rsidP="0098379A">
            <w:pPr>
              <w:spacing w:after="0" w:line="240" w:lineRule="auto"/>
              <w:jc w:val="center"/>
            </w:pPr>
            <w:r>
              <w:rPr>
                <w:sz w:val="16"/>
              </w:rPr>
              <w:t>20676</w:t>
            </w:r>
          </w:p>
        </w:tc>
      </w:tr>
      <w:tr w:rsidR="00915042" w14:paraId="464D7D5E" w14:textId="77777777" w:rsidTr="0098379A">
        <w:trPr>
          <w:cantSplit/>
          <w:jc w:val="center"/>
        </w:trPr>
        <w:tc>
          <w:tcPr>
            <w:tcW w:w="482" w:type="dxa"/>
            <w:tcMar>
              <w:top w:w="38" w:type="dxa"/>
              <w:left w:w="55" w:type="dxa"/>
              <w:bottom w:w="38" w:type="dxa"/>
              <w:right w:w="55" w:type="dxa"/>
            </w:tcMar>
            <w:vAlign w:val="center"/>
          </w:tcPr>
          <w:p w14:paraId="5850AF4C" w14:textId="77777777" w:rsidR="00915042" w:rsidRDefault="00915042" w:rsidP="0098379A">
            <w:pPr>
              <w:spacing w:after="0" w:line="240" w:lineRule="auto"/>
              <w:jc w:val="center"/>
            </w:pPr>
            <w:r>
              <w:rPr>
                <w:sz w:val="16"/>
              </w:rPr>
              <w:t>69</w:t>
            </w:r>
          </w:p>
        </w:tc>
        <w:tc>
          <w:tcPr>
            <w:tcW w:w="3855" w:type="dxa"/>
            <w:tcMar>
              <w:top w:w="38" w:type="dxa"/>
              <w:left w:w="55" w:type="dxa"/>
              <w:bottom w:w="38" w:type="dxa"/>
              <w:right w:w="55" w:type="dxa"/>
            </w:tcMar>
            <w:vAlign w:val="center"/>
          </w:tcPr>
          <w:p w14:paraId="2A61D924" w14:textId="77777777" w:rsidR="00915042" w:rsidRDefault="00915042" w:rsidP="0098379A">
            <w:pPr>
              <w:spacing w:after="0" w:line="240" w:lineRule="auto"/>
              <w:jc w:val="left"/>
            </w:pPr>
            <w:r>
              <w:rPr>
                <w:sz w:val="16"/>
              </w:rPr>
              <w:t>Attorney Utku Can Akyol</w:t>
            </w:r>
          </w:p>
        </w:tc>
        <w:tc>
          <w:tcPr>
            <w:tcW w:w="3628" w:type="dxa"/>
            <w:tcMar>
              <w:top w:w="38" w:type="dxa"/>
              <w:left w:w="55" w:type="dxa"/>
              <w:bottom w:w="38" w:type="dxa"/>
              <w:right w:w="55" w:type="dxa"/>
            </w:tcMar>
            <w:vAlign w:val="center"/>
          </w:tcPr>
          <w:p w14:paraId="06D40E7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03B197D" w14:textId="77777777" w:rsidR="00915042" w:rsidRDefault="00915042" w:rsidP="0098379A">
            <w:pPr>
              <w:spacing w:after="0" w:line="240" w:lineRule="auto"/>
              <w:jc w:val="center"/>
            </w:pPr>
            <w:r>
              <w:rPr>
                <w:sz w:val="16"/>
              </w:rPr>
              <w:t>59045</w:t>
            </w:r>
          </w:p>
        </w:tc>
      </w:tr>
      <w:tr w:rsidR="00915042" w14:paraId="0C83054D" w14:textId="77777777" w:rsidTr="0098379A">
        <w:trPr>
          <w:cantSplit/>
          <w:jc w:val="center"/>
        </w:trPr>
        <w:tc>
          <w:tcPr>
            <w:tcW w:w="482" w:type="dxa"/>
            <w:tcMar>
              <w:top w:w="38" w:type="dxa"/>
              <w:left w:w="55" w:type="dxa"/>
              <w:bottom w:w="38" w:type="dxa"/>
              <w:right w:w="55" w:type="dxa"/>
            </w:tcMar>
            <w:vAlign w:val="center"/>
          </w:tcPr>
          <w:p w14:paraId="25CF5864" w14:textId="77777777" w:rsidR="00915042" w:rsidRDefault="00915042" w:rsidP="0098379A">
            <w:pPr>
              <w:spacing w:after="0" w:line="240" w:lineRule="auto"/>
              <w:jc w:val="center"/>
            </w:pPr>
            <w:r>
              <w:rPr>
                <w:sz w:val="16"/>
              </w:rPr>
              <w:t>70</w:t>
            </w:r>
          </w:p>
        </w:tc>
        <w:tc>
          <w:tcPr>
            <w:tcW w:w="3855" w:type="dxa"/>
            <w:tcMar>
              <w:top w:w="38" w:type="dxa"/>
              <w:left w:w="55" w:type="dxa"/>
              <w:bottom w:w="38" w:type="dxa"/>
              <w:right w:w="55" w:type="dxa"/>
            </w:tcMar>
            <w:vAlign w:val="center"/>
          </w:tcPr>
          <w:p w14:paraId="1E7EB49E" w14:textId="77777777" w:rsidR="00915042" w:rsidRDefault="00915042" w:rsidP="0098379A">
            <w:pPr>
              <w:spacing w:after="0" w:line="240" w:lineRule="auto"/>
              <w:jc w:val="left"/>
            </w:pPr>
            <w:r>
              <w:rPr>
                <w:sz w:val="16"/>
              </w:rPr>
              <w:t>Attorney Fatma Girgin Can</w:t>
            </w:r>
          </w:p>
        </w:tc>
        <w:tc>
          <w:tcPr>
            <w:tcW w:w="3628" w:type="dxa"/>
            <w:tcMar>
              <w:top w:w="38" w:type="dxa"/>
              <w:left w:w="55" w:type="dxa"/>
              <w:bottom w:w="38" w:type="dxa"/>
              <w:right w:w="55" w:type="dxa"/>
            </w:tcMar>
            <w:vAlign w:val="center"/>
          </w:tcPr>
          <w:p w14:paraId="7DE3E564" w14:textId="77777777" w:rsidR="00915042" w:rsidRDefault="00915042" w:rsidP="0098379A">
            <w:pPr>
              <w:spacing w:after="0" w:line="240" w:lineRule="auto"/>
              <w:jc w:val="left"/>
            </w:pPr>
            <w:proofErr w:type="spellStart"/>
            <w:r>
              <w:rPr>
                <w:sz w:val="16"/>
              </w:rPr>
              <w:t>Eskişehir</w:t>
            </w:r>
            <w:proofErr w:type="spellEnd"/>
            <w:r>
              <w:rPr>
                <w:sz w:val="16"/>
              </w:rPr>
              <w:t xml:space="preserve"> Bar Association</w:t>
            </w:r>
          </w:p>
        </w:tc>
        <w:tc>
          <w:tcPr>
            <w:tcW w:w="1701" w:type="dxa"/>
            <w:tcMar>
              <w:top w:w="38" w:type="dxa"/>
              <w:left w:w="55" w:type="dxa"/>
              <w:bottom w:w="38" w:type="dxa"/>
              <w:right w:w="55" w:type="dxa"/>
            </w:tcMar>
            <w:vAlign w:val="center"/>
          </w:tcPr>
          <w:p w14:paraId="2AE41EEC" w14:textId="77777777" w:rsidR="00915042" w:rsidRDefault="00915042" w:rsidP="0098379A">
            <w:pPr>
              <w:spacing w:after="0" w:line="240" w:lineRule="auto"/>
              <w:jc w:val="center"/>
            </w:pPr>
            <w:r>
              <w:rPr>
                <w:sz w:val="16"/>
              </w:rPr>
              <w:t>1714</w:t>
            </w:r>
          </w:p>
        </w:tc>
      </w:tr>
      <w:tr w:rsidR="00915042" w14:paraId="07F39C69" w14:textId="77777777" w:rsidTr="0098379A">
        <w:trPr>
          <w:cantSplit/>
          <w:jc w:val="center"/>
        </w:trPr>
        <w:tc>
          <w:tcPr>
            <w:tcW w:w="482" w:type="dxa"/>
            <w:tcMar>
              <w:top w:w="38" w:type="dxa"/>
              <w:left w:w="55" w:type="dxa"/>
              <w:bottom w:w="38" w:type="dxa"/>
              <w:right w:w="55" w:type="dxa"/>
            </w:tcMar>
            <w:vAlign w:val="center"/>
          </w:tcPr>
          <w:p w14:paraId="196F0BFA" w14:textId="77777777" w:rsidR="00915042" w:rsidRDefault="00915042" w:rsidP="0098379A">
            <w:pPr>
              <w:spacing w:after="0" w:line="240" w:lineRule="auto"/>
              <w:jc w:val="center"/>
            </w:pPr>
            <w:r>
              <w:rPr>
                <w:sz w:val="16"/>
              </w:rPr>
              <w:t>71</w:t>
            </w:r>
          </w:p>
        </w:tc>
        <w:tc>
          <w:tcPr>
            <w:tcW w:w="3855" w:type="dxa"/>
            <w:tcMar>
              <w:top w:w="38" w:type="dxa"/>
              <w:left w:w="55" w:type="dxa"/>
              <w:bottom w:w="38" w:type="dxa"/>
              <w:right w:w="55" w:type="dxa"/>
            </w:tcMar>
            <w:vAlign w:val="center"/>
          </w:tcPr>
          <w:p w14:paraId="542B47B7" w14:textId="77777777" w:rsidR="00915042" w:rsidRDefault="00915042" w:rsidP="0098379A">
            <w:pPr>
              <w:spacing w:after="0" w:line="240" w:lineRule="auto"/>
              <w:jc w:val="left"/>
            </w:pPr>
            <w:r>
              <w:rPr>
                <w:sz w:val="16"/>
              </w:rPr>
              <w:t xml:space="preserve">Attorney Sanem </w:t>
            </w:r>
            <w:proofErr w:type="spellStart"/>
            <w:r>
              <w:rPr>
                <w:sz w:val="16"/>
              </w:rPr>
              <w:t>Küçükarzuman</w:t>
            </w:r>
            <w:proofErr w:type="spellEnd"/>
          </w:p>
        </w:tc>
        <w:tc>
          <w:tcPr>
            <w:tcW w:w="3628" w:type="dxa"/>
            <w:tcMar>
              <w:top w:w="38" w:type="dxa"/>
              <w:left w:w="55" w:type="dxa"/>
              <w:bottom w:w="38" w:type="dxa"/>
              <w:right w:w="55" w:type="dxa"/>
            </w:tcMar>
            <w:vAlign w:val="center"/>
          </w:tcPr>
          <w:p w14:paraId="1B6B25C7"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78950527" w14:textId="77777777" w:rsidR="00915042" w:rsidRDefault="00915042" w:rsidP="0098379A">
            <w:pPr>
              <w:spacing w:after="0" w:line="240" w:lineRule="auto"/>
              <w:jc w:val="center"/>
            </w:pPr>
            <w:r>
              <w:rPr>
                <w:sz w:val="16"/>
              </w:rPr>
              <w:t>33963</w:t>
            </w:r>
          </w:p>
        </w:tc>
      </w:tr>
      <w:tr w:rsidR="00915042" w14:paraId="0809FDE2" w14:textId="77777777" w:rsidTr="0098379A">
        <w:trPr>
          <w:cantSplit/>
          <w:jc w:val="center"/>
        </w:trPr>
        <w:tc>
          <w:tcPr>
            <w:tcW w:w="482" w:type="dxa"/>
            <w:tcMar>
              <w:top w:w="38" w:type="dxa"/>
              <w:left w:w="55" w:type="dxa"/>
              <w:bottom w:w="38" w:type="dxa"/>
              <w:right w:w="55" w:type="dxa"/>
            </w:tcMar>
            <w:vAlign w:val="center"/>
          </w:tcPr>
          <w:p w14:paraId="27C429B5" w14:textId="77777777" w:rsidR="00915042" w:rsidRDefault="00915042" w:rsidP="0098379A">
            <w:pPr>
              <w:spacing w:after="0" w:line="240" w:lineRule="auto"/>
              <w:jc w:val="center"/>
            </w:pPr>
            <w:r>
              <w:rPr>
                <w:sz w:val="16"/>
              </w:rPr>
              <w:t>72</w:t>
            </w:r>
          </w:p>
        </w:tc>
        <w:tc>
          <w:tcPr>
            <w:tcW w:w="3855" w:type="dxa"/>
            <w:tcMar>
              <w:top w:w="38" w:type="dxa"/>
              <w:left w:w="55" w:type="dxa"/>
              <w:bottom w:w="38" w:type="dxa"/>
              <w:right w:w="55" w:type="dxa"/>
            </w:tcMar>
            <w:vAlign w:val="center"/>
          </w:tcPr>
          <w:p w14:paraId="2B80DC1F" w14:textId="77777777" w:rsidR="00915042" w:rsidRDefault="00915042" w:rsidP="0098379A">
            <w:pPr>
              <w:spacing w:after="0" w:line="240" w:lineRule="auto"/>
              <w:jc w:val="left"/>
            </w:pPr>
            <w:r>
              <w:rPr>
                <w:sz w:val="16"/>
              </w:rPr>
              <w:t>Attorney İpek Tülin Tosun</w:t>
            </w:r>
          </w:p>
        </w:tc>
        <w:tc>
          <w:tcPr>
            <w:tcW w:w="3628" w:type="dxa"/>
            <w:tcMar>
              <w:top w:w="38" w:type="dxa"/>
              <w:left w:w="55" w:type="dxa"/>
              <w:bottom w:w="38" w:type="dxa"/>
              <w:right w:w="55" w:type="dxa"/>
            </w:tcMar>
            <w:vAlign w:val="center"/>
          </w:tcPr>
          <w:p w14:paraId="09896329" w14:textId="77777777" w:rsidR="00915042" w:rsidRDefault="00915042" w:rsidP="0098379A">
            <w:pPr>
              <w:spacing w:after="0" w:line="240" w:lineRule="auto"/>
              <w:jc w:val="left"/>
            </w:pPr>
            <w:r>
              <w:rPr>
                <w:sz w:val="16"/>
              </w:rPr>
              <w:t>Izmir Bar Association</w:t>
            </w:r>
          </w:p>
        </w:tc>
        <w:tc>
          <w:tcPr>
            <w:tcW w:w="1701" w:type="dxa"/>
            <w:tcMar>
              <w:top w:w="38" w:type="dxa"/>
              <w:left w:w="55" w:type="dxa"/>
              <w:bottom w:w="38" w:type="dxa"/>
              <w:right w:w="55" w:type="dxa"/>
            </w:tcMar>
            <w:vAlign w:val="center"/>
          </w:tcPr>
          <w:p w14:paraId="76ADE3D3" w14:textId="77777777" w:rsidR="00915042" w:rsidRDefault="00915042" w:rsidP="0098379A">
            <w:pPr>
              <w:spacing w:after="0" w:line="240" w:lineRule="auto"/>
              <w:jc w:val="center"/>
            </w:pPr>
            <w:r>
              <w:rPr>
                <w:sz w:val="16"/>
              </w:rPr>
              <w:t>3848</w:t>
            </w:r>
          </w:p>
        </w:tc>
      </w:tr>
      <w:tr w:rsidR="00915042" w14:paraId="36D8B26E" w14:textId="77777777" w:rsidTr="0098379A">
        <w:trPr>
          <w:cantSplit/>
          <w:jc w:val="center"/>
        </w:trPr>
        <w:tc>
          <w:tcPr>
            <w:tcW w:w="482" w:type="dxa"/>
            <w:tcMar>
              <w:top w:w="38" w:type="dxa"/>
              <w:left w:w="55" w:type="dxa"/>
              <w:bottom w:w="38" w:type="dxa"/>
              <w:right w:w="55" w:type="dxa"/>
            </w:tcMar>
            <w:vAlign w:val="center"/>
          </w:tcPr>
          <w:p w14:paraId="025D6DB2" w14:textId="77777777" w:rsidR="00915042" w:rsidRDefault="00915042" w:rsidP="0098379A">
            <w:pPr>
              <w:spacing w:after="0" w:line="240" w:lineRule="auto"/>
              <w:jc w:val="center"/>
            </w:pPr>
            <w:r>
              <w:rPr>
                <w:sz w:val="16"/>
              </w:rPr>
              <w:t>73</w:t>
            </w:r>
          </w:p>
        </w:tc>
        <w:tc>
          <w:tcPr>
            <w:tcW w:w="3855" w:type="dxa"/>
            <w:tcMar>
              <w:top w:w="38" w:type="dxa"/>
              <w:left w:w="55" w:type="dxa"/>
              <w:bottom w:w="38" w:type="dxa"/>
              <w:right w:w="55" w:type="dxa"/>
            </w:tcMar>
            <w:vAlign w:val="center"/>
          </w:tcPr>
          <w:p w14:paraId="5545E7AE" w14:textId="77777777" w:rsidR="00915042" w:rsidRDefault="00915042" w:rsidP="0098379A">
            <w:pPr>
              <w:spacing w:after="0" w:line="240" w:lineRule="auto"/>
              <w:jc w:val="left"/>
            </w:pPr>
            <w:r>
              <w:rPr>
                <w:sz w:val="16"/>
              </w:rPr>
              <w:t xml:space="preserve">Attorney </w:t>
            </w:r>
            <w:proofErr w:type="spellStart"/>
            <w:r>
              <w:rPr>
                <w:sz w:val="16"/>
              </w:rPr>
              <w:t>Mengücek</w:t>
            </w:r>
            <w:proofErr w:type="spellEnd"/>
            <w:r>
              <w:rPr>
                <w:sz w:val="16"/>
              </w:rPr>
              <w:t xml:space="preserve"> Gazi </w:t>
            </w:r>
            <w:proofErr w:type="spellStart"/>
            <w:r>
              <w:rPr>
                <w:sz w:val="16"/>
              </w:rPr>
              <w:t>Çıtırık</w:t>
            </w:r>
            <w:proofErr w:type="spellEnd"/>
          </w:p>
        </w:tc>
        <w:tc>
          <w:tcPr>
            <w:tcW w:w="3628" w:type="dxa"/>
            <w:tcMar>
              <w:top w:w="38" w:type="dxa"/>
              <w:left w:w="55" w:type="dxa"/>
              <w:bottom w:w="38" w:type="dxa"/>
              <w:right w:w="55" w:type="dxa"/>
            </w:tcMar>
            <w:vAlign w:val="center"/>
          </w:tcPr>
          <w:p w14:paraId="75D5E9E2" w14:textId="77777777" w:rsidR="00915042" w:rsidRDefault="00915042" w:rsidP="0098379A">
            <w:pPr>
              <w:spacing w:after="0" w:line="240" w:lineRule="auto"/>
              <w:jc w:val="left"/>
            </w:pPr>
            <w:r>
              <w:rPr>
                <w:sz w:val="16"/>
              </w:rPr>
              <w:t>Adana Bar Association</w:t>
            </w:r>
          </w:p>
        </w:tc>
        <w:tc>
          <w:tcPr>
            <w:tcW w:w="1701" w:type="dxa"/>
            <w:tcMar>
              <w:top w:w="38" w:type="dxa"/>
              <w:left w:w="55" w:type="dxa"/>
              <w:bottom w:w="38" w:type="dxa"/>
              <w:right w:w="55" w:type="dxa"/>
            </w:tcMar>
            <w:vAlign w:val="center"/>
          </w:tcPr>
          <w:p w14:paraId="2A7A749F" w14:textId="77777777" w:rsidR="00915042" w:rsidRDefault="00915042" w:rsidP="0098379A">
            <w:pPr>
              <w:spacing w:after="0" w:line="240" w:lineRule="auto"/>
              <w:jc w:val="center"/>
            </w:pPr>
            <w:r>
              <w:rPr>
                <w:sz w:val="16"/>
              </w:rPr>
              <w:t>1689</w:t>
            </w:r>
          </w:p>
        </w:tc>
      </w:tr>
      <w:tr w:rsidR="00915042" w14:paraId="48825F7F" w14:textId="77777777" w:rsidTr="0098379A">
        <w:trPr>
          <w:cantSplit/>
          <w:jc w:val="center"/>
        </w:trPr>
        <w:tc>
          <w:tcPr>
            <w:tcW w:w="482" w:type="dxa"/>
            <w:tcMar>
              <w:top w:w="38" w:type="dxa"/>
              <w:left w:w="55" w:type="dxa"/>
              <w:bottom w:w="38" w:type="dxa"/>
              <w:right w:w="55" w:type="dxa"/>
            </w:tcMar>
            <w:vAlign w:val="center"/>
          </w:tcPr>
          <w:p w14:paraId="3242086B" w14:textId="77777777" w:rsidR="00915042" w:rsidRDefault="00915042" w:rsidP="0098379A">
            <w:pPr>
              <w:spacing w:after="0" w:line="240" w:lineRule="auto"/>
              <w:jc w:val="center"/>
            </w:pPr>
            <w:r>
              <w:rPr>
                <w:sz w:val="16"/>
              </w:rPr>
              <w:t>74</w:t>
            </w:r>
          </w:p>
        </w:tc>
        <w:tc>
          <w:tcPr>
            <w:tcW w:w="3855" w:type="dxa"/>
            <w:tcMar>
              <w:top w:w="38" w:type="dxa"/>
              <w:left w:w="55" w:type="dxa"/>
              <w:bottom w:w="38" w:type="dxa"/>
              <w:right w:w="55" w:type="dxa"/>
            </w:tcMar>
            <w:vAlign w:val="center"/>
          </w:tcPr>
          <w:p w14:paraId="2A49BE46" w14:textId="77777777" w:rsidR="00915042" w:rsidRDefault="00915042" w:rsidP="0098379A">
            <w:pPr>
              <w:spacing w:after="0" w:line="240" w:lineRule="auto"/>
              <w:jc w:val="left"/>
            </w:pPr>
            <w:r>
              <w:rPr>
                <w:sz w:val="16"/>
              </w:rPr>
              <w:t>Attorney Ali Oktay Coşgun</w:t>
            </w:r>
          </w:p>
        </w:tc>
        <w:tc>
          <w:tcPr>
            <w:tcW w:w="3628" w:type="dxa"/>
            <w:tcMar>
              <w:top w:w="38" w:type="dxa"/>
              <w:left w:w="55" w:type="dxa"/>
              <w:bottom w:w="38" w:type="dxa"/>
              <w:right w:w="55" w:type="dxa"/>
            </w:tcMar>
            <w:vAlign w:val="center"/>
          </w:tcPr>
          <w:p w14:paraId="6A154F41" w14:textId="77777777" w:rsidR="00915042" w:rsidRDefault="00915042" w:rsidP="0098379A">
            <w:pPr>
              <w:spacing w:after="0" w:line="240" w:lineRule="auto"/>
              <w:jc w:val="left"/>
            </w:pPr>
            <w:r>
              <w:rPr>
                <w:sz w:val="16"/>
              </w:rPr>
              <w:t>Ankara Bar Association</w:t>
            </w:r>
          </w:p>
        </w:tc>
        <w:tc>
          <w:tcPr>
            <w:tcW w:w="1701" w:type="dxa"/>
            <w:tcMar>
              <w:top w:w="38" w:type="dxa"/>
              <w:left w:w="55" w:type="dxa"/>
              <w:bottom w:w="38" w:type="dxa"/>
              <w:right w:w="55" w:type="dxa"/>
            </w:tcMar>
            <w:vAlign w:val="center"/>
          </w:tcPr>
          <w:p w14:paraId="4E8E69EC" w14:textId="77777777" w:rsidR="00915042" w:rsidRDefault="00915042" w:rsidP="0098379A">
            <w:pPr>
              <w:spacing w:after="0" w:line="240" w:lineRule="auto"/>
              <w:jc w:val="center"/>
            </w:pPr>
            <w:r>
              <w:rPr>
                <w:sz w:val="16"/>
              </w:rPr>
              <w:t>51667</w:t>
            </w:r>
          </w:p>
        </w:tc>
      </w:tr>
      <w:tr w:rsidR="00915042" w14:paraId="0085CE73" w14:textId="77777777" w:rsidTr="0098379A">
        <w:trPr>
          <w:cantSplit/>
          <w:jc w:val="center"/>
        </w:trPr>
        <w:tc>
          <w:tcPr>
            <w:tcW w:w="482" w:type="dxa"/>
            <w:tcMar>
              <w:top w:w="38" w:type="dxa"/>
              <w:left w:w="55" w:type="dxa"/>
              <w:bottom w:w="38" w:type="dxa"/>
              <w:right w:w="55" w:type="dxa"/>
            </w:tcMar>
            <w:vAlign w:val="center"/>
          </w:tcPr>
          <w:p w14:paraId="4C966008" w14:textId="77777777" w:rsidR="00915042" w:rsidRDefault="00915042" w:rsidP="0098379A">
            <w:pPr>
              <w:spacing w:after="0" w:line="240" w:lineRule="auto"/>
              <w:jc w:val="center"/>
            </w:pPr>
            <w:r>
              <w:rPr>
                <w:sz w:val="16"/>
              </w:rPr>
              <w:t>75</w:t>
            </w:r>
          </w:p>
        </w:tc>
        <w:tc>
          <w:tcPr>
            <w:tcW w:w="3855" w:type="dxa"/>
            <w:tcMar>
              <w:top w:w="38" w:type="dxa"/>
              <w:left w:w="55" w:type="dxa"/>
              <w:bottom w:w="38" w:type="dxa"/>
              <w:right w:w="55" w:type="dxa"/>
            </w:tcMar>
            <w:vAlign w:val="center"/>
          </w:tcPr>
          <w:p w14:paraId="3FEEE507" w14:textId="77777777" w:rsidR="00915042" w:rsidRDefault="00915042" w:rsidP="0098379A">
            <w:pPr>
              <w:spacing w:after="0" w:line="240" w:lineRule="auto"/>
              <w:jc w:val="left"/>
            </w:pPr>
            <w:r>
              <w:rPr>
                <w:sz w:val="16"/>
              </w:rPr>
              <w:t>Attorney Zeynep Kaya Akdeniz</w:t>
            </w:r>
          </w:p>
        </w:tc>
        <w:tc>
          <w:tcPr>
            <w:tcW w:w="3628" w:type="dxa"/>
            <w:tcMar>
              <w:top w:w="38" w:type="dxa"/>
              <w:left w:w="55" w:type="dxa"/>
              <w:bottom w:w="38" w:type="dxa"/>
              <w:right w:w="55" w:type="dxa"/>
            </w:tcMar>
            <w:vAlign w:val="center"/>
          </w:tcPr>
          <w:p w14:paraId="4AD51A6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C61D719" w14:textId="77777777" w:rsidR="00915042" w:rsidRDefault="00915042" w:rsidP="0098379A">
            <w:pPr>
              <w:spacing w:after="0" w:line="240" w:lineRule="auto"/>
              <w:jc w:val="center"/>
            </w:pPr>
            <w:r>
              <w:rPr>
                <w:sz w:val="16"/>
              </w:rPr>
              <w:t>24233</w:t>
            </w:r>
          </w:p>
        </w:tc>
      </w:tr>
      <w:tr w:rsidR="00915042" w14:paraId="02F020E5" w14:textId="77777777" w:rsidTr="0098379A">
        <w:trPr>
          <w:cantSplit/>
          <w:jc w:val="center"/>
        </w:trPr>
        <w:tc>
          <w:tcPr>
            <w:tcW w:w="482" w:type="dxa"/>
            <w:tcMar>
              <w:top w:w="38" w:type="dxa"/>
              <w:left w:w="55" w:type="dxa"/>
              <w:bottom w:w="38" w:type="dxa"/>
              <w:right w:w="55" w:type="dxa"/>
            </w:tcMar>
            <w:vAlign w:val="center"/>
          </w:tcPr>
          <w:p w14:paraId="284DC8B4" w14:textId="77777777" w:rsidR="00915042" w:rsidRDefault="00915042" w:rsidP="0098379A">
            <w:pPr>
              <w:spacing w:after="0" w:line="240" w:lineRule="auto"/>
              <w:jc w:val="center"/>
            </w:pPr>
            <w:r>
              <w:rPr>
                <w:sz w:val="16"/>
              </w:rPr>
              <w:t>76</w:t>
            </w:r>
          </w:p>
        </w:tc>
        <w:tc>
          <w:tcPr>
            <w:tcW w:w="3855" w:type="dxa"/>
            <w:tcMar>
              <w:top w:w="38" w:type="dxa"/>
              <w:left w:w="55" w:type="dxa"/>
              <w:bottom w:w="38" w:type="dxa"/>
              <w:right w:w="55" w:type="dxa"/>
            </w:tcMar>
            <w:vAlign w:val="center"/>
          </w:tcPr>
          <w:p w14:paraId="4B195A56" w14:textId="77777777" w:rsidR="00915042" w:rsidRDefault="00915042" w:rsidP="0098379A">
            <w:pPr>
              <w:spacing w:after="0" w:line="240" w:lineRule="auto"/>
              <w:jc w:val="left"/>
            </w:pPr>
            <w:r>
              <w:rPr>
                <w:sz w:val="16"/>
              </w:rPr>
              <w:t xml:space="preserve">Attorney </w:t>
            </w:r>
            <w:proofErr w:type="spellStart"/>
            <w:r>
              <w:rPr>
                <w:sz w:val="16"/>
              </w:rPr>
              <w:t>Cevriye</w:t>
            </w:r>
            <w:proofErr w:type="spellEnd"/>
            <w:r>
              <w:rPr>
                <w:sz w:val="16"/>
              </w:rPr>
              <w:t xml:space="preserve"> Aydın</w:t>
            </w:r>
          </w:p>
        </w:tc>
        <w:tc>
          <w:tcPr>
            <w:tcW w:w="3628" w:type="dxa"/>
            <w:tcMar>
              <w:top w:w="38" w:type="dxa"/>
              <w:left w:w="55" w:type="dxa"/>
              <w:bottom w:w="38" w:type="dxa"/>
              <w:right w:w="55" w:type="dxa"/>
            </w:tcMar>
            <w:vAlign w:val="center"/>
          </w:tcPr>
          <w:p w14:paraId="26AB7C62"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BCF8363" w14:textId="77777777" w:rsidR="00915042" w:rsidRDefault="00915042" w:rsidP="0098379A">
            <w:pPr>
              <w:spacing w:after="0" w:line="240" w:lineRule="auto"/>
              <w:jc w:val="center"/>
            </w:pPr>
            <w:r>
              <w:rPr>
                <w:sz w:val="16"/>
              </w:rPr>
              <w:t>13450</w:t>
            </w:r>
          </w:p>
        </w:tc>
      </w:tr>
      <w:tr w:rsidR="00915042" w14:paraId="1C24675D" w14:textId="77777777" w:rsidTr="0098379A">
        <w:trPr>
          <w:cantSplit/>
          <w:jc w:val="center"/>
        </w:trPr>
        <w:tc>
          <w:tcPr>
            <w:tcW w:w="482" w:type="dxa"/>
            <w:tcMar>
              <w:top w:w="38" w:type="dxa"/>
              <w:left w:w="55" w:type="dxa"/>
              <w:bottom w:w="38" w:type="dxa"/>
              <w:right w:w="55" w:type="dxa"/>
            </w:tcMar>
            <w:vAlign w:val="center"/>
          </w:tcPr>
          <w:p w14:paraId="512A9FF2" w14:textId="77777777" w:rsidR="00915042" w:rsidRDefault="00915042" w:rsidP="0098379A">
            <w:pPr>
              <w:spacing w:after="0" w:line="240" w:lineRule="auto"/>
              <w:jc w:val="center"/>
            </w:pPr>
            <w:r>
              <w:rPr>
                <w:sz w:val="16"/>
              </w:rPr>
              <w:t>77</w:t>
            </w:r>
          </w:p>
        </w:tc>
        <w:tc>
          <w:tcPr>
            <w:tcW w:w="3855" w:type="dxa"/>
            <w:tcMar>
              <w:top w:w="38" w:type="dxa"/>
              <w:left w:w="55" w:type="dxa"/>
              <w:bottom w:w="38" w:type="dxa"/>
              <w:right w:w="55" w:type="dxa"/>
            </w:tcMar>
            <w:vAlign w:val="center"/>
          </w:tcPr>
          <w:p w14:paraId="6B46EDF1" w14:textId="77777777" w:rsidR="00915042" w:rsidRDefault="00915042" w:rsidP="0098379A">
            <w:pPr>
              <w:spacing w:after="0" w:line="240" w:lineRule="auto"/>
              <w:jc w:val="left"/>
            </w:pPr>
            <w:r>
              <w:rPr>
                <w:sz w:val="16"/>
              </w:rPr>
              <w:t xml:space="preserve">Attorney </w:t>
            </w:r>
            <w:proofErr w:type="spellStart"/>
            <w:r>
              <w:rPr>
                <w:sz w:val="16"/>
              </w:rPr>
              <w:t>İlknur</w:t>
            </w:r>
            <w:proofErr w:type="spellEnd"/>
            <w:r>
              <w:rPr>
                <w:sz w:val="16"/>
              </w:rPr>
              <w:t xml:space="preserve"> Alcan</w:t>
            </w:r>
          </w:p>
        </w:tc>
        <w:tc>
          <w:tcPr>
            <w:tcW w:w="3628" w:type="dxa"/>
            <w:tcMar>
              <w:top w:w="38" w:type="dxa"/>
              <w:left w:w="55" w:type="dxa"/>
              <w:bottom w:w="38" w:type="dxa"/>
              <w:right w:w="55" w:type="dxa"/>
            </w:tcMar>
            <w:vAlign w:val="center"/>
          </w:tcPr>
          <w:p w14:paraId="1B231E08"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D43C68A" w14:textId="77777777" w:rsidR="00915042" w:rsidRDefault="00915042" w:rsidP="0098379A">
            <w:pPr>
              <w:spacing w:after="0" w:line="240" w:lineRule="auto"/>
              <w:jc w:val="center"/>
            </w:pPr>
            <w:r>
              <w:rPr>
                <w:sz w:val="16"/>
              </w:rPr>
              <w:t>28210</w:t>
            </w:r>
          </w:p>
        </w:tc>
      </w:tr>
      <w:tr w:rsidR="00915042" w14:paraId="741911C4" w14:textId="77777777" w:rsidTr="0098379A">
        <w:trPr>
          <w:cantSplit/>
          <w:jc w:val="center"/>
        </w:trPr>
        <w:tc>
          <w:tcPr>
            <w:tcW w:w="482" w:type="dxa"/>
            <w:tcMar>
              <w:top w:w="38" w:type="dxa"/>
              <w:left w:w="55" w:type="dxa"/>
              <w:bottom w:w="38" w:type="dxa"/>
              <w:right w:w="55" w:type="dxa"/>
            </w:tcMar>
            <w:vAlign w:val="center"/>
          </w:tcPr>
          <w:p w14:paraId="3B9E1C59" w14:textId="77777777" w:rsidR="00915042" w:rsidRDefault="00915042" w:rsidP="0098379A">
            <w:pPr>
              <w:spacing w:after="0" w:line="240" w:lineRule="auto"/>
              <w:jc w:val="center"/>
            </w:pPr>
            <w:r>
              <w:rPr>
                <w:sz w:val="16"/>
              </w:rPr>
              <w:t>78</w:t>
            </w:r>
          </w:p>
        </w:tc>
        <w:tc>
          <w:tcPr>
            <w:tcW w:w="3855" w:type="dxa"/>
            <w:tcMar>
              <w:top w:w="38" w:type="dxa"/>
              <w:left w:w="55" w:type="dxa"/>
              <w:bottom w:w="38" w:type="dxa"/>
              <w:right w:w="55" w:type="dxa"/>
            </w:tcMar>
            <w:vAlign w:val="center"/>
          </w:tcPr>
          <w:p w14:paraId="3BB259B3" w14:textId="77777777" w:rsidR="00915042" w:rsidRDefault="00915042" w:rsidP="0098379A">
            <w:pPr>
              <w:spacing w:after="0" w:line="240" w:lineRule="auto"/>
              <w:jc w:val="left"/>
            </w:pPr>
            <w:r>
              <w:rPr>
                <w:sz w:val="16"/>
              </w:rPr>
              <w:t>Attorney Seyit Sönmez</w:t>
            </w:r>
          </w:p>
        </w:tc>
        <w:tc>
          <w:tcPr>
            <w:tcW w:w="3628" w:type="dxa"/>
            <w:tcMar>
              <w:top w:w="38" w:type="dxa"/>
              <w:left w:w="55" w:type="dxa"/>
              <w:bottom w:w="38" w:type="dxa"/>
              <w:right w:w="55" w:type="dxa"/>
            </w:tcMar>
            <w:vAlign w:val="center"/>
          </w:tcPr>
          <w:p w14:paraId="4427F9ED" w14:textId="77777777" w:rsidR="00915042" w:rsidRDefault="00915042" w:rsidP="0098379A">
            <w:pPr>
              <w:spacing w:after="0" w:line="240" w:lineRule="auto"/>
              <w:jc w:val="left"/>
            </w:pPr>
            <w:proofErr w:type="spellStart"/>
            <w:r>
              <w:rPr>
                <w:sz w:val="16"/>
              </w:rPr>
              <w:t>Kahramanmaraş</w:t>
            </w:r>
            <w:proofErr w:type="spellEnd"/>
            <w:r>
              <w:rPr>
                <w:sz w:val="16"/>
              </w:rPr>
              <w:t xml:space="preserve"> Bar Association</w:t>
            </w:r>
          </w:p>
        </w:tc>
        <w:tc>
          <w:tcPr>
            <w:tcW w:w="1701" w:type="dxa"/>
            <w:tcMar>
              <w:top w:w="38" w:type="dxa"/>
              <w:left w:w="55" w:type="dxa"/>
              <w:bottom w:w="38" w:type="dxa"/>
              <w:right w:w="55" w:type="dxa"/>
            </w:tcMar>
            <w:vAlign w:val="center"/>
          </w:tcPr>
          <w:p w14:paraId="4CABC107" w14:textId="77777777" w:rsidR="00915042" w:rsidRDefault="00915042" w:rsidP="0098379A">
            <w:pPr>
              <w:spacing w:after="0" w:line="240" w:lineRule="auto"/>
              <w:jc w:val="center"/>
            </w:pPr>
            <w:r>
              <w:rPr>
                <w:sz w:val="16"/>
              </w:rPr>
              <w:t>2588</w:t>
            </w:r>
          </w:p>
        </w:tc>
      </w:tr>
      <w:tr w:rsidR="00915042" w14:paraId="3AA01953" w14:textId="77777777" w:rsidTr="0098379A">
        <w:trPr>
          <w:cantSplit/>
          <w:jc w:val="center"/>
        </w:trPr>
        <w:tc>
          <w:tcPr>
            <w:tcW w:w="482" w:type="dxa"/>
            <w:tcMar>
              <w:top w:w="38" w:type="dxa"/>
              <w:left w:w="55" w:type="dxa"/>
              <w:bottom w:w="38" w:type="dxa"/>
              <w:right w:w="55" w:type="dxa"/>
            </w:tcMar>
            <w:vAlign w:val="center"/>
          </w:tcPr>
          <w:p w14:paraId="00CB7F72" w14:textId="77777777" w:rsidR="00915042" w:rsidRDefault="00915042" w:rsidP="0098379A">
            <w:pPr>
              <w:spacing w:after="0" w:line="240" w:lineRule="auto"/>
              <w:jc w:val="center"/>
            </w:pPr>
            <w:r>
              <w:rPr>
                <w:sz w:val="16"/>
              </w:rPr>
              <w:t>79</w:t>
            </w:r>
          </w:p>
        </w:tc>
        <w:tc>
          <w:tcPr>
            <w:tcW w:w="3855" w:type="dxa"/>
            <w:tcMar>
              <w:top w:w="38" w:type="dxa"/>
              <w:left w:w="55" w:type="dxa"/>
              <w:bottom w:w="38" w:type="dxa"/>
              <w:right w:w="55" w:type="dxa"/>
            </w:tcMar>
            <w:vAlign w:val="center"/>
          </w:tcPr>
          <w:p w14:paraId="19E4F9FB" w14:textId="77777777" w:rsidR="00915042" w:rsidRDefault="00915042" w:rsidP="0098379A">
            <w:pPr>
              <w:spacing w:after="0" w:line="240" w:lineRule="auto"/>
              <w:jc w:val="left"/>
            </w:pPr>
            <w:r>
              <w:rPr>
                <w:sz w:val="16"/>
              </w:rPr>
              <w:t xml:space="preserve">Attorney </w:t>
            </w:r>
            <w:proofErr w:type="spellStart"/>
            <w:r>
              <w:rPr>
                <w:sz w:val="16"/>
              </w:rPr>
              <w:t>Berfu</w:t>
            </w:r>
            <w:proofErr w:type="spellEnd"/>
            <w:r>
              <w:rPr>
                <w:sz w:val="16"/>
              </w:rPr>
              <w:t xml:space="preserve"> </w:t>
            </w:r>
            <w:proofErr w:type="spellStart"/>
            <w:r>
              <w:rPr>
                <w:sz w:val="16"/>
              </w:rPr>
              <w:t>Uluyol</w:t>
            </w:r>
            <w:proofErr w:type="spellEnd"/>
          </w:p>
        </w:tc>
        <w:tc>
          <w:tcPr>
            <w:tcW w:w="3628" w:type="dxa"/>
            <w:tcMar>
              <w:top w:w="38" w:type="dxa"/>
              <w:left w:w="55" w:type="dxa"/>
              <w:bottom w:w="38" w:type="dxa"/>
              <w:right w:w="55" w:type="dxa"/>
            </w:tcMar>
            <w:vAlign w:val="center"/>
          </w:tcPr>
          <w:p w14:paraId="0056C33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B8AE5D7" w14:textId="77777777" w:rsidR="00915042" w:rsidRDefault="00915042" w:rsidP="0098379A">
            <w:pPr>
              <w:spacing w:after="0" w:line="240" w:lineRule="auto"/>
              <w:jc w:val="center"/>
            </w:pPr>
            <w:r>
              <w:rPr>
                <w:sz w:val="16"/>
              </w:rPr>
              <w:t>93856</w:t>
            </w:r>
          </w:p>
        </w:tc>
      </w:tr>
      <w:tr w:rsidR="00915042" w14:paraId="67C12777" w14:textId="77777777" w:rsidTr="0098379A">
        <w:trPr>
          <w:cantSplit/>
          <w:jc w:val="center"/>
        </w:trPr>
        <w:tc>
          <w:tcPr>
            <w:tcW w:w="482" w:type="dxa"/>
            <w:tcMar>
              <w:top w:w="38" w:type="dxa"/>
              <w:left w:w="55" w:type="dxa"/>
              <w:bottom w:w="38" w:type="dxa"/>
              <w:right w:w="55" w:type="dxa"/>
            </w:tcMar>
            <w:vAlign w:val="center"/>
          </w:tcPr>
          <w:p w14:paraId="2AF855D0" w14:textId="77777777" w:rsidR="00915042" w:rsidRDefault="00915042" w:rsidP="0098379A">
            <w:pPr>
              <w:spacing w:after="0" w:line="240" w:lineRule="auto"/>
              <w:jc w:val="center"/>
            </w:pPr>
            <w:r>
              <w:rPr>
                <w:sz w:val="16"/>
              </w:rPr>
              <w:t>80</w:t>
            </w:r>
          </w:p>
        </w:tc>
        <w:tc>
          <w:tcPr>
            <w:tcW w:w="3855" w:type="dxa"/>
            <w:tcMar>
              <w:top w:w="38" w:type="dxa"/>
              <w:left w:w="55" w:type="dxa"/>
              <w:bottom w:w="38" w:type="dxa"/>
              <w:right w:w="55" w:type="dxa"/>
            </w:tcMar>
            <w:vAlign w:val="center"/>
          </w:tcPr>
          <w:p w14:paraId="1400E7D4" w14:textId="77777777" w:rsidR="00915042" w:rsidRDefault="00915042" w:rsidP="0098379A">
            <w:pPr>
              <w:spacing w:after="0" w:line="240" w:lineRule="auto"/>
              <w:jc w:val="left"/>
            </w:pPr>
            <w:r>
              <w:rPr>
                <w:sz w:val="16"/>
              </w:rPr>
              <w:t>Attorney Engin Deniz Ergin</w:t>
            </w:r>
          </w:p>
        </w:tc>
        <w:tc>
          <w:tcPr>
            <w:tcW w:w="3628" w:type="dxa"/>
            <w:tcMar>
              <w:top w:w="38" w:type="dxa"/>
              <w:left w:w="55" w:type="dxa"/>
              <w:bottom w:w="38" w:type="dxa"/>
              <w:right w:w="55" w:type="dxa"/>
            </w:tcMar>
            <w:vAlign w:val="center"/>
          </w:tcPr>
          <w:p w14:paraId="01CA6CA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DB65AAB" w14:textId="77777777" w:rsidR="00915042" w:rsidRDefault="00915042" w:rsidP="0098379A">
            <w:pPr>
              <w:spacing w:after="0" w:line="240" w:lineRule="auto"/>
              <w:jc w:val="center"/>
            </w:pPr>
            <w:r>
              <w:rPr>
                <w:sz w:val="16"/>
              </w:rPr>
              <w:t>61765</w:t>
            </w:r>
          </w:p>
        </w:tc>
      </w:tr>
      <w:tr w:rsidR="00915042" w14:paraId="1998E7A5" w14:textId="77777777" w:rsidTr="0098379A">
        <w:trPr>
          <w:cantSplit/>
          <w:jc w:val="center"/>
        </w:trPr>
        <w:tc>
          <w:tcPr>
            <w:tcW w:w="482" w:type="dxa"/>
            <w:tcMar>
              <w:top w:w="38" w:type="dxa"/>
              <w:left w:w="55" w:type="dxa"/>
              <w:bottom w:w="38" w:type="dxa"/>
              <w:right w:w="55" w:type="dxa"/>
            </w:tcMar>
            <w:vAlign w:val="center"/>
          </w:tcPr>
          <w:p w14:paraId="7813ECCC" w14:textId="77777777" w:rsidR="00915042" w:rsidRDefault="00915042" w:rsidP="0098379A">
            <w:pPr>
              <w:spacing w:after="0" w:line="240" w:lineRule="auto"/>
              <w:jc w:val="center"/>
            </w:pPr>
            <w:r>
              <w:rPr>
                <w:sz w:val="16"/>
              </w:rPr>
              <w:t>81</w:t>
            </w:r>
          </w:p>
        </w:tc>
        <w:tc>
          <w:tcPr>
            <w:tcW w:w="3855" w:type="dxa"/>
            <w:tcMar>
              <w:top w:w="38" w:type="dxa"/>
              <w:left w:w="55" w:type="dxa"/>
              <w:bottom w:w="38" w:type="dxa"/>
              <w:right w:w="55" w:type="dxa"/>
            </w:tcMar>
            <w:vAlign w:val="center"/>
          </w:tcPr>
          <w:p w14:paraId="2F7055E1" w14:textId="77777777" w:rsidR="00915042" w:rsidRDefault="00915042" w:rsidP="0098379A">
            <w:pPr>
              <w:spacing w:after="0" w:line="240" w:lineRule="auto"/>
              <w:jc w:val="left"/>
            </w:pPr>
            <w:r>
              <w:rPr>
                <w:sz w:val="16"/>
              </w:rPr>
              <w:t>Attorney Ahmet Enver Akan</w:t>
            </w:r>
          </w:p>
        </w:tc>
        <w:tc>
          <w:tcPr>
            <w:tcW w:w="3628" w:type="dxa"/>
            <w:tcMar>
              <w:top w:w="38" w:type="dxa"/>
              <w:left w:w="55" w:type="dxa"/>
              <w:bottom w:w="38" w:type="dxa"/>
              <w:right w:w="55" w:type="dxa"/>
            </w:tcMar>
            <w:vAlign w:val="center"/>
          </w:tcPr>
          <w:p w14:paraId="039B77AD"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E4AE0A4" w14:textId="77777777" w:rsidR="00915042" w:rsidRDefault="00915042" w:rsidP="0098379A">
            <w:pPr>
              <w:spacing w:after="0" w:line="240" w:lineRule="auto"/>
              <w:jc w:val="center"/>
            </w:pPr>
            <w:r>
              <w:rPr>
                <w:sz w:val="16"/>
              </w:rPr>
              <w:t>15417</w:t>
            </w:r>
          </w:p>
        </w:tc>
      </w:tr>
      <w:tr w:rsidR="00915042" w14:paraId="12D705D7" w14:textId="77777777" w:rsidTr="0098379A">
        <w:trPr>
          <w:cantSplit/>
          <w:jc w:val="center"/>
        </w:trPr>
        <w:tc>
          <w:tcPr>
            <w:tcW w:w="482" w:type="dxa"/>
            <w:tcMar>
              <w:top w:w="38" w:type="dxa"/>
              <w:left w:w="55" w:type="dxa"/>
              <w:bottom w:w="38" w:type="dxa"/>
              <w:right w:w="55" w:type="dxa"/>
            </w:tcMar>
            <w:vAlign w:val="center"/>
          </w:tcPr>
          <w:p w14:paraId="19FB665B" w14:textId="77777777" w:rsidR="00915042" w:rsidRDefault="00915042" w:rsidP="0098379A">
            <w:pPr>
              <w:spacing w:after="0" w:line="240" w:lineRule="auto"/>
              <w:jc w:val="center"/>
            </w:pPr>
            <w:r>
              <w:rPr>
                <w:sz w:val="16"/>
              </w:rPr>
              <w:t>82</w:t>
            </w:r>
          </w:p>
        </w:tc>
        <w:tc>
          <w:tcPr>
            <w:tcW w:w="3855" w:type="dxa"/>
            <w:tcMar>
              <w:top w:w="38" w:type="dxa"/>
              <w:left w:w="55" w:type="dxa"/>
              <w:bottom w:w="38" w:type="dxa"/>
              <w:right w:w="55" w:type="dxa"/>
            </w:tcMar>
            <w:vAlign w:val="center"/>
          </w:tcPr>
          <w:p w14:paraId="5C927A7D" w14:textId="77777777" w:rsidR="00915042" w:rsidRDefault="00915042" w:rsidP="0098379A">
            <w:pPr>
              <w:spacing w:after="0" w:line="240" w:lineRule="auto"/>
              <w:jc w:val="left"/>
            </w:pPr>
            <w:r>
              <w:rPr>
                <w:sz w:val="16"/>
              </w:rPr>
              <w:t>Attorney Ekin Yavuz</w:t>
            </w:r>
          </w:p>
        </w:tc>
        <w:tc>
          <w:tcPr>
            <w:tcW w:w="3628" w:type="dxa"/>
            <w:tcMar>
              <w:top w:w="38" w:type="dxa"/>
              <w:left w:w="55" w:type="dxa"/>
              <w:bottom w:w="38" w:type="dxa"/>
              <w:right w:w="55" w:type="dxa"/>
            </w:tcMar>
            <w:vAlign w:val="center"/>
          </w:tcPr>
          <w:p w14:paraId="7A71E78C"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ECCD367" w14:textId="77777777" w:rsidR="00915042" w:rsidRDefault="00915042" w:rsidP="0098379A">
            <w:pPr>
              <w:spacing w:after="0" w:line="240" w:lineRule="auto"/>
              <w:jc w:val="center"/>
            </w:pPr>
            <w:r>
              <w:rPr>
                <w:sz w:val="16"/>
              </w:rPr>
              <w:t>74266</w:t>
            </w:r>
          </w:p>
        </w:tc>
      </w:tr>
      <w:tr w:rsidR="00915042" w14:paraId="2F50F688" w14:textId="77777777" w:rsidTr="0098379A">
        <w:trPr>
          <w:cantSplit/>
          <w:jc w:val="center"/>
        </w:trPr>
        <w:tc>
          <w:tcPr>
            <w:tcW w:w="482" w:type="dxa"/>
            <w:tcMar>
              <w:top w:w="38" w:type="dxa"/>
              <w:left w:w="55" w:type="dxa"/>
              <w:bottom w:w="38" w:type="dxa"/>
              <w:right w:w="55" w:type="dxa"/>
            </w:tcMar>
            <w:vAlign w:val="center"/>
          </w:tcPr>
          <w:p w14:paraId="5E07C07A" w14:textId="77777777" w:rsidR="00915042" w:rsidRDefault="00915042" w:rsidP="0098379A">
            <w:pPr>
              <w:spacing w:after="0" w:line="240" w:lineRule="auto"/>
              <w:jc w:val="center"/>
            </w:pPr>
            <w:r>
              <w:rPr>
                <w:sz w:val="16"/>
              </w:rPr>
              <w:t>83</w:t>
            </w:r>
          </w:p>
        </w:tc>
        <w:tc>
          <w:tcPr>
            <w:tcW w:w="3855" w:type="dxa"/>
            <w:tcMar>
              <w:top w:w="38" w:type="dxa"/>
              <w:left w:w="55" w:type="dxa"/>
              <w:bottom w:w="38" w:type="dxa"/>
              <w:right w:w="55" w:type="dxa"/>
            </w:tcMar>
            <w:vAlign w:val="center"/>
          </w:tcPr>
          <w:p w14:paraId="6A6FEB13" w14:textId="77777777" w:rsidR="00915042" w:rsidRDefault="00915042" w:rsidP="0098379A">
            <w:pPr>
              <w:spacing w:after="0" w:line="240" w:lineRule="auto"/>
              <w:jc w:val="left"/>
            </w:pPr>
            <w:r>
              <w:rPr>
                <w:sz w:val="16"/>
              </w:rPr>
              <w:t>Attorney Ali Yiğit</w:t>
            </w:r>
          </w:p>
        </w:tc>
        <w:tc>
          <w:tcPr>
            <w:tcW w:w="3628" w:type="dxa"/>
            <w:tcMar>
              <w:top w:w="38" w:type="dxa"/>
              <w:left w:w="55" w:type="dxa"/>
              <w:bottom w:w="38" w:type="dxa"/>
              <w:right w:w="55" w:type="dxa"/>
            </w:tcMar>
            <w:vAlign w:val="center"/>
          </w:tcPr>
          <w:p w14:paraId="629A212D"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DF79D0E" w14:textId="77777777" w:rsidR="00915042" w:rsidRDefault="00915042" w:rsidP="0098379A">
            <w:pPr>
              <w:spacing w:after="0" w:line="240" w:lineRule="auto"/>
              <w:jc w:val="center"/>
            </w:pPr>
            <w:r>
              <w:rPr>
                <w:sz w:val="16"/>
              </w:rPr>
              <w:t>96129</w:t>
            </w:r>
          </w:p>
        </w:tc>
      </w:tr>
      <w:tr w:rsidR="00915042" w14:paraId="2FAA6A27" w14:textId="77777777" w:rsidTr="0098379A">
        <w:trPr>
          <w:cantSplit/>
          <w:jc w:val="center"/>
        </w:trPr>
        <w:tc>
          <w:tcPr>
            <w:tcW w:w="482" w:type="dxa"/>
            <w:tcMar>
              <w:top w:w="38" w:type="dxa"/>
              <w:left w:w="55" w:type="dxa"/>
              <w:bottom w:w="38" w:type="dxa"/>
              <w:right w:w="55" w:type="dxa"/>
            </w:tcMar>
            <w:vAlign w:val="center"/>
          </w:tcPr>
          <w:p w14:paraId="500E8E15" w14:textId="77777777" w:rsidR="00915042" w:rsidRDefault="00915042" w:rsidP="0098379A">
            <w:pPr>
              <w:spacing w:after="0" w:line="240" w:lineRule="auto"/>
              <w:jc w:val="center"/>
            </w:pPr>
            <w:r>
              <w:rPr>
                <w:sz w:val="16"/>
              </w:rPr>
              <w:t>84</w:t>
            </w:r>
          </w:p>
        </w:tc>
        <w:tc>
          <w:tcPr>
            <w:tcW w:w="3855" w:type="dxa"/>
            <w:tcMar>
              <w:top w:w="38" w:type="dxa"/>
              <w:left w:w="55" w:type="dxa"/>
              <w:bottom w:w="38" w:type="dxa"/>
              <w:right w:w="55" w:type="dxa"/>
            </w:tcMar>
            <w:vAlign w:val="center"/>
          </w:tcPr>
          <w:p w14:paraId="596D8AD4" w14:textId="77777777" w:rsidR="00915042" w:rsidRDefault="00915042" w:rsidP="0098379A">
            <w:pPr>
              <w:spacing w:after="0" w:line="240" w:lineRule="auto"/>
              <w:jc w:val="left"/>
            </w:pPr>
            <w:r>
              <w:rPr>
                <w:sz w:val="16"/>
              </w:rPr>
              <w:t xml:space="preserve">Attorney Büşra </w:t>
            </w:r>
            <w:proofErr w:type="spellStart"/>
            <w:r>
              <w:rPr>
                <w:sz w:val="16"/>
              </w:rPr>
              <w:t>Altınoluk</w:t>
            </w:r>
            <w:proofErr w:type="spellEnd"/>
          </w:p>
        </w:tc>
        <w:tc>
          <w:tcPr>
            <w:tcW w:w="3628" w:type="dxa"/>
            <w:tcMar>
              <w:top w:w="38" w:type="dxa"/>
              <w:left w:w="55" w:type="dxa"/>
              <w:bottom w:w="38" w:type="dxa"/>
              <w:right w:w="55" w:type="dxa"/>
            </w:tcMar>
            <w:vAlign w:val="center"/>
          </w:tcPr>
          <w:p w14:paraId="5A73C0A1"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5B1C39F" w14:textId="77777777" w:rsidR="00915042" w:rsidRDefault="00915042" w:rsidP="0098379A">
            <w:pPr>
              <w:spacing w:after="0" w:line="240" w:lineRule="auto"/>
              <w:jc w:val="center"/>
            </w:pPr>
            <w:r>
              <w:rPr>
                <w:sz w:val="16"/>
              </w:rPr>
              <w:t>79451</w:t>
            </w:r>
          </w:p>
        </w:tc>
      </w:tr>
      <w:tr w:rsidR="00915042" w14:paraId="1D438DC1" w14:textId="77777777" w:rsidTr="0098379A">
        <w:trPr>
          <w:cantSplit/>
          <w:jc w:val="center"/>
        </w:trPr>
        <w:tc>
          <w:tcPr>
            <w:tcW w:w="482" w:type="dxa"/>
            <w:tcMar>
              <w:top w:w="38" w:type="dxa"/>
              <w:left w:w="55" w:type="dxa"/>
              <w:bottom w:w="38" w:type="dxa"/>
              <w:right w:w="55" w:type="dxa"/>
            </w:tcMar>
            <w:vAlign w:val="center"/>
          </w:tcPr>
          <w:p w14:paraId="37B72745" w14:textId="77777777" w:rsidR="00915042" w:rsidRDefault="00915042" w:rsidP="0098379A">
            <w:pPr>
              <w:spacing w:after="0" w:line="240" w:lineRule="auto"/>
              <w:jc w:val="center"/>
            </w:pPr>
            <w:r>
              <w:rPr>
                <w:sz w:val="16"/>
              </w:rPr>
              <w:t>85</w:t>
            </w:r>
          </w:p>
        </w:tc>
        <w:tc>
          <w:tcPr>
            <w:tcW w:w="3855" w:type="dxa"/>
            <w:tcMar>
              <w:top w:w="38" w:type="dxa"/>
              <w:left w:w="55" w:type="dxa"/>
              <w:bottom w:w="38" w:type="dxa"/>
              <w:right w:w="55" w:type="dxa"/>
            </w:tcMar>
            <w:vAlign w:val="center"/>
          </w:tcPr>
          <w:p w14:paraId="086A5863" w14:textId="77777777" w:rsidR="00915042" w:rsidRDefault="00915042" w:rsidP="0098379A">
            <w:pPr>
              <w:spacing w:after="0" w:line="240" w:lineRule="auto"/>
              <w:jc w:val="left"/>
            </w:pPr>
            <w:r>
              <w:rPr>
                <w:sz w:val="16"/>
              </w:rPr>
              <w:t>Attorney Nimet Acar</w:t>
            </w:r>
          </w:p>
        </w:tc>
        <w:tc>
          <w:tcPr>
            <w:tcW w:w="3628" w:type="dxa"/>
            <w:tcMar>
              <w:top w:w="38" w:type="dxa"/>
              <w:left w:w="55" w:type="dxa"/>
              <w:bottom w:w="38" w:type="dxa"/>
              <w:right w:w="55" w:type="dxa"/>
            </w:tcMar>
            <w:vAlign w:val="center"/>
          </w:tcPr>
          <w:p w14:paraId="72CD8B07"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25B8D2B" w14:textId="77777777" w:rsidR="00915042" w:rsidRDefault="00915042" w:rsidP="0098379A">
            <w:pPr>
              <w:spacing w:after="0" w:line="240" w:lineRule="auto"/>
              <w:jc w:val="center"/>
            </w:pPr>
            <w:r>
              <w:rPr>
                <w:sz w:val="16"/>
              </w:rPr>
              <w:t>66067</w:t>
            </w:r>
          </w:p>
        </w:tc>
      </w:tr>
      <w:tr w:rsidR="00915042" w14:paraId="19E0A6B9" w14:textId="77777777" w:rsidTr="0098379A">
        <w:trPr>
          <w:cantSplit/>
          <w:jc w:val="center"/>
        </w:trPr>
        <w:tc>
          <w:tcPr>
            <w:tcW w:w="482" w:type="dxa"/>
            <w:tcMar>
              <w:top w:w="38" w:type="dxa"/>
              <w:left w:w="55" w:type="dxa"/>
              <w:bottom w:w="38" w:type="dxa"/>
              <w:right w:w="55" w:type="dxa"/>
            </w:tcMar>
            <w:vAlign w:val="center"/>
          </w:tcPr>
          <w:p w14:paraId="43A1E481" w14:textId="77777777" w:rsidR="00915042" w:rsidRDefault="00915042" w:rsidP="0098379A">
            <w:pPr>
              <w:spacing w:after="0" w:line="240" w:lineRule="auto"/>
              <w:jc w:val="center"/>
            </w:pPr>
            <w:r>
              <w:rPr>
                <w:sz w:val="16"/>
              </w:rPr>
              <w:t>86</w:t>
            </w:r>
          </w:p>
        </w:tc>
        <w:tc>
          <w:tcPr>
            <w:tcW w:w="3855" w:type="dxa"/>
            <w:tcMar>
              <w:top w:w="38" w:type="dxa"/>
              <w:left w:w="55" w:type="dxa"/>
              <w:bottom w:w="38" w:type="dxa"/>
              <w:right w:w="55" w:type="dxa"/>
            </w:tcMar>
            <w:vAlign w:val="center"/>
          </w:tcPr>
          <w:p w14:paraId="34C7F5F7" w14:textId="77777777" w:rsidR="00915042" w:rsidRDefault="00915042" w:rsidP="0098379A">
            <w:pPr>
              <w:spacing w:after="0" w:line="240" w:lineRule="auto"/>
              <w:jc w:val="left"/>
            </w:pPr>
            <w:r>
              <w:rPr>
                <w:sz w:val="16"/>
              </w:rPr>
              <w:t>Attorney Derya Çiçek</w:t>
            </w:r>
          </w:p>
        </w:tc>
        <w:tc>
          <w:tcPr>
            <w:tcW w:w="3628" w:type="dxa"/>
            <w:tcMar>
              <w:top w:w="38" w:type="dxa"/>
              <w:left w:w="55" w:type="dxa"/>
              <w:bottom w:w="38" w:type="dxa"/>
              <w:right w:w="55" w:type="dxa"/>
            </w:tcMar>
            <w:vAlign w:val="center"/>
          </w:tcPr>
          <w:p w14:paraId="7633DB0B" w14:textId="77777777" w:rsidR="00915042" w:rsidRDefault="00915042" w:rsidP="0098379A">
            <w:pPr>
              <w:spacing w:after="0" w:line="240" w:lineRule="auto"/>
              <w:jc w:val="left"/>
            </w:pPr>
            <w:r>
              <w:rPr>
                <w:sz w:val="16"/>
              </w:rPr>
              <w:t>Gaziantep Bar Association</w:t>
            </w:r>
          </w:p>
        </w:tc>
        <w:tc>
          <w:tcPr>
            <w:tcW w:w="1701" w:type="dxa"/>
            <w:tcMar>
              <w:top w:w="38" w:type="dxa"/>
              <w:left w:w="55" w:type="dxa"/>
              <w:bottom w:w="38" w:type="dxa"/>
              <w:right w:w="55" w:type="dxa"/>
            </w:tcMar>
            <w:vAlign w:val="center"/>
          </w:tcPr>
          <w:p w14:paraId="3E673ECA" w14:textId="77777777" w:rsidR="00915042" w:rsidRDefault="00915042" w:rsidP="0098379A">
            <w:pPr>
              <w:spacing w:after="0" w:line="240" w:lineRule="auto"/>
              <w:jc w:val="center"/>
            </w:pPr>
            <w:r>
              <w:rPr>
                <w:sz w:val="16"/>
              </w:rPr>
              <w:t>1004</w:t>
            </w:r>
          </w:p>
        </w:tc>
      </w:tr>
      <w:tr w:rsidR="00915042" w14:paraId="39660C85" w14:textId="77777777" w:rsidTr="0098379A">
        <w:trPr>
          <w:cantSplit/>
          <w:jc w:val="center"/>
        </w:trPr>
        <w:tc>
          <w:tcPr>
            <w:tcW w:w="482" w:type="dxa"/>
            <w:tcMar>
              <w:top w:w="38" w:type="dxa"/>
              <w:left w:w="55" w:type="dxa"/>
              <w:bottom w:w="38" w:type="dxa"/>
              <w:right w:w="55" w:type="dxa"/>
            </w:tcMar>
            <w:vAlign w:val="center"/>
          </w:tcPr>
          <w:p w14:paraId="5A68CACB" w14:textId="77777777" w:rsidR="00915042" w:rsidRDefault="00915042" w:rsidP="0098379A">
            <w:pPr>
              <w:spacing w:after="0" w:line="240" w:lineRule="auto"/>
              <w:jc w:val="center"/>
            </w:pPr>
            <w:r>
              <w:rPr>
                <w:sz w:val="16"/>
              </w:rPr>
              <w:t>87</w:t>
            </w:r>
          </w:p>
        </w:tc>
        <w:tc>
          <w:tcPr>
            <w:tcW w:w="3855" w:type="dxa"/>
            <w:tcMar>
              <w:top w:w="38" w:type="dxa"/>
              <w:left w:w="55" w:type="dxa"/>
              <w:bottom w:w="38" w:type="dxa"/>
              <w:right w:w="55" w:type="dxa"/>
            </w:tcMar>
            <w:vAlign w:val="center"/>
          </w:tcPr>
          <w:p w14:paraId="0138A172" w14:textId="77777777" w:rsidR="00915042" w:rsidRDefault="00915042" w:rsidP="0098379A">
            <w:pPr>
              <w:spacing w:after="0" w:line="240" w:lineRule="auto"/>
              <w:jc w:val="left"/>
            </w:pPr>
            <w:r>
              <w:rPr>
                <w:sz w:val="16"/>
              </w:rPr>
              <w:t>Attorney Hülya Gülbahar</w:t>
            </w:r>
          </w:p>
        </w:tc>
        <w:tc>
          <w:tcPr>
            <w:tcW w:w="3628" w:type="dxa"/>
            <w:tcMar>
              <w:top w:w="38" w:type="dxa"/>
              <w:left w:w="55" w:type="dxa"/>
              <w:bottom w:w="38" w:type="dxa"/>
              <w:right w:w="55" w:type="dxa"/>
            </w:tcMar>
            <w:vAlign w:val="center"/>
          </w:tcPr>
          <w:p w14:paraId="749641C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365F49D" w14:textId="77777777" w:rsidR="00915042" w:rsidRDefault="00915042" w:rsidP="0098379A">
            <w:pPr>
              <w:spacing w:after="0" w:line="240" w:lineRule="auto"/>
              <w:jc w:val="center"/>
            </w:pPr>
            <w:r>
              <w:rPr>
                <w:sz w:val="16"/>
              </w:rPr>
              <w:t>15446</w:t>
            </w:r>
          </w:p>
        </w:tc>
      </w:tr>
      <w:tr w:rsidR="00915042" w14:paraId="7561A0E9" w14:textId="77777777" w:rsidTr="0098379A">
        <w:trPr>
          <w:cantSplit/>
          <w:jc w:val="center"/>
        </w:trPr>
        <w:tc>
          <w:tcPr>
            <w:tcW w:w="482" w:type="dxa"/>
            <w:tcMar>
              <w:top w:w="38" w:type="dxa"/>
              <w:left w:w="55" w:type="dxa"/>
              <w:bottom w:w="38" w:type="dxa"/>
              <w:right w:w="55" w:type="dxa"/>
            </w:tcMar>
            <w:vAlign w:val="center"/>
          </w:tcPr>
          <w:p w14:paraId="1AFB09DC" w14:textId="77777777" w:rsidR="00915042" w:rsidRDefault="00915042" w:rsidP="0098379A">
            <w:pPr>
              <w:spacing w:after="0" w:line="240" w:lineRule="auto"/>
              <w:jc w:val="center"/>
            </w:pPr>
            <w:r>
              <w:rPr>
                <w:sz w:val="16"/>
              </w:rPr>
              <w:t>88</w:t>
            </w:r>
          </w:p>
        </w:tc>
        <w:tc>
          <w:tcPr>
            <w:tcW w:w="3855" w:type="dxa"/>
            <w:tcMar>
              <w:top w:w="38" w:type="dxa"/>
              <w:left w:w="55" w:type="dxa"/>
              <w:bottom w:w="38" w:type="dxa"/>
              <w:right w:w="55" w:type="dxa"/>
            </w:tcMar>
            <w:vAlign w:val="center"/>
          </w:tcPr>
          <w:p w14:paraId="2BB5F199" w14:textId="77777777" w:rsidR="00915042" w:rsidRDefault="00915042" w:rsidP="0098379A">
            <w:pPr>
              <w:spacing w:after="0" w:line="240" w:lineRule="auto"/>
              <w:jc w:val="left"/>
            </w:pPr>
            <w:r>
              <w:rPr>
                <w:sz w:val="16"/>
              </w:rPr>
              <w:t xml:space="preserve">Attorney Havva Başak </w:t>
            </w:r>
            <w:proofErr w:type="spellStart"/>
            <w:r>
              <w:rPr>
                <w:sz w:val="16"/>
              </w:rPr>
              <w:t>Belhan</w:t>
            </w:r>
            <w:proofErr w:type="spellEnd"/>
          </w:p>
        </w:tc>
        <w:tc>
          <w:tcPr>
            <w:tcW w:w="3628" w:type="dxa"/>
            <w:tcMar>
              <w:top w:w="38" w:type="dxa"/>
              <w:left w:w="55" w:type="dxa"/>
              <w:bottom w:w="38" w:type="dxa"/>
              <w:right w:w="55" w:type="dxa"/>
            </w:tcMar>
            <w:vAlign w:val="center"/>
          </w:tcPr>
          <w:p w14:paraId="7E0248A7"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38AA3936" w14:textId="77777777" w:rsidR="00915042" w:rsidRDefault="00915042" w:rsidP="0098379A">
            <w:pPr>
              <w:spacing w:after="0" w:line="240" w:lineRule="auto"/>
              <w:jc w:val="center"/>
            </w:pPr>
            <w:r>
              <w:rPr>
                <w:sz w:val="16"/>
              </w:rPr>
              <w:t>95921</w:t>
            </w:r>
          </w:p>
        </w:tc>
      </w:tr>
      <w:tr w:rsidR="00915042" w14:paraId="29F7A43F" w14:textId="77777777" w:rsidTr="0098379A">
        <w:trPr>
          <w:cantSplit/>
          <w:jc w:val="center"/>
        </w:trPr>
        <w:tc>
          <w:tcPr>
            <w:tcW w:w="482" w:type="dxa"/>
            <w:tcMar>
              <w:top w:w="38" w:type="dxa"/>
              <w:left w:w="55" w:type="dxa"/>
              <w:bottom w:w="38" w:type="dxa"/>
              <w:right w:w="55" w:type="dxa"/>
            </w:tcMar>
            <w:vAlign w:val="center"/>
          </w:tcPr>
          <w:p w14:paraId="3D66F1BF" w14:textId="77777777" w:rsidR="00915042" w:rsidRDefault="00915042" w:rsidP="0098379A">
            <w:pPr>
              <w:spacing w:after="0" w:line="240" w:lineRule="auto"/>
              <w:jc w:val="center"/>
            </w:pPr>
            <w:r>
              <w:rPr>
                <w:sz w:val="16"/>
              </w:rPr>
              <w:t>89</w:t>
            </w:r>
          </w:p>
        </w:tc>
        <w:tc>
          <w:tcPr>
            <w:tcW w:w="3855" w:type="dxa"/>
            <w:tcMar>
              <w:top w:w="38" w:type="dxa"/>
              <w:left w:w="55" w:type="dxa"/>
              <w:bottom w:w="38" w:type="dxa"/>
              <w:right w:w="55" w:type="dxa"/>
            </w:tcMar>
            <w:vAlign w:val="center"/>
          </w:tcPr>
          <w:p w14:paraId="315503D4" w14:textId="77777777" w:rsidR="00915042" w:rsidRDefault="00915042" w:rsidP="0098379A">
            <w:pPr>
              <w:spacing w:after="0" w:line="240" w:lineRule="auto"/>
              <w:jc w:val="left"/>
            </w:pPr>
            <w:r>
              <w:rPr>
                <w:sz w:val="16"/>
              </w:rPr>
              <w:t xml:space="preserve">Attorney Mustafa </w:t>
            </w:r>
            <w:proofErr w:type="spellStart"/>
            <w:r>
              <w:rPr>
                <w:sz w:val="16"/>
              </w:rPr>
              <w:t>Söğütli</w:t>
            </w:r>
            <w:proofErr w:type="spellEnd"/>
          </w:p>
        </w:tc>
        <w:tc>
          <w:tcPr>
            <w:tcW w:w="3628" w:type="dxa"/>
            <w:tcMar>
              <w:top w:w="38" w:type="dxa"/>
              <w:left w:w="55" w:type="dxa"/>
              <w:bottom w:w="38" w:type="dxa"/>
              <w:right w:w="55" w:type="dxa"/>
            </w:tcMar>
            <w:vAlign w:val="center"/>
          </w:tcPr>
          <w:p w14:paraId="2580B4E2"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5A805E9" w14:textId="77777777" w:rsidR="00915042" w:rsidRDefault="00915042" w:rsidP="0098379A">
            <w:pPr>
              <w:spacing w:after="0" w:line="240" w:lineRule="auto"/>
              <w:jc w:val="center"/>
            </w:pPr>
            <w:r>
              <w:rPr>
                <w:sz w:val="16"/>
              </w:rPr>
              <w:t>52825</w:t>
            </w:r>
          </w:p>
        </w:tc>
      </w:tr>
      <w:tr w:rsidR="00915042" w14:paraId="5651E55F" w14:textId="77777777" w:rsidTr="0098379A">
        <w:trPr>
          <w:cantSplit/>
          <w:jc w:val="center"/>
        </w:trPr>
        <w:tc>
          <w:tcPr>
            <w:tcW w:w="482" w:type="dxa"/>
            <w:tcMar>
              <w:top w:w="38" w:type="dxa"/>
              <w:left w:w="55" w:type="dxa"/>
              <w:bottom w:w="38" w:type="dxa"/>
              <w:right w:w="55" w:type="dxa"/>
            </w:tcMar>
            <w:vAlign w:val="center"/>
          </w:tcPr>
          <w:p w14:paraId="1C64CE3E" w14:textId="77777777" w:rsidR="00915042" w:rsidRDefault="00915042" w:rsidP="0098379A">
            <w:pPr>
              <w:spacing w:after="0" w:line="240" w:lineRule="auto"/>
              <w:jc w:val="center"/>
            </w:pPr>
            <w:r>
              <w:rPr>
                <w:sz w:val="16"/>
              </w:rPr>
              <w:t>90</w:t>
            </w:r>
          </w:p>
        </w:tc>
        <w:tc>
          <w:tcPr>
            <w:tcW w:w="3855" w:type="dxa"/>
            <w:tcMar>
              <w:top w:w="38" w:type="dxa"/>
              <w:left w:w="55" w:type="dxa"/>
              <w:bottom w:w="38" w:type="dxa"/>
              <w:right w:w="55" w:type="dxa"/>
            </w:tcMar>
            <w:vAlign w:val="center"/>
          </w:tcPr>
          <w:p w14:paraId="6248F3B1" w14:textId="77777777" w:rsidR="00915042" w:rsidRDefault="00915042" w:rsidP="0098379A">
            <w:pPr>
              <w:spacing w:after="0" w:line="240" w:lineRule="auto"/>
              <w:jc w:val="left"/>
            </w:pPr>
            <w:r>
              <w:rPr>
                <w:sz w:val="16"/>
              </w:rPr>
              <w:t>Attorney Ramazan Akkaya</w:t>
            </w:r>
          </w:p>
        </w:tc>
        <w:tc>
          <w:tcPr>
            <w:tcW w:w="3628" w:type="dxa"/>
            <w:tcMar>
              <w:top w:w="38" w:type="dxa"/>
              <w:left w:w="55" w:type="dxa"/>
              <w:bottom w:w="38" w:type="dxa"/>
              <w:right w:w="55" w:type="dxa"/>
            </w:tcMar>
            <w:vAlign w:val="center"/>
          </w:tcPr>
          <w:p w14:paraId="23B9BEF8"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27DFF8A0" w14:textId="77777777" w:rsidR="00915042" w:rsidRDefault="00915042" w:rsidP="0098379A">
            <w:pPr>
              <w:spacing w:after="0" w:line="240" w:lineRule="auto"/>
              <w:jc w:val="center"/>
            </w:pPr>
            <w:r>
              <w:rPr>
                <w:sz w:val="16"/>
              </w:rPr>
              <w:t>1316</w:t>
            </w:r>
          </w:p>
        </w:tc>
      </w:tr>
      <w:tr w:rsidR="00915042" w14:paraId="2637CCFC" w14:textId="77777777" w:rsidTr="0098379A">
        <w:trPr>
          <w:cantSplit/>
          <w:jc w:val="center"/>
        </w:trPr>
        <w:tc>
          <w:tcPr>
            <w:tcW w:w="482" w:type="dxa"/>
            <w:tcMar>
              <w:top w:w="38" w:type="dxa"/>
              <w:left w:w="55" w:type="dxa"/>
              <w:bottom w:w="38" w:type="dxa"/>
              <w:right w:w="55" w:type="dxa"/>
            </w:tcMar>
            <w:vAlign w:val="center"/>
          </w:tcPr>
          <w:p w14:paraId="1ED93FC9" w14:textId="77777777" w:rsidR="00915042" w:rsidRDefault="00915042" w:rsidP="0098379A">
            <w:pPr>
              <w:spacing w:after="0" w:line="240" w:lineRule="auto"/>
              <w:jc w:val="center"/>
            </w:pPr>
            <w:r>
              <w:rPr>
                <w:sz w:val="16"/>
              </w:rPr>
              <w:t>91</w:t>
            </w:r>
          </w:p>
        </w:tc>
        <w:tc>
          <w:tcPr>
            <w:tcW w:w="3855" w:type="dxa"/>
            <w:tcMar>
              <w:top w:w="38" w:type="dxa"/>
              <w:left w:w="55" w:type="dxa"/>
              <w:bottom w:w="38" w:type="dxa"/>
              <w:right w:w="55" w:type="dxa"/>
            </w:tcMar>
            <w:vAlign w:val="center"/>
          </w:tcPr>
          <w:p w14:paraId="0F70C66F" w14:textId="77777777" w:rsidR="00915042" w:rsidRDefault="00915042" w:rsidP="0098379A">
            <w:pPr>
              <w:spacing w:after="0" w:line="240" w:lineRule="auto"/>
              <w:jc w:val="left"/>
            </w:pPr>
            <w:r>
              <w:rPr>
                <w:sz w:val="16"/>
              </w:rPr>
              <w:t xml:space="preserve">Attorney Fatma Feyha </w:t>
            </w:r>
            <w:proofErr w:type="spellStart"/>
            <w:r>
              <w:rPr>
                <w:sz w:val="16"/>
              </w:rPr>
              <w:t>Karslı</w:t>
            </w:r>
            <w:proofErr w:type="spellEnd"/>
          </w:p>
        </w:tc>
        <w:tc>
          <w:tcPr>
            <w:tcW w:w="3628" w:type="dxa"/>
            <w:tcMar>
              <w:top w:w="38" w:type="dxa"/>
              <w:left w:w="55" w:type="dxa"/>
              <w:bottom w:w="38" w:type="dxa"/>
              <w:right w:w="55" w:type="dxa"/>
            </w:tcMar>
            <w:vAlign w:val="center"/>
          </w:tcPr>
          <w:p w14:paraId="74793D94"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6A3C4BE0" w14:textId="77777777" w:rsidR="00915042" w:rsidRDefault="00915042" w:rsidP="0098379A">
            <w:pPr>
              <w:spacing w:after="0" w:line="240" w:lineRule="auto"/>
              <w:jc w:val="center"/>
            </w:pPr>
            <w:r>
              <w:rPr>
                <w:sz w:val="16"/>
              </w:rPr>
              <w:t>2463</w:t>
            </w:r>
          </w:p>
        </w:tc>
      </w:tr>
      <w:tr w:rsidR="00915042" w14:paraId="01A03297" w14:textId="77777777" w:rsidTr="0098379A">
        <w:trPr>
          <w:cantSplit/>
          <w:jc w:val="center"/>
        </w:trPr>
        <w:tc>
          <w:tcPr>
            <w:tcW w:w="482" w:type="dxa"/>
            <w:tcMar>
              <w:top w:w="38" w:type="dxa"/>
              <w:left w:w="55" w:type="dxa"/>
              <w:bottom w:w="38" w:type="dxa"/>
              <w:right w:w="55" w:type="dxa"/>
            </w:tcMar>
            <w:vAlign w:val="center"/>
          </w:tcPr>
          <w:p w14:paraId="45BF95A5" w14:textId="77777777" w:rsidR="00915042" w:rsidRDefault="00915042" w:rsidP="0098379A">
            <w:pPr>
              <w:spacing w:after="0" w:line="240" w:lineRule="auto"/>
              <w:jc w:val="center"/>
            </w:pPr>
            <w:r>
              <w:rPr>
                <w:sz w:val="16"/>
              </w:rPr>
              <w:t>92</w:t>
            </w:r>
          </w:p>
        </w:tc>
        <w:tc>
          <w:tcPr>
            <w:tcW w:w="3855" w:type="dxa"/>
            <w:tcMar>
              <w:top w:w="38" w:type="dxa"/>
              <w:left w:w="55" w:type="dxa"/>
              <w:bottom w:w="38" w:type="dxa"/>
              <w:right w:w="55" w:type="dxa"/>
            </w:tcMar>
            <w:vAlign w:val="center"/>
          </w:tcPr>
          <w:p w14:paraId="61DCBA53" w14:textId="77777777" w:rsidR="00915042" w:rsidRDefault="00915042" w:rsidP="0098379A">
            <w:pPr>
              <w:spacing w:after="0" w:line="240" w:lineRule="auto"/>
              <w:jc w:val="left"/>
            </w:pPr>
            <w:r>
              <w:rPr>
                <w:sz w:val="16"/>
              </w:rPr>
              <w:t>Attorney Leyla Bişen</w:t>
            </w:r>
          </w:p>
        </w:tc>
        <w:tc>
          <w:tcPr>
            <w:tcW w:w="3628" w:type="dxa"/>
            <w:tcMar>
              <w:top w:w="38" w:type="dxa"/>
              <w:left w:w="55" w:type="dxa"/>
              <w:bottom w:w="38" w:type="dxa"/>
              <w:right w:w="55" w:type="dxa"/>
            </w:tcMar>
            <w:vAlign w:val="center"/>
          </w:tcPr>
          <w:p w14:paraId="6BE4E4C1"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4728C1D0" w14:textId="77777777" w:rsidR="00915042" w:rsidRDefault="00915042" w:rsidP="0098379A">
            <w:pPr>
              <w:spacing w:after="0" w:line="240" w:lineRule="auto"/>
              <w:jc w:val="center"/>
            </w:pPr>
            <w:r>
              <w:rPr>
                <w:sz w:val="16"/>
              </w:rPr>
              <w:t>611</w:t>
            </w:r>
          </w:p>
        </w:tc>
      </w:tr>
      <w:tr w:rsidR="00915042" w14:paraId="5BCC035A" w14:textId="77777777" w:rsidTr="0098379A">
        <w:trPr>
          <w:cantSplit/>
          <w:jc w:val="center"/>
        </w:trPr>
        <w:tc>
          <w:tcPr>
            <w:tcW w:w="482" w:type="dxa"/>
            <w:tcMar>
              <w:top w:w="38" w:type="dxa"/>
              <w:left w:w="55" w:type="dxa"/>
              <w:bottom w:w="38" w:type="dxa"/>
              <w:right w:w="55" w:type="dxa"/>
            </w:tcMar>
            <w:vAlign w:val="center"/>
          </w:tcPr>
          <w:p w14:paraId="79C17F27" w14:textId="77777777" w:rsidR="00915042" w:rsidRDefault="00915042" w:rsidP="0098379A">
            <w:pPr>
              <w:spacing w:after="0" w:line="240" w:lineRule="auto"/>
              <w:jc w:val="center"/>
            </w:pPr>
            <w:r>
              <w:rPr>
                <w:sz w:val="16"/>
              </w:rPr>
              <w:t>93</w:t>
            </w:r>
          </w:p>
        </w:tc>
        <w:tc>
          <w:tcPr>
            <w:tcW w:w="3855" w:type="dxa"/>
            <w:tcMar>
              <w:top w:w="38" w:type="dxa"/>
              <w:left w:w="55" w:type="dxa"/>
              <w:bottom w:w="38" w:type="dxa"/>
              <w:right w:w="55" w:type="dxa"/>
            </w:tcMar>
            <w:vAlign w:val="center"/>
          </w:tcPr>
          <w:p w14:paraId="0F37F322" w14:textId="77777777" w:rsidR="00915042" w:rsidRDefault="00915042" w:rsidP="0098379A">
            <w:pPr>
              <w:spacing w:after="0" w:line="240" w:lineRule="auto"/>
              <w:jc w:val="left"/>
            </w:pPr>
            <w:r>
              <w:rPr>
                <w:sz w:val="16"/>
              </w:rPr>
              <w:t>Attorney Bülent Turan</w:t>
            </w:r>
          </w:p>
        </w:tc>
        <w:tc>
          <w:tcPr>
            <w:tcW w:w="3628" w:type="dxa"/>
            <w:tcMar>
              <w:top w:w="38" w:type="dxa"/>
              <w:left w:w="55" w:type="dxa"/>
              <w:bottom w:w="38" w:type="dxa"/>
              <w:right w:w="55" w:type="dxa"/>
            </w:tcMar>
            <w:vAlign w:val="center"/>
          </w:tcPr>
          <w:p w14:paraId="70771705" w14:textId="77777777" w:rsidR="00915042" w:rsidRDefault="00915042" w:rsidP="0098379A">
            <w:pPr>
              <w:spacing w:after="0" w:line="240" w:lineRule="auto"/>
              <w:jc w:val="left"/>
            </w:pPr>
            <w:r>
              <w:rPr>
                <w:sz w:val="16"/>
              </w:rPr>
              <w:t>Gaziantep Bar Association</w:t>
            </w:r>
          </w:p>
        </w:tc>
        <w:tc>
          <w:tcPr>
            <w:tcW w:w="1701" w:type="dxa"/>
            <w:tcMar>
              <w:top w:w="38" w:type="dxa"/>
              <w:left w:w="55" w:type="dxa"/>
              <w:bottom w:w="38" w:type="dxa"/>
              <w:right w:w="55" w:type="dxa"/>
            </w:tcMar>
            <w:vAlign w:val="center"/>
          </w:tcPr>
          <w:p w14:paraId="23BB1973" w14:textId="77777777" w:rsidR="00915042" w:rsidRDefault="00915042" w:rsidP="0098379A">
            <w:pPr>
              <w:spacing w:after="0" w:line="240" w:lineRule="auto"/>
              <w:jc w:val="center"/>
            </w:pPr>
            <w:r>
              <w:rPr>
                <w:sz w:val="16"/>
              </w:rPr>
              <w:t>1104</w:t>
            </w:r>
          </w:p>
        </w:tc>
      </w:tr>
      <w:tr w:rsidR="00915042" w14:paraId="2CBE7E4E" w14:textId="77777777" w:rsidTr="0098379A">
        <w:trPr>
          <w:cantSplit/>
          <w:jc w:val="center"/>
        </w:trPr>
        <w:tc>
          <w:tcPr>
            <w:tcW w:w="482" w:type="dxa"/>
            <w:tcMar>
              <w:top w:w="38" w:type="dxa"/>
              <w:left w:w="55" w:type="dxa"/>
              <w:bottom w:w="38" w:type="dxa"/>
              <w:right w:w="55" w:type="dxa"/>
            </w:tcMar>
            <w:vAlign w:val="center"/>
          </w:tcPr>
          <w:p w14:paraId="3CA984D6" w14:textId="77777777" w:rsidR="00915042" w:rsidRDefault="00915042" w:rsidP="0098379A">
            <w:pPr>
              <w:spacing w:after="0" w:line="240" w:lineRule="auto"/>
              <w:jc w:val="center"/>
            </w:pPr>
            <w:r>
              <w:rPr>
                <w:sz w:val="16"/>
              </w:rPr>
              <w:t>94</w:t>
            </w:r>
          </w:p>
        </w:tc>
        <w:tc>
          <w:tcPr>
            <w:tcW w:w="3855" w:type="dxa"/>
            <w:tcMar>
              <w:top w:w="38" w:type="dxa"/>
              <w:left w:w="55" w:type="dxa"/>
              <w:bottom w:w="38" w:type="dxa"/>
              <w:right w:w="55" w:type="dxa"/>
            </w:tcMar>
            <w:vAlign w:val="center"/>
          </w:tcPr>
          <w:p w14:paraId="4E59EA38" w14:textId="77777777" w:rsidR="00915042" w:rsidRDefault="00915042" w:rsidP="0098379A">
            <w:pPr>
              <w:spacing w:after="0" w:line="240" w:lineRule="auto"/>
              <w:jc w:val="left"/>
            </w:pPr>
            <w:r>
              <w:rPr>
                <w:sz w:val="16"/>
              </w:rPr>
              <w:t>Attorney Ayşenur Özdemir</w:t>
            </w:r>
          </w:p>
        </w:tc>
        <w:tc>
          <w:tcPr>
            <w:tcW w:w="3628" w:type="dxa"/>
            <w:tcMar>
              <w:top w:w="38" w:type="dxa"/>
              <w:left w:w="55" w:type="dxa"/>
              <w:bottom w:w="38" w:type="dxa"/>
              <w:right w:w="55" w:type="dxa"/>
            </w:tcMar>
            <w:vAlign w:val="center"/>
          </w:tcPr>
          <w:p w14:paraId="6A7B566F"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8AFD657" w14:textId="77777777" w:rsidR="00915042" w:rsidRDefault="00915042" w:rsidP="0098379A">
            <w:pPr>
              <w:spacing w:after="0" w:line="240" w:lineRule="auto"/>
              <w:jc w:val="center"/>
            </w:pPr>
            <w:r>
              <w:rPr>
                <w:sz w:val="16"/>
              </w:rPr>
              <w:t>63066</w:t>
            </w:r>
          </w:p>
        </w:tc>
      </w:tr>
      <w:tr w:rsidR="00915042" w14:paraId="528A906D" w14:textId="77777777" w:rsidTr="0098379A">
        <w:trPr>
          <w:cantSplit/>
          <w:jc w:val="center"/>
        </w:trPr>
        <w:tc>
          <w:tcPr>
            <w:tcW w:w="482" w:type="dxa"/>
            <w:tcMar>
              <w:top w:w="38" w:type="dxa"/>
              <w:left w:w="55" w:type="dxa"/>
              <w:bottom w:w="38" w:type="dxa"/>
              <w:right w:w="55" w:type="dxa"/>
            </w:tcMar>
            <w:vAlign w:val="center"/>
          </w:tcPr>
          <w:p w14:paraId="230040BE" w14:textId="77777777" w:rsidR="00915042" w:rsidRDefault="00915042" w:rsidP="0098379A">
            <w:pPr>
              <w:spacing w:after="0" w:line="240" w:lineRule="auto"/>
              <w:jc w:val="center"/>
            </w:pPr>
            <w:r>
              <w:rPr>
                <w:sz w:val="16"/>
              </w:rPr>
              <w:t>95</w:t>
            </w:r>
          </w:p>
        </w:tc>
        <w:tc>
          <w:tcPr>
            <w:tcW w:w="3855" w:type="dxa"/>
            <w:tcMar>
              <w:top w:w="38" w:type="dxa"/>
              <w:left w:w="55" w:type="dxa"/>
              <w:bottom w:w="38" w:type="dxa"/>
              <w:right w:w="55" w:type="dxa"/>
            </w:tcMar>
            <w:vAlign w:val="center"/>
          </w:tcPr>
          <w:p w14:paraId="5BC07AA9" w14:textId="77777777" w:rsidR="00915042" w:rsidRDefault="00915042" w:rsidP="0098379A">
            <w:pPr>
              <w:spacing w:after="0" w:line="240" w:lineRule="auto"/>
              <w:jc w:val="left"/>
            </w:pPr>
            <w:r>
              <w:rPr>
                <w:sz w:val="16"/>
              </w:rPr>
              <w:t>Attorney Devrim Avcı</w:t>
            </w:r>
          </w:p>
        </w:tc>
        <w:tc>
          <w:tcPr>
            <w:tcW w:w="3628" w:type="dxa"/>
            <w:tcMar>
              <w:top w:w="38" w:type="dxa"/>
              <w:left w:w="55" w:type="dxa"/>
              <w:bottom w:w="38" w:type="dxa"/>
              <w:right w:w="55" w:type="dxa"/>
            </w:tcMar>
            <w:vAlign w:val="center"/>
          </w:tcPr>
          <w:p w14:paraId="022E83BC"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D806AB5" w14:textId="77777777" w:rsidR="00915042" w:rsidRDefault="00915042" w:rsidP="0098379A">
            <w:pPr>
              <w:spacing w:after="0" w:line="240" w:lineRule="auto"/>
              <w:jc w:val="center"/>
            </w:pPr>
            <w:r>
              <w:rPr>
                <w:sz w:val="16"/>
              </w:rPr>
              <w:t>23896</w:t>
            </w:r>
          </w:p>
        </w:tc>
      </w:tr>
      <w:tr w:rsidR="00915042" w14:paraId="2592EEFF" w14:textId="77777777" w:rsidTr="0098379A">
        <w:trPr>
          <w:cantSplit/>
          <w:jc w:val="center"/>
        </w:trPr>
        <w:tc>
          <w:tcPr>
            <w:tcW w:w="482" w:type="dxa"/>
            <w:tcMar>
              <w:top w:w="38" w:type="dxa"/>
              <w:left w:w="55" w:type="dxa"/>
              <w:bottom w:w="38" w:type="dxa"/>
              <w:right w:w="55" w:type="dxa"/>
            </w:tcMar>
            <w:vAlign w:val="center"/>
          </w:tcPr>
          <w:p w14:paraId="28D37AF1" w14:textId="77777777" w:rsidR="00915042" w:rsidRDefault="00915042" w:rsidP="0098379A">
            <w:pPr>
              <w:spacing w:after="0" w:line="240" w:lineRule="auto"/>
              <w:jc w:val="center"/>
            </w:pPr>
            <w:r>
              <w:rPr>
                <w:sz w:val="16"/>
              </w:rPr>
              <w:t>96</w:t>
            </w:r>
          </w:p>
        </w:tc>
        <w:tc>
          <w:tcPr>
            <w:tcW w:w="3855" w:type="dxa"/>
            <w:tcMar>
              <w:top w:w="38" w:type="dxa"/>
              <w:left w:w="55" w:type="dxa"/>
              <w:bottom w:w="38" w:type="dxa"/>
              <w:right w:w="55" w:type="dxa"/>
            </w:tcMar>
            <w:vAlign w:val="center"/>
          </w:tcPr>
          <w:p w14:paraId="5420451E" w14:textId="77777777" w:rsidR="00915042" w:rsidRDefault="00915042" w:rsidP="0098379A">
            <w:pPr>
              <w:spacing w:after="0" w:line="240" w:lineRule="auto"/>
              <w:jc w:val="left"/>
            </w:pPr>
            <w:r>
              <w:rPr>
                <w:sz w:val="16"/>
              </w:rPr>
              <w:t>Attorney Osman Zeki Erdoğan</w:t>
            </w:r>
          </w:p>
        </w:tc>
        <w:tc>
          <w:tcPr>
            <w:tcW w:w="3628" w:type="dxa"/>
            <w:tcMar>
              <w:top w:w="38" w:type="dxa"/>
              <w:left w:w="55" w:type="dxa"/>
              <w:bottom w:w="38" w:type="dxa"/>
              <w:right w:w="55" w:type="dxa"/>
            </w:tcMar>
            <w:vAlign w:val="center"/>
          </w:tcPr>
          <w:p w14:paraId="75087A5E"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14B6C9F" w14:textId="77777777" w:rsidR="00915042" w:rsidRDefault="00915042" w:rsidP="0098379A">
            <w:pPr>
              <w:spacing w:after="0" w:line="240" w:lineRule="auto"/>
              <w:jc w:val="center"/>
            </w:pPr>
            <w:r>
              <w:rPr>
                <w:sz w:val="16"/>
              </w:rPr>
              <w:t>30241</w:t>
            </w:r>
          </w:p>
        </w:tc>
      </w:tr>
      <w:tr w:rsidR="00915042" w14:paraId="475A21D7" w14:textId="77777777" w:rsidTr="0098379A">
        <w:trPr>
          <w:cantSplit/>
          <w:jc w:val="center"/>
        </w:trPr>
        <w:tc>
          <w:tcPr>
            <w:tcW w:w="482" w:type="dxa"/>
            <w:tcMar>
              <w:top w:w="38" w:type="dxa"/>
              <w:left w:w="55" w:type="dxa"/>
              <w:bottom w:w="38" w:type="dxa"/>
              <w:right w:w="55" w:type="dxa"/>
            </w:tcMar>
            <w:vAlign w:val="center"/>
          </w:tcPr>
          <w:p w14:paraId="10E7814F" w14:textId="77777777" w:rsidR="00915042" w:rsidRDefault="00915042" w:rsidP="0098379A">
            <w:pPr>
              <w:spacing w:after="0" w:line="240" w:lineRule="auto"/>
              <w:jc w:val="center"/>
            </w:pPr>
            <w:r>
              <w:rPr>
                <w:sz w:val="16"/>
              </w:rPr>
              <w:t>97</w:t>
            </w:r>
          </w:p>
        </w:tc>
        <w:tc>
          <w:tcPr>
            <w:tcW w:w="3855" w:type="dxa"/>
            <w:tcMar>
              <w:top w:w="38" w:type="dxa"/>
              <w:left w:w="55" w:type="dxa"/>
              <w:bottom w:w="38" w:type="dxa"/>
              <w:right w:w="55" w:type="dxa"/>
            </w:tcMar>
            <w:vAlign w:val="center"/>
          </w:tcPr>
          <w:p w14:paraId="1C5870EB" w14:textId="77777777" w:rsidR="00915042" w:rsidRDefault="00915042" w:rsidP="0098379A">
            <w:pPr>
              <w:spacing w:after="0" w:line="240" w:lineRule="auto"/>
              <w:jc w:val="left"/>
            </w:pPr>
            <w:r>
              <w:rPr>
                <w:sz w:val="16"/>
              </w:rPr>
              <w:t>Attorney Heval Yıldız Karasu</w:t>
            </w:r>
          </w:p>
        </w:tc>
        <w:tc>
          <w:tcPr>
            <w:tcW w:w="3628" w:type="dxa"/>
            <w:tcMar>
              <w:top w:w="38" w:type="dxa"/>
              <w:left w:w="55" w:type="dxa"/>
              <w:bottom w:w="38" w:type="dxa"/>
              <w:right w:w="55" w:type="dxa"/>
            </w:tcMar>
            <w:vAlign w:val="center"/>
          </w:tcPr>
          <w:p w14:paraId="07F0AA36" w14:textId="77777777" w:rsidR="00915042" w:rsidRDefault="00915042" w:rsidP="0098379A">
            <w:pPr>
              <w:spacing w:after="0" w:line="240" w:lineRule="auto"/>
              <w:jc w:val="left"/>
            </w:pPr>
            <w:proofErr w:type="spellStart"/>
            <w:r>
              <w:rPr>
                <w:sz w:val="16"/>
              </w:rPr>
              <w:t>Eskişehir</w:t>
            </w:r>
            <w:proofErr w:type="spellEnd"/>
            <w:r>
              <w:rPr>
                <w:sz w:val="16"/>
              </w:rPr>
              <w:t xml:space="preserve"> Bar Association</w:t>
            </w:r>
          </w:p>
        </w:tc>
        <w:tc>
          <w:tcPr>
            <w:tcW w:w="1701" w:type="dxa"/>
            <w:tcMar>
              <w:top w:w="38" w:type="dxa"/>
              <w:left w:w="55" w:type="dxa"/>
              <w:bottom w:w="38" w:type="dxa"/>
              <w:right w:w="55" w:type="dxa"/>
            </w:tcMar>
            <w:vAlign w:val="center"/>
          </w:tcPr>
          <w:p w14:paraId="36BE8DFE" w14:textId="77777777" w:rsidR="00915042" w:rsidRDefault="00915042" w:rsidP="0098379A">
            <w:pPr>
              <w:spacing w:after="0" w:line="240" w:lineRule="auto"/>
              <w:jc w:val="center"/>
            </w:pPr>
            <w:r>
              <w:rPr>
                <w:sz w:val="16"/>
              </w:rPr>
              <w:t>10919</w:t>
            </w:r>
          </w:p>
        </w:tc>
      </w:tr>
      <w:tr w:rsidR="00915042" w14:paraId="09835172" w14:textId="77777777" w:rsidTr="0098379A">
        <w:trPr>
          <w:cantSplit/>
          <w:jc w:val="center"/>
        </w:trPr>
        <w:tc>
          <w:tcPr>
            <w:tcW w:w="482" w:type="dxa"/>
            <w:tcMar>
              <w:top w:w="38" w:type="dxa"/>
              <w:left w:w="55" w:type="dxa"/>
              <w:bottom w:w="38" w:type="dxa"/>
              <w:right w:w="55" w:type="dxa"/>
            </w:tcMar>
            <w:vAlign w:val="center"/>
          </w:tcPr>
          <w:p w14:paraId="67D10367" w14:textId="77777777" w:rsidR="00915042" w:rsidRDefault="00915042" w:rsidP="0098379A">
            <w:pPr>
              <w:spacing w:after="0" w:line="240" w:lineRule="auto"/>
              <w:jc w:val="center"/>
            </w:pPr>
            <w:r>
              <w:rPr>
                <w:sz w:val="16"/>
              </w:rPr>
              <w:t>98</w:t>
            </w:r>
          </w:p>
        </w:tc>
        <w:tc>
          <w:tcPr>
            <w:tcW w:w="3855" w:type="dxa"/>
            <w:tcMar>
              <w:top w:w="38" w:type="dxa"/>
              <w:left w:w="55" w:type="dxa"/>
              <w:bottom w:w="38" w:type="dxa"/>
              <w:right w:w="55" w:type="dxa"/>
            </w:tcMar>
            <w:vAlign w:val="center"/>
          </w:tcPr>
          <w:p w14:paraId="587C7F80" w14:textId="77777777" w:rsidR="00915042" w:rsidRDefault="00915042" w:rsidP="0098379A">
            <w:pPr>
              <w:spacing w:after="0" w:line="240" w:lineRule="auto"/>
              <w:jc w:val="left"/>
            </w:pPr>
            <w:r>
              <w:rPr>
                <w:sz w:val="16"/>
              </w:rPr>
              <w:t xml:space="preserve">Attorney Aziz </w:t>
            </w:r>
            <w:proofErr w:type="spellStart"/>
            <w:r>
              <w:rPr>
                <w:sz w:val="16"/>
              </w:rPr>
              <w:t>Sançar</w:t>
            </w:r>
            <w:proofErr w:type="spellEnd"/>
            <w:r>
              <w:rPr>
                <w:sz w:val="16"/>
              </w:rPr>
              <w:t xml:space="preserve"> Dalman</w:t>
            </w:r>
          </w:p>
        </w:tc>
        <w:tc>
          <w:tcPr>
            <w:tcW w:w="3628" w:type="dxa"/>
            <w:tcMar>
              <w:top w:w="38" w:type="dxa"/>
              <w:left w:w="55" w:type="dxa"/>
              <w:bottom w:w="38" w:type="dxa"/>
              <w:right w:w="55" w:type="dxa"/>
            </w:tcMar>
            <w:vAlign w:val="center"/>
          </w:tcPr>
          <w:p w14:paraId="3B343FB8" w14:textId="77777777" w:rsidR="00915042" w:rsidRDefault="00915042" w:rsidP="0098379A">
            <w:pPr>
              <w:spacing w:after="0" w:line="240" w:lineRule="auto"/>
              <w:jc w:val="left"/>
            </w:pPr>
            <w:r>
              <w:rPr>
                <w:sz w:val="16"/>
              </w:rPr>
              <w:t>Sakarya Bar Association</w:t>
            </w:r>
          </w:p>
        </w:tc>
        <w:tc>
          <w:tcPr>
            <w:tcW w:w="1701" w:type="dxa"/>
            <w:tcMar>
              <w:top w:w="38" w:type="dxa"/>
              <w:left w:w="55" w:type="dxa"/>
              <w:bottom w:w="38" w:type="dxa"/>
              <w:right w:w="55" w:type="dxa"/>
            </w:tcMar>
            <w:vAlign w:val="center"/>
          </w:tcPr>
          <w:p w14:paraId="5E7D5719" w14:textId="77777777" w:rsidR="00915042" w:rsidRDefault="00915042" w:rsidP="0098379A">
            <w:pPr>
              <w:spacing w:after="0" w:line="240" w:lineRule="auto"/>
              <w:jc w:val="center"/>
            </w:pPr>
            <w:r>
              <w:rPr>
                <w:sz w:val="16"/>
              </w:rPr>
              <w:t>1352</w:t>
            </w:r>
          </w:p>
        </w:tc>
      </w:tr>
      <w:tr w:rsidR="00915042" w14:paraId="29BF4FB4" w14:textId="77777777" w:rsidTr="0098379A">
        <w:trPr>
          <w:cantSplit/>
          <w:jc w:val="center"/>
        </w:trPr>
        <w:tc>
          <w:tcPr>
            <w:tcW w:w="482" w:type="dxa"/>
            <w:tcMar>
              <w:top w:w="38" w:type="dxa"/>
              <w:left w:w="55" w:type="dxa"/>
              <w:bottom w:w="38" w:type="dxa"/>
              <w:right w:w="55" w:type="dxa"/>
            </w:tcMar>
            <w:vAlign w:val="center"/>
          </w:tcPr>
          <w:p w14:paraId="0DD84375" w14:textId="77777777" w:rsidR="00915042" w:rsidRDefault="00915042" w:rsidP="0098379A">
            <w:pPr>
              <w:spacing w:after="0" w:line="240" w:lineRule="auto"/>
              <w:jc w:val="center"/>
            </w:pPr>
            <w:r>
              <w:rPr>
                <w:sz w:val="16"/>
              </w:rPr>
              <w:t>99</w:t>
            </w:r>
          </w:p>
        </w:tc>
        <w:tc>
          <w:tcPr>
            <w:tcW w:w="3855" w:type="dxa"/>
            <w:tcMar>
              <w:top w:w="38" w:type="dxa"/>
              <w:left w:w="55" w:type="dxa"/>
              <w:bottom w:w="38" w:type="dxa"/>
              <w:right w:w="55" w:type="dxa"/>
            </w:tcMar>
            <w:vAlign w:val="center"/>
          </w:tcPr>
          <w:p w14:paraId="3CA08618" w14:textId="77777777" w:rsidR="00915042" w:rsidRDefault="00915042" w:rsidP="0098379A">
            <w:pPr>
              <w:spacing w:after="0" w:line="240" w:lineRule="auto"/>
              <w:jc w:val="left"/>
            </w:pPr>
            <w:r>
              <w:rPr>
                <w:sz w:val="16"/>
              </w:rPr>
              <w:t>Attorney Tora Pekin</w:t>
            </w:r>
          </w:p>
        </w:tc>
        <w:tc>
          <w:tcPr>
            <w:tcW w:w="3628" w:type="dxa"/>
            <w:tcMar>
              <w:top w:w="38" w:type="dxa"/>
              <w:left w:w="55" w:type="dxa"/>
              <w:bottom w:w="38" w:type="dxa"/>
              <w:right w:w="55" w:type="dxa"/>
            </w:tcMar>
            <w:vAlign w:val="center"/>
          </w:tcPr>
          <w:p w14:paraId="75450F1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5611DC0" w14:textId="77777777" w:rsidR="00915042" w:rsidRDefault="00915042" w:rsidP="0098379A">
            <w:pPr>
              <w:spacing w:after="0" w:line="240" w:lineRule="auto"/>
              <w:jc w:val="center"/>
            </w:pPr>
            <w:r>
              <w:rPr>
                <w:sz w:val="16"/>
              </w:rPr>
              <w:t>21096</w:t>
            </w:r>
          </w:p>
        </w:tc>
      </w:tr>
      <w:tr w:rsidR="00915042" w14:paraId="79EAB153" w14:textId="77777777" w:rsidTr="0098379A">
        <w:trPr>
          <w:cantSplit/>
          <w:jc w:val="center"/>
        </w:trPr>
        <w:tc>
          <w:tcPr>
            <w:tcW w:w="482" w:type="dxa"/>
            <w:tcMar>
              <w:top w:w="38" w:type="dxa"/>
              <w:left w:w="55" w:type="dxa"/>
              <w:bottom w:w="38" w:type="dxa"/>
              <w:right w:w="55" w:type="dxa"/>
            </w:tcMar>
            <w:vAlign w:val="center"/>
          </w:tcPr>
          <w:p w14:paraId="2B617719" w14:textId="77777777" w:rsidR="00915042" w:rsidRDefault="00915042" w:rsidP="0098379A">
            <w:pPr>
              <w:spacing w:after="0" w:line="240" w:lineRule="auto"/>
              <w:jc w:val="center"/>
            </w:pPr>
            <w:r>
              <w:rPr>
                <w:sz w:val="16"/>
              </w:rPr>
              <w:t>100</w:t>
            </w:r>
          </w:p>
        </w:tc>
        <w:tc>
          <w:tcPr>
            <w:tcW w:w="3855" w:type="dxa"/>
            <w:tcMar>
              <w:top w:w="38" w:type="dxa"/>
              <w:left w:w="55" w:type="dxa"/>
              <w:bottom w:w="38" w:type="dxa"/>
              <w:right w:w="55" w:type="dxa"/>
            </w:tcMar>
            <w:vAlign w:val="center"/>
          </w:tcPr>
          <w:p w14:paraId="5522B13A" w14:textId="77777777" w:rsidR="00915042" w:rsidRDefault="00915042" w:rsidP="0098379A">
            <w:pPr>
              <w:spacing w:after="0" w:line="240" w:lineRule="auto"/>
              <w:jc w:val="left"/>
            </w:pPr>
            <w:r>
              <w:rPr>
                <w:sz w:val="16"/>
              </w:rPr>
              <w:t xml:space="preserve">Attorney </w:t>
            </w:r>
            <w:proofErr w:type="spellStart"/>
            <w:r>
              <w:rPr>
                <w:sz w:val="16"/>
              </w:rPr>
              <w:t>Münip</w:t>
            </w:r>
            <w:proofErr w:type="spellEnd"/>
            <w:r>
              <w:rPr>
                <w:sz w:val="16"/>
              </w:rPr>
              <w:t xml:space="preserve"> </w:t>
            </w:r>
            <w:proofErr w:type="spellStart"/>
            <w:r>
              <w:rPr>
                <w:sz w:val="16"/>
              </w:rPr>
              <w:t>Eremiş</w:t>
            </w:r>
            <w:proofErr w:type="spellEnd"/>
          </w:p>
        </w:tc>
        <w:tc>
          <w:tcPr>
            <w:tcW w:w="3628" w:type="dxa"/>
            <w:tcMar>
              <w:top w:w="38" w:type="dxa"/>
              <w:left w:w="55" w:type="dxa"/>
              <w:bottom w:w="38" w:type="dxa"/>
              <w:right w:w="55" w:type="dxa"/>
            </w:tcMar>
            <w:vAlign w:val="center"/>
          </w:tcPr>
          <w:p w14:paraId="2EF5F249" w14:textId="77777777" w:rsidR="00915042" w:rsidRDefault="00915042" w:rsidP="0098379A">
            <w:pPr>
              <w:spacing w:after="0" w:line="240" w:lineRule="auto"/>
              <w:jc w:val="left"/>
            </w:pPr>
            <w:r>
              <w:rPr>
                <w:sz w:val="16"/>
              </w:rPr>
              <w:t>Antalya Bar Association</w:t>
            </w:r>
          </w:p>
        </w:tc>
        <w:tc>
          <w:tcPr>
            <w:tcW w:w="1701" w:type="dxa"/>
            <w:tcMar>
              <w:top w:w="38" w:type="dxa"/>
              <w:left w:w="55" w:type="dxa"/>
              <w:bottom w:w="38" w:type="dxa"/>
              <w:right w:w="55" w:type="dxa"/>
            </w:tcMar>
            <w:vAlign w:val="center"/>
          </w:tcPr>
          <w:p w14:paraId="2C5CA9CC" w14:textId="77777777" w:rsidR="00915042" w:rsidRDefault="00915042" w:rsidP="0098379A">
            <w:pPr>
              <w:spacing w:after="0" w:line="240" w:lineRule="auto"/>
              <w:jc w:val="center"/>
            </w:pPr>
            <w:r>
              <w:rPr>
                <w:sz w:val="16"/>
              </w:rPr>
              <w:t>848</w:t>
            </w:r>
          </w:p>
        </w:tc>
      </w:tr>
      <w:tr w:rsidR="00915042" w14:paraId="0CC98F74" w14:textId="77777777" w:rsidTr="0098379A">
        <w:trPr>
          <w:cantSplit/>
          <w:jc w:val="center"/>
        </w:trPr>
        <w:tc>
          <w:tcPr>
            <w:tcW w:w="482" w:type="dxa"/>
            <w:tcMar>
              <w:top w:w="38" w:type="dxa"/>
              <w:left w:w="55" w:type="dxa"/>
              <w:bottom w:w="38" w:type="dxa"/>
              <w:right w:w="55" w:type="dxa"/>
            </w:tcMar>
            <w:vAlign w:val="center"/>
          </w:tcPr>
          <w:p w14:paraId="3BA1C286" w14:textId="77777777" w:rsidR="00915042" w:rsidRDefault="00915042" w:rsidP="0098379A">
            <w:pPr>
              <w:spacing w:after="0" w:line="240" w:lineRule="auto"/>
              <w:jc w:val="center"/>
            </w:pPr>
            <w:r>
              <w:rPr>
                <w:sz w:val="16"/>
              </w:rPr>
              <w:t>101</w:t>
            </w:r>
          </w:p>
        </w:tc>
        <w:tc>
          <w:tcPr>
            <w:tcW w:w="3855" w:type="dxa"/>
            <w:tcMar>
              <w:top w:w="38" w:type="dxa"/>
              <w:left w:w="55" w:type="dxa"/>
              <w:bottom w:w="38" w:type="dxa"/>
              <w:right w:w="55" w:type="dxa"/>
            </w:tcMar>
            <w:vAlign w:val="center"/>
          </w:tcPr>
          <w:p w14:paraId="47B074CF" w14:textId="77777777" w:rsidR="00915042" w:rsidRDefault="00915042" w:rsidP="0098379A">
            <w:pPr>
              <w:spacing w:after="0" w:line="240" w:lineRule="auto"/>
              <w:jc w:val="left"/>
            </w:pPr>
            <w:r>
              <w:rPr>
                <w:sz w:val="16"/>
              </w:rPr>
              <w:t>Attorney Ahmet Melik Derindere</w:t>
            </w:r>
          </w:p>
        </w:tc>
        <w:tc>
          <w:tcPr>
            <w:tcW w:w="3628" w:type="dxa"/>
            <w:tcMar>
              <w:top w:w="38" w:type="dxa"/>
              <w:left w:w="55" w:type="dxa"/>
              <w:bottom w:w="38" w:type="dxa"/>
              <w:right w:w="55" w:type="dxa"/>
            </w:tcMar>
            <w:vAlign w:val="center"/>
          </w:tcPr>
          <w:p w14:paraId="577DF2C7" w14:textId="77777777" w:rsidR="00915042" w:rsidRDefault="00915042" w:rsidP="0098379A">
            <w:pPr>
              <w:spacing w:after="0" w:line="240" w:lineRule="auto"/>
              <w:jc w:val="left"/>
            </w:pPr>
            <w:proofErr w:type="spellStart"/>
            <w:r>
              <w:rPr>
                <w:sz w:val="16"/>
              </w:rPr>
              <w:t>Amasya</w:t>
            </w:r>
            <w:proofErr w:type="spellEnd"/>
            <w:r>
              <w:rPr>
                <w:sz w:val="16"/>
              </w:rPr>
              <w:t xml:space="preserve"> Bar Association</w:t>
            </w:r>
          </w:p>
        </w:tc>
        <w:tc>
          <w:tcPr>
            <w:tcW w:w="1701" w:type="dxa"/>
            <w:tcMar>
              <w:top w:w="38" w:type="dxa"/>
              <w:left w:w="55" w:type="dxa"/>
              <w:bottom w:w="38" w:type="dxa"/>
              <w:right w:w="55" w:type="dxa"/>
            </w:tcMar>
            <w:vAlign w:val="center"/>
          </w:tcPr>
          <w:p w14:paraId="15D7A45F" w14:textId="77777777" w:rsidR="00915042" w:rsidRDefault="00915042" w:rsidP="0098379A">
            <w:pPr>
              <w:spacing w:after="0" w:line="240" w:lineRule="auto"/>
              <w:jc w:val="center"/>
            </w:pPr>
            <w:r>
              <w:rPr>
                <w:sz w:val="16"/>
              </w:rPr>
              <w:t>127</w:t>
            </w:r>
          </w:p>
        </w:tc>
      </w:tr>
      <w:tr w:rsidR="00915042" w14:paraId="68EFCEC8" w14:textId="77777777" w:rsidTr="0098379A">
        <w:trPr>
          <w:cantSplit/>
          <w:jc w:val="center"/>
        </w:trPr>
        <w:tc>
          <w:tcPr>
            <w:tcW w:w="482" w:type="dxa"/>
            <w:tcMar>
              <w:top w:w="38" w:type="dxa"/>
              <w:left w:w="55" w:type="dxa"/>
              <w:bottom w:w="38" w:type="dxa"/>
              <w:right w:w="55" w:type="dxa"/>
            </w:tcMar>
            <w:vAlign w:val="center"/>
          </w:tcPr>
          <w:p w14:paraId="2B911ECC" w14:textId="77777777" w:rsidR="00915042" w:rsidRDefault="00915042" w:rsidP="0098379A">
            <w:pPr>
              <w:spacing w:after="0" w:line="240" w:lineRule="auto"/>
              <w:jc w:val="center"/>
            </w:pPr>
            <w:r>
              <w:rPr>
                <w:sz w:val="16"/>
              </w:rPr>
              <w:t>102</w:t>
            </w:r>
          </w:p>
        </w:tc>
        <w:tc>
          <w:tcPr>
            <w:tcW w:w="3855" w:type="dxa"/>
            <w:tcMar>
              <w:top w:w="38" w:type="dxa"/>
              <w:left w:w="55" w:type="dxa"/>
              <w:bottom w:w="38" w:type="dxa"/>
              <w:right w:w="55" w:type="dxa"/>
            </w:tcMar>
            <w:vAlign w:val="center"/>
          </w:tcPr>
          <w:p w14:paraId="795740C9" w14:textId="77777777" w:rsidR="00915042" w:rsidRDefault="00915042" w:rsidP="0098379A">
            <w:pPr>
              <w:spacing w:after="0" w:line="240" w:lineRule="auto"/>
              <w:jc w:val="left"/>
            </w:pPr>
            <w:r>
              <w:rPr>
                <w:sz w:val="16"/>
              </w:rPr>
              <w:t>Attorney Azade Ay</w:t>
            </w:r>
          </w:p>
        </w:tc>
        <w:tc>
          <w:tcPr>
            <w:tcW w:w="3628" w:type="dxa"/>
            <w:tcMar>
              <w:top w:w="38" w:type="dxa"/>
              <w:left w:w="55" w:type="dxa"/>
              <w:bottom w:w="38" w:type="dxa"/>
              <w:right w:w="55" w:type="dxa"/>
            </w:tcMar>
            <w:vAlign w:val="center"/>
          </w:tcPr>
          <w:p w14:paraId="235D6691" w14:textId="77777777" w:rsidR="00915042" w:rsidRDefault="00915042" w:rsidP="0098379A">
            <w:pPr>
              <w:spacing w:after="0" w:line="240" w:lineRule="auto"/>
              <w:jc w:val="left"/>
            </w:pPr>
            <w:proofErr w:type="spellStart"/>
            <w:r>
              <w:rPr>
                <w:sz w:val="16"/>
              </w:rPr>
              <w:t>Düzce</w:t>
            </w:r>
            <w:proofErr w:type="spellEnd"/>
            <w:r>
              <w:rPr>
                <w:sz w:val="16"/>
              </w:rPr>
              <w:t xml:space="preserve"> Bar Association</w:t>
            </w:r>
          </w:p>
        </w:tc>
        <w:tc>
          <w:tcPr>
            <w:tcW w:w="1701" w:type="dxa"/>
            <w:tcMar>
              <w:top w:w="38" w:type="dxa"/>
              <w:left w:w="55" w:type="dxa"/>
              <w:bottom w:w="38" w:type="dxa"/>
              <w:right w:w="55" w:type="dxa"/>
            </w:tcMar>
            <w:vAlign w:val="center"/>
          </w:tcPr>
          <w:p w14:paraId="513492C7" w14:textId="77777777" w:rsidR="00915042" w:rsidRDefault="00915042" w:rsidP="0098379A">
            <w:pPr>
              <w:spacing w:after="0" w:line="240" w:lineRule="auto"/>
              <w:jc w:val="center"/>
            </w:pPr>
            <w:r>
              <w:rPr>
                <w:sz w:val="16"/>
              </w:rPr>
              <w:t>47</w:t>
            </w:r>
          </w:p>
        </w:tc>
      </w:tr>
      <w:tr w:rsidR="00915042" w14:paraId="05936693" w14:textId="77777777" w:rsidTr="0098379A">
        <w:trPr>
          <w:cantSplit/>
          <w:jc w:val="center"/>
        </w:trPr>
        <w:tc>
          <w:tcPr>
            <w:tcW w:w="482" w:type="dxa"/>
            <w:tcMar>
              <w:top w:w="38" w:type="dxa"/>
              <w:left w:w="55" w:type="dxa"/>
              <w:bottom w:w="38" w:type="dxa"/>
              <w:right w:w="55" w:type="dxa"/>
            </w:tcMar>
            <w:vAlign w:val="center"/>
          </w:tcPr>
          <w:p w14:paraId="52DCBD79" w14:textId="77777777" w:rsidR="00915042" w:rsidRDefault="00915042" w:rsidP="0098379A">
            <w:pPr>
              <w:spacing w:after="0" w:line="240" w:lineRule="auto"/>
              <w:jc w:val="center"/>
            </w:pPr>
            <w:r>
              <w:rPr>
                <w:sz w:val="16"/>
              </w:rPr>
              <w:lastRenderedPageBreak/>
              <w:t>103</w:t>
            </w:r>
          </w:p>
        </w:tc>
        <w:tc>
          <w:tcPr>
            <w:tcW w:w="3855" w:type="dxa"/>
            <w:tcMar>
              <w:top w:w="38" w:type="dxa"/>
              <w:left w:w="55" w:type="dxa"/>
              <w:bottom w:w="38" w:type="dxa"/>
              <w:right w:w="55" w:type="dxa"/>
            </w:tcMar>
            <w:vAlign w:val="center"/>
          </w:tcPr>
          <w:p w14:paraId="795DBD98" w14:textId="77777777" w:rsidR="00915042" w:rsidRDefault="00915042" w:rsidP="0098379A">
            <w:pPr>
              <w:spacing w:after="0" w:line="240" w:lineRule="auto"/>
              <w:jc w:val="left"/>
            </w:pPr>
            <w:r>
              <w:rPr>
                <w:sz w:val="16"/>
              </w:rPr>
              <w:t xml:space="preserve">Attorney </w:t>
            </w:r>
            <w:proofErr w:type="spellStart"/>
            <w:r>
              <w:rPr>
                <w:sz w:val="16"/>
              </w:rPr>
              <w:t>Rıza</w:t>
            </w:r>
            <w:proofErr w:type="spellEnd"/>
            <w:r>
              <w:rPr>
                <w:sz w:val="16"/>
              </w:rPr>
              <w:t xml:space="preserve"> Koçak</w:t>
            </w:r>
          </w:p>
        </w:tc>
        <w:tc>
          <w:tcPr>
            <w:tcW w:w="3628" w:type="dxa"/>
            <w:tcMar>
              <w:top w:w="38" w:type="dxa"/>
              <w:left w:w="55" w:type="dxa"/>
              <w:bottom w:w="38" w:type="dxa"/>
              <w:right w:w="55" w:type="dxa"/>
            </w:tcMar>
            <w:vAlign w:val="center"/>
          </w:tcPr>
          <w:p w14:paraId="1C3F6CFA"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84476EE" w14:textId="77777777" w:rsidR="00915042" w:rsidRDefault="00915042" w:rsidP="0098379A">
            <w:pPr>
              <w:spacing w:after="0" w:line="240" w:lineRule="auto"/>
              <w:jc w:val="center"/>
            </w:pPr>
            <w:r>
              <w:rPr>
                <w:sz w:val="16"/>
              </w:rPr>
              <w:t>24641</w:t>
            </w:r>
          </w:p>
        </w:tc>
      </w:tr>
      <w:tr w:rsidR="00915042" w14:paraId="428BE054" w14:textId="77777777" w:rsidTr="0098379A">
        <w:trPr>
          <w:cantSplit/>
          <w:jc w:val="center"/>
        </w:trPr>
        <w:tc>
          <w:tcPr>
            <w:tcW w:w="482" w:type="dxa"/>
            <w:tcMar>
              <w:top w:w="38" w:type="dxa"/>
              <w:left w:w="55" w:type="dxa"/>
              <w:bottom w:w="38" w:type="dxa"/>
              <w:right w:w="55" w:type="dxa"/>
            </w:tcMar>
            <w:vAlign w:val="center"/>
          </w:tcPr>
          <w:p w14:paraId="02D2CE47" w14:textId="77777777" w:rsidR="00915042" w:rsidRDefault="00915042" w:rsidP="0098379A">
            <w:pPr>
              <w:spacing w:after="0" w:line="240" w:lineRule="auto"/>
              <w:jc w:val="center"/>
            </w:pPr>
            <w:r>
              <w:rPr>
                <w:sz w:val="16"/>
              </w:rPr>
              <w:t>104</w:t>
            </w:r>
          </w:p>
        </w:tc>
        <w:tc>
          <w:tcPr>
            <w:tcW w:w="3855" w:type="dxa"/>
            <w:tcMar>
              <w:top w:w="38" w:type="dxa"/>
              <w:left w:w="55" w:type="dxa"/>
              <w:bottom w:w="38" w:type="dxa"/>
              <w:right w:w="55" w:type="dxa"/>
            </w:tcMar>
            <w:vAlign w:val="center"/>
          </w:tcPr>
          <w:p w14:paraId="6C402819" w14:textId="77777777" w:rsidR="00915042" w:rsidRDefault="00915042" w:rsidP="0098379A">
            <w:pPr>
              <w:spacing w:after="0" w:line="240" w:lineRule="auto"/>
              <w:jc w:val="left"/>
            </w:pPr>
            <w:r>
              <w:rPr>
                <w:sz w:val="16"/>
              </w:rPr>
              <w:t>Attorney Ahmet Dindar</w:t>
            </w:r>
          </w:p>
        </w:tc>
        <w:tc>
          <w:tcPr>
            <w:tcW w:w="3628" w:type="dxa"/>
            <w:tcMar>
              <w:top w:w="38" w:type="dxa"/>
              <w:left w:w="55" w:type="dxa"/>
              <w:bottom w:w="38" w:type="dxa"/>
              <w:right w:w="55" w:type="dxa"/>
            </w:tcMar>
            <w:vAlign w:val="center"/>
          </w:tcPr>
          <w:p w14:paraId="744F2AA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C249599" w14:textId="77777777" w:rsidR="00915042" w:rsidRDefault="00915042" w:rsidP="0098379A">
            <w:pPr>
              <w:spacing w:after="0" w:line="240" w:lineRule="auto"/>
              <w:jc w:val="center"/>
            </w:pPr>
            <w:r>
              <w:rPr>
                <w:sz w:val="16"/>
              </w:rPr>
              <w:t>14588</w:t>
            </w:r>
          </w:p>
        </w:tc>
      </w:tr>
      <w:tr w:rsidR="00915042" w14:paraId="11D53719" w14:textId="77777777" w:rsidTr="0098379A">
        <w:trPr>
          <w:cantSplit/>
          <w:jc w:val="center"/>
        </w:trPr>
        <w:tc>
          <w:tcPr>
            <w:tcW w:w="482" w:type="dxa"/>
            <w:tcMar>
              <w:top w:w="38" w:type="dxa"/>
              <w:left w:w="55" w:type="dxa"/>
              <w:bottom w:w="38" w:type="dxa"/>
              <w:right w:w="55" w:type="dxa"/>
            </w:tcMar>
            <w:vAlign w:val="center"/>
          </w:tcPr>
          <w:p w14:paraId="0B29D6E1" w14:textId="77777777" w:rsidR="00915042" w:rsidRDefault="00915042" w:rsidP="0098379A">
            <w:pPr>
              <w:spacing w:after="0" w:line="240" w:lineRule="auto"/>
              <w:jc w:val="center"/>
            </w:pPr>
            <w:r>
              <w:rPr>
                <w:sz w:val="16"/>
              </w:rPr>
              <w:t>105</w:t>
            </w:r>
          </w:p>
        </w:tc>
        <w:tc>
          <w:tcPr>
            <w:tcW w:w="3855" w:type="dxa"/>
            <w:tcMar>
              <w:top w:w="38" w:type="dxa"/>
              <w:left w:w="55" w:type="dxa"/>
              <w:bottom w:w="38" w:type="dxa"/>
              <w:right w:w="55" w:type="dxa"/>
            </w:tcMar>
            <w:vAlign w:val="center"/>
          </w:tcPr>
          <w:p w14:paraId="5F25197A" w14:textId="77777777" w:rsidR="00915042" w:rsidRDefault="00915042" w:rsidP="0098379A">
            <w:pPr>
              <w:spacing w:after="0" w:line="240" w:lineRule="auto"/>
              <w:jc w:val="left"/>
            </w:pPr>
            <w:r>
              <w:rPr>
                <w:sz w:val="16"/>
              </w:rPr>
              <w:t>Attorney Funda Ekin</w:t>
            </w:r>
          </w:p>
        </w:tc>
        <w:tc>
          <w:tcPr>
            <w:tcW w:w="3628" w:type="dxa"/>
            <w:tcMar>
              <w:top w:w="38" w:type="dxa"/>
              <w:left w:w="55" w:type="dxa"/>
              <w:bottom w:w="38" w:type="dxa"/>
              <w:right w:w="55" w:type="dxa"/>
            </w:tcMar>
            <w:vAlign w:val="center"/>
          </w:tcPr>
          <w:p w14:paraId="2D4F4FD0"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6B5A704" w14:textId="77777777" w:rsidR="00915042" w:rsidRDefault="00915042" w:rsidP="0098379A">
            <w:pPr>
              <w:spacing w:after="0" w:line="240" w:lineRule="auto"/>
              <w:jc w:val="center"/>
            </w:pPr>
            <w:r>
              <w:rPr>
                <w:sz w:val="16"/>
              </w:rPr>
              <w:t>30225</w:t>
            </w:r>
          </w:p>
        </w:tc>
      </w:tr>
      <w:tr w:rsidR="00915042" w14:paraId="201A969F" w14:textId="77777777" w:rsidTr="0098379A">
        <w:trPr>
          <w:cantSplit/>
          <w:jc w:val="center"/>
        </w:trPr>
        <w:tc>
          <w:tcPr>
            <w:tcW w:w="482" w:type="dxa"/>
            <w:tcMar>
              <w:top w:w="38" w:type="dxa"/>
              <w:left w:w="55" w:type="dxa"/>
              <w:bottom w:w="38" w:type="dxa"/>
              <w:right w:w="55" w:type="dxa"/>
            </w:tcMar>
            <w:vAlign w:val="center"/>
          </w:tcPr>
          <w:p w14:paraId="3BAF6A1D" w14:textId="77777777" w:rsidR="00915042" w:rsidRDefault="00915042" w:rsidP="0098379A">
            <w:pPr>
              <w:spacing w:after="0" w:line="240" w:lineRule="auto"/>
              <w:jc w:val="center"/>
            </w:pPr>
            <w:r>
              <w:rPr>
                <w:sz w:val="16"/>
              </w:rPr>
              <w:t>106</w:t>
            </w:r>
          </w:p>
        </w:tc>
        <w:tc>
          <w:tcPr>
            <w:tcW w:w="3855" w:type="dxa"/>
            <w:tcMar>
              <w:top w:w="38" w:type="dxa"/>
              <w:left w:w="55" w:type="dxa"/>
              <w:bottom w:w="38" w:type="dxa"/>
              <w:right w:w="55" w:type="dxa"/>
            </w:tcMar>
            <w:vAlign w:val="center"/>
          </w:tcPr>
          <w:p w14:paraId="53869E92" w14:textId="77777777" w:rsidR="00915042" w:rsidRDefault="00915042" w:rsidP="0098379A">
            <w:pPr>
              <w:spacing w:after="0" w:line="240" w:lineRule="auto"/>
              <w:jc w:val="left"/>
            </w:pPr>
            <w:r>
              <w:rPr>
                <w:sz w:val="16"/>
              </w:rPr>
              <w:t xml:space="preserve">Attorney Asuman </w:t>
            </w:r>
            <w:proofErr w:type="spellStart"/>
            <w:r>
              <w:rPr>
                <w:sz w:val="16"/>
              </w:rPr>
              <w:t>Gülsün</w:t>
            </w:r>
            <w:proofErr w:type="spellEnd"/>
            <w:r>
              <w:rPr>
                <w:sz w:val="16"/>
              </w:rPr>
              <w:t xml:space="preserve"> Sop</w:t>
            </w:r>
          </w:p>
        </w:tc>
        <w:tc>
          <w:tcPr>
            <w:tcW w:w="3628" w:type="dxa"/>
            <w:tcMar>
              <w:top w:w="38" w:type="dxa"/>
              <w:left w:w="55" w:type="dxa"/>
              <w:bottom w:w="38" w:type="dxa"/>
              <w:right w:w="55" w:type="dxa"/>
            </w:tcMar>
            <w:vAlign w:val="center"/>
          </w:tcPr>
          <w:p w14:paraId="6E7E1E2E"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758AE10" w14:textId="77777777" w:rsidR="00915042" w:rsidRDefault="00915042" w:rsidP="0098379A">
            <w:pPr>
              <w:spacing w:after="0" w:line="240" w:lineRule="auto"/>
              <w:jc w:val="center"/>
            </w:pPr>
            <w:r>
              <w:rPr>
                <w:sz w:val="16"/>
              </w:rPr>
              <w:t>16570</w:t>
            </w:r>
          </w:p>
        </w:tc>
      </w:tr>
      <w:tr w:rsidR="00915042" w14:paraId="59275AD0" w14:textId="77777777" w:rsidTr="0098379A">
        <w:trPr>
          <w:cantSplit/>
          <w:jc w:val="center"/>
        </w:trPr>
        <w:tc>
          <w:tcPr>
            <w:tcW w:w="482" w:type="dxa"/>
            <w:tcMar>
              <w:top w:w="38" w:type="dxa"/>
              <w:left w:w="55" w:type="dxa"/>
              <w:bottom w:w="38" w:type="dxa"/>
              <w:right w:w="55" w:type="dxa"/>
            </w:tcMar>
            <w:vAlign w:val="center"/>
          </w:tcPr>
          <w:p w14:paraId="37112083" w14:textId="77777777" w:rsidR="00915042" w:rsidRDefault="00915042" w:rsidP="0098379A">
            <w:pPr>
              <w:spacing w:after="0" w:line="240" w:lineRule="auto"/>
              <w:jc w:val="center"/>
            </w:pPr>
            <w:r>
              <w:rPr>
                <w:sz w:val="16"/>
              </w:rPr>
              <w:t>107</w:t>
            </w:r>
          </w:p>
        </w:tc>
        <w:tc>
          <w:tcPr>
            <w:tcW w:w="3855" w:type="dxa"/>
            <w:tcMar>
              <w:top w:w="38" w:type="dxa"/>
              <w:left w:w="55" w:type="dxa"/>
              <w:bottom w:w="38" w:type="dxa"/>
              <w:right w:w="55" w:type="dxa"/>
            </w:tcMar>
            <w:vAlign w:val="center"/>
          </w:tcPr>
          <w:p w14:paraId="271917C2" w14:textId="77777777" w:rsidR="00915042" w:rsidRDefault="00915042" w:rsidP="0098379A">
            <w:pPr>
              <w:spacing w:after="0" w:line="240" w:lineRule="auto"/>
              <w:jc w:val="left"/>
            </w:pPr>
            <w:r>
              <w:rPr>
                <w:sz w:val="16"/>
              </w:rPr>
              <w:t>Attorney Mustafa Kemal Güngör</w:t>
            </w:r>
          </w:p>
        </w:tc>
        <w:tc>
          <w:tcPr>
            <w:tcW w:w="3628" w:type="dxa"/>
            <w:tcMar>
              <w:top w:w="38" w:type="dxa"/>
              <w:left w:w="55" w:type="dxa"/>
              <w:bottom w:w="38" w:type="dxa"/>
              <w:right w:w="55" w:type="dxa"/>
            </w:tcMar>
            <w:vAlign w:val="center"/>
          </w:tcPr>
          <w:p w14:paraId="08B142F9"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1363079A" w14:textId="77777777" w:rsidR="00915042" w:rsidRDefault="00915042" w:rsidP="0098379A">
            <w:pPr>
              <w:spacing w:after="0" w:line="240" w:lineRule="auto"/>
              <w:jc w:val="center"/>
            </w:pPr>
            <w:r>
              <w:rPr>
                <w:sz w:val="16"/>
              </w:rPr>
              <w:t>13832</w:t>
            </w:r>
          </w:p>
        </w:tc>
      </w:tr>
      <w:tr w:rsidR="00915042" w14:paraId="656FD882" w14:textId="77777777" w:rsidTr="0098379A">
        <w:trPr>
          <w:cantSplit/>
          <w:jc w:val="center"/>
        </w:trPr>
        <w:tc>
          <w:tcPr>
            <w:tcW w:w="482" w:type="dxa"/>
            <w:tcMar>
              <w:top w:w="38" w:type="dxa"/>
              <w:left w:w="55" w:type="dxa"/>
              <w:bottom w:w="38" w:type="dxa"/>
              <w:right w:w="55" w:type="dxa"/>
            </w:tcMar>
            <w:vAlign w:val="center"/>
          </w:tcPr>
          <w:p w14:paraId="55D3BC6C" w14:textId="77777777" w:rsidR="00915042" w:rsidRDefault="00915042" w:rsidP="0098379A">
            <w:pPr>
              <w:spacing w:after="0" w:line="240" w:lineRule="auto"/>
              <w:jc w:val="center"/>
            </w:pPr>
            <w:r>
              <w:rPr>
                <w:sz w:val="16"/>
              </w:rPr>
              <w:t>108</w:t>
            </w:r>
          </w:p>
        </w:tc>
        <w:tc>
          <w:tcPr>
            <w:tcW w:w="3855" w:type="dxa"/>
            <w:tcMar>
              <w:top w:w="38" w:type="dxa"/>
              <w:left w:w="55" w:type="dxa"/>
              <w:bottom w:w="38" w:type="dxa"/>
              <w:right w:w="55" w:type="dxa"/>
            </w:tcMar>
            <w:vAlign w:val="center"/>
          </w:tcPr>
          <w:p w14:paraId="36F0536D" w14:textId="77777777" w:rsidR="00915042" w:rsidRDefault="00915042" w:rsidP="0098379A">
            <w:pPr>
              <w:spacing w:after="0" w:line="240" w:lineRule="auto"/>
              <w:jc w:val="left"/>
            </w:pPr>
            <w:r>
              <w:rPr>
                <w:sz w:val="16"/>
              </w:rPr>
              <w:t>Attorney Ahmet Kemal Kumkumoğlu</w:t>
            </w:r>
          </w:p>
        </w:tc>
        <w:tc>
          <w:tcPr>
            <w:tcW w:w="3628" w:type="dxa"/>
            <w:tcMar>
              <w:top w:w="38" w:type="dxa"/>
              <w:left w:w="55" w:type="dxa"/>
              <w:bottom w:w="38" w:type="dxa"/>
              <w:right w:w="55" w:type="dxa"/>
            </w:tcMar>
            <w:vAlign w:val="center"/>
          </w:tcPr>
          <w:p w14:paraId="3CBD4E6B"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5764632" w14:textId="77777777" w:rsidR="00915042" w:rsidRDefault="00915042" w:rsidP="0098379A">
            <w:pPr>
              <w:spacing w:after="0" w:line="240" w:lineRule="auto"/>
              <w:jc w:val="center"/>
            </w:pPr>
            <w:r>
              <w:rPr>
                <w:sz w:val="16"/>
              </w:rPr>
              <w:t>45993</w:t>
            </w:r>
          </w:p>
        </w:tc>
      </w:tr>
      <w:tr w:rsidR="00915042" w14:paraId="0B978DD3" w14:textId="77777777" w:rsidTr="0098379A">
        <w:trPr>
          <w:cantSplit/>
          <w:jc w:val="center"/>
        </w:trPr>
        <w:tc>
          <w:tcPr>
            <w:tcW w:w="482" w:type="dxa"/>
            <w:tcMar>
              <w:top w:w="38" w:type="dxa"/>
              <w:left w:w="55" w:type="dxa"/>
              <w:bottom w:w="38" w:type="dxa"/>
              <w:right w:w="55" w:type="dxa"/>
            </w:tcMar>
            <w:vAlign w:val="center"/>
          </w:tcPr>
          <w:p w14:paraId="0ED1E618" w14:textId="77777777" w:rsidR="00915042" w:rsidRDefault="00915042" w:rsidP="0098379A">
            <w:pPr>
              <w:spacing w:after="0" w:line="240" w:lineRule="auto"/>
              <w:jc w:val="center"/>
            </w:pPr>
            <w:r>
              <w:rPr>
                <w:sz w:val="16"/>
              </w:rPr>
              <w:t>109</w:t>
            </w:r>
          </w:p>
        </w:tc>
        <w:tc>
          <w:tcPr>
            <w:tcW w:w="3855" w:type="dxa"/>
            <w:tcMar>
              <w:top w:w="38" w:type="dxa"/>
              <w:left w:w="55" w:type="dxa"/>
              <w:bottom w:w="38" w:type="dxa"/>
              <w:right w:w="55" w:type="dxa"/>
            </w:tcMar>
            <w:vAlign w:val="center"/>
          </w:tcPr>
          <w:p w14:paraId="2574EBA8" w14:textId="77777777" w:rsidR="00915042" w:rsidRDefault="00915042" w:rsidP="0098379A">
            <w:pPr>
              <w:spacing w:after="0" w:line="240" w:lineRule="auto"/>
              <w:jc w:val="left"/>
            </w:pPr>
            <w:r>
              <w:rPr>
                <w:sz w:val="16"/>
              </w:rPr>
              <w:t xml:space="preserve">Attorney </w:t>
            </w:r>
            <w:proofErr w:type="spellStart"/>
            <w:r>
              <w:rPr>
                <w:sz w:val="16"/>
              </w:rPr>
              <w:t>Fethiye</w:t>
            </w:r>
            <w:proofErr w:type="spellEnd"/>
            <w:r>
              <w:rPr>
                <w:sz w:val="16"/>
              </w:rPr>
              <w:t xml:space="preserve"> Çetin</w:t>
            </w:r>
          </w:p>
        </w:tc>
        <w:tc>
          <w:tcPr>
            <w:tcW w:w="3628" w:type="dxa"/>
            <w:tcMar>
              <w:top w:w="38" w:type="dxa"/>
              <w:left w:w="55" w:type="dxa"/>
              <w:bottom w:w="38" w:type="dxa"/>
              <w:right w:w="55" w:type="dxa"/>
            </w:tcMar>
            <w:vAlign w:val="center"/>
          </w:tcPr>
          <w:p w14:paraId="118143B5"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70F28A8" w14:textId="77777777" w:rsidR="00915042" w:rsidRDefault="00915042" w:rsidP="0098379A">
            <w:pPr>
              <w:spacing w:after="0" w:line="240" w:lineRule="auto"/>
              <w:jc w:val="center"/>
            </w:pPr>
            <w:r>
              <w:rPr>
                <w:sz w:val="16"/>
              </w:rPr>
              <w:t>16111</w:t>
            </w:r>
          </w:p>
        </w:tc>
      </w:tr>
      <w:tr w:rsidR="00915042" w14:paraId="2A9154D7" w14:textId="77777777" w:rsidTr="0098379A">
        <w:trPr>
          <w:cantSplit/>
          <w:jc w:val="center"/>
        </w:trPr>
        <w:tc>
          <w:tcPr>
            <w:tcW w:w="482" w:type="dxa"/>
            <w:tcMar>
              <w:top w:w="38" w:type="dxa"/>
              <w:left w:w="55" w:type="dxa"/>
              <w:bottom w:w="38" w:type="dxa"/>
              <w:right w:w="55" w:type="dxa"/>
            </w:tcMar>
            <w:vAlign w:val="center"/>
          </w:tcPr>
          <w:p w14:paraId="5028947E" w14:textId="77777777" w:rsidR="00915042" w:rsidRDefault="00915042" w:rsidP="0098379A">
            <w:pPr>
              <w:spacing w:after="0" w:line="240" w:lineRule="auto"/>
              <w:jc w:val="center"/>
            </w:pPr>
            <w:r>
              <w:rPr>
                <w:sz w:val="16"/>
              </w:rPr>
              <w:t>110</w:t>
            </w:r>
          </w:p>
        </w:tc>
        <w:tc>
          <w:tcPr>
            <w:tcW w:w="3855" w:type="dxa"/>
            <w:tcMar>
              <w:top w:w="38" w:type="dxa"/>
              <w:left w:w="55" w:type="dxa"/>
              <w:bottom w:w="38" w:type="dxa"/>
              <w:right w:w="55" w:type="dxa"/>
            </w:tcMar>
            <w:vAlign w:val="center"/>
          </w:tcPr>
          <w:p w14:paraId="3FD5927F" w14:textId="77777777" w:rsidR="00915042" w:rsidRDefault="00915042" w:rsidP="0098379A">
            <w:pPr>
              <w:spacing w:after="0" w:line="240" w:lineRule="auto"/>
              <w:jc w:val="left"/>
            </w:pPr>
            <w:r>
              <w:rPr>
                <w:sz w:val="16"/>
              </w:rPr>
              <w:t>Attorney Mert Öztürk</w:t>
            </w:r>
          </w:p>
        </w:tc>
        <w:tc>
          <w:tcPr>
            <w:tcW w:w="3628" w:type="dxa"/>
            <w:tcMar>
              <w:top w:w="38" w:type="dxa"/>
              <w:left w:w="55" w:type="dxa"/>
              <w:bottom w:w="38" w:type="dxa"/>
              <w:right w:w="55" w:type="dxa"/>
            </w:tcMar>
            <w:vAlign w:val="center"/>
          </w:tcPr>
          <w:p w14:paraId="7F61DB1D"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81FE497" w14:textId="77777777" w:rsidR="00915042" w:rsidRDefault="00915042" w:rsidP="0098379A">
            <w:pPr>
              <w:spacing w:after="0" w:line="240" w:lineRule="auto"/>
              <w:jc w:val="center"/>
            </w:pPr>
            <w:r>
              <w:rPr>
                <w:sz w:val="16"/>
              </w:rPr>
              <w:t>73953</w:t>
            </w:r>
          </w:p>
        </w:tc>
      </w:tr>
      <w:tr w:rsidR="00915042" w14:paraId="5B69F632" w14:textId="77777777" w:rsidTr="0098379A">
        <w:trPr>
          <w:cantSplit/>
          <w:jc w:val="center"/>
        </w:trPr>
        <w:tc>
          <w:tcPr>
            <w:tcW w:w="482" w:type="dxa"/>
            <w:tcMar>
              <w:top w:w="38" w:type="dxa"/>
              <w:left w:w="55" w:type="dxa"/>
              <w:bottom w:w="38" w:type="dxa"/>
              <w:right w:w="55" w:type="dxa"/>
            </w:tcMar>
            <w:vAlign w:val="center"/>
          </w:tcPr>
          <w:p w14:paraId="247089BC" w14:textId="77777777" w:rsidR="00915042" w:rsidRDefault="00915042" w:rsidP="0098379A">
            <w:pPr>
              <w:spacing w:after="0" w:line="240" w:lineRule="auto"/>
              <w:jc w:val="center"/>
            </w:pPr>
            <w:r>
              <w:rPr>
                <w:sz w:val="16"/>
              </w:rPr>
              <w:t>111</w:t>
            </w:r>
          </w:p>
        </w:tc>
        <w:tc>
          <w:tcPr>
            <w:tcW w:w="3855" w:type="dxa"/>
            <w:tcMar>
              <w:top w:w="38" w:type="dxa"/>
              <w:left w:w="55" w:type="dxa"/>
              <w:bottom w:w="38" w:type="dxa"/>
              <w:right w:w="55" w:type="dxa"/>
            </w:tcMar>
            <w:vAlign w:val="center"/>
          </w:tcPr>
          <w:p w14:paraId="0C60ABAB" w14:textId="77777777" w:rsidR="00915042" w:rsidRDefault="00915042" w:rsidP="0098379A">
            <w:pPr>
              <w:spacing w:after="0" w:line="240" w:lineRule="auto"/>
              <w:jc w:val="left"/>
            </w:pPr>
            <w:r>
              <w:rPr>
                <w:sz w:val="16"/>
              </w:rPr>
              <w:t>Attorney İsa Öztürk</w:t>
            </w:r>
          </w:p>
        </w:tc>
        <w:tc>
          <w:tcPr>
            <w:tcW w:w="3628" w:type="dxa"/>
            <w:tcMar>
              <w:top w:w="38" w:type="dxa"/>
              <w:left w:w="55" w:type="dxa"/>
              <w:bottom w:w="38" w:type="dxa"/>
              <w:right w:w="55" w:type="dxa"/>
            </w:tcMar>
            <w:vAlign w:val="center"/>
          </w:tcPr>
          <w:p w14:paraId="73A685B3"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56642846" w14:textId="77777777" w:rsidR="00915042" w:rsidRDefault="00915042" w:rsidP="0098379A">
            <w:pPr>
              <w:spacing w:after="0" w:line="240" w:lineRule="auto"/>
              <w:jc w:val="center"/>
            </w:pPr>
            <w:r>
              <w:rPr>
                <w:sz w:val="16"/>
              </w:rPr>
              <w:t>18392</w:t>
            </w:r>
          </w:p>
        </w:tc>
      </w:tr>
      <w:tr w:rsidR="00915042" w14:paraId="0E784D42" w14:textId="77777777" w:rsidTr="0098379A">
        <w:trPr>
          <w:cantSplit/>
          <w:jc w:val="center"/>
        </w:trPr>
        <w:tc>
          <w:tcPr>
            <w:tcW w:w="482" w:type="dxa"/>
            <w:tcMar>
              <w:top w:w="38" w:type="dxa"/>
              <w:left w:w="55" w:type="dxa"/>
              <w:bottom w:w="38" w:type="dxa"/>
              <w:right w:w="55" w:type="dxa"/>
            </w:tcMar>
            <w:vAlign w:val="center"/>
          </w:tcPr>
          <w:p w14:paraId="0B16C42B" w14:textId="77777777" w:rsidR="00915042" w:rsidRDefault="00915042" w:rsidP="0098379A">
            <w:pPr>
              <w:spacing w:after="0" w:line="240" w:lineRule="auto"/>
              <w:jc w:val="center"/>
            </w:pPr>
            <w:r>
              <w:rPr>
                <w:sz w:val="16"/>
              </w:rPr>
              <w:t>112</w:t>
            </w:r>
          </w:p>
        </w:tc>
        <w:tc>
          <w:tcPr>
            <w:tcW w:w="3855" w:type="dxa"/>
            <w:tcMar>
              <w:top w:w="38" w:type="dxa"/>
              <w:left w:w="55" w:type="dxa"/>
              <w:bottom w:w="38" w:type="dxa"/>
              <w:right w:w="55" w:type="dxa"/>
            </w:tcMar>
            <w:vAlign w:val="center"/>
          </w:tcPr>
          <w:p w14:paraId="03705D99" w14:textId="77777777" w:rsidR="00915042" w:rsidRDefault="00915042" w:rsidP="0098379A">
            <w:pPr>
              <w:spacing w:after="0" w:line="240" w:lineRule="auto"/>
              <w:jc w:val="left"/>
            </w:pPr>
            <w:r>
              <w:rPr>
                <w:sz w:val="16"/>
              </w:rPr>
              <w:t>Attorney Güney Ünsal</w:t>
            </w:r>
          </w:p>
        </w:tc>
        <w:tc>
          <w:tcPr>
            <w:tcW w:w="3628" w:type="dxa"/>
            <w:tcMar>
              <w:top w:w="38" w:type="dxa"/>
              <w:left w:w="55" w:type="dxa"/>
              <w:bottom w:w="38" w:type="dxa"/>
              <w:right w:w="55" w:type="dxa"/>
            </w:tcMar>
            <w:vAlign w:val="center"/>
          </w:tcPr>
          <w:p w14:paraId="08C35DFF"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49F9C7F1" w14:textId="77777777" w:rsidR="00915042" w:rsidRDefault="00915042" w:rsidP="0098379A">
            <w:pPr>
              <w:spacing w:after="0" w:line="240" w:lineRule="auto"/>
              <w:jc w:val="center"/>
            </w:pPr>
            <w:r>
              <w:rPr>
                <w:sz w:val="16"/>
              </w:rPr>
              <w:t>22808</w:t>
            </w:r>
          </w:p>
        </w:tc>
      </w:tr>
      <w:tr w:rsidR="00915042" w14:paraId="1959A0E4" w14:textId="77777777" w:rsidTr="0098379A">
        <w:trPr>
          <w:cantSplit/>
          <w:jc w:val="center"/>
        </w:trPr>
        <w:tc>
          <w:tcPr>
            <w:tcW w:w="482" w:type="dxa"/>
            <w:tcMar>
              <w:top w:w="38" w:type="dxa"/>
              <w:left w:w="55" w:type="dxa"/>
              <w:bottom w:w="38" w:type="dxa"/>
              <w:right w:w="55" w:type="dxa"/>
            </w:tcMar>
            <w:vAlign w:val="center"/>
          </w:tcPr>
          <w:p w14:paraId="38389540" w14:textId="77777777" w:rsidR="00915042" w:rsidRDefault="00915042" w:rsidP="0098379A">
            <w:pPr>
              <w:spacing w:after="0" w:line="240" w:lineRule="auto"/>
              <w:jc w:val="center"/>
            </w:pPr>
            <w:r>
              <w:rPr>
                <w:sz w:val="16"/>
              </w:rPr>
              <w:t>113</w:t>
            </w:r>
          </w:p>
        </w:tc>
        <w:tc>
          <w:tcPr>
            <w:tcW w:w="3855" w:type="dxa"/>
            <w:tcMar>
              <w:top w:w="38" w:type="dxa"/>
              <w:left w:w="55" w:type="dxa"/>
              <w:bottom w:w="38" w:type="dxa"/>
              <w:right w:w="55" w:type="dxa"/>
            </w:tcMar>
            <w:vAlign w:val="center"/>
          </w:tcPr>
          <w:p w14:paraId="6DC27B88" w14:textId="77777777" w:rsidR="00915042" w:rsidRDefault="00915042" w:rsidP="0098379A">
            <w:pPr>
              <w:spacing w:after="0" w:line="240" w:lineRule="auto"/>
              <w:jc w:val="left"/>
            </w:pPr>
            <w:r>
              <w:rPr>
                <w:sz w:val="16"/>
              </w:rPr>
              <w:t xml:space="preserve">Attorney Oğuz Uğur </w:t>
            </w:r>
            <w:proofErr w:type="spellStart"/>
            <w:r>
              <w:rPr>
                <w:sz w:val="16"/>
              </w:rPr>
              <w:t>Olca</w:t>
            </w:r>
            <w:proofErr w:type="spellEnd"/>
          </w:p>
        </w:tc>
        <w:tc>
          <w:tcPr>
            <w:tcW w:w="3628" w:type="dxa"/>
            <w:tcMar>
              <w:top w:w="38" w:type="dxa"/>
              <w:left w:w="55" w:type="dxa"/>
              <w:bottom w:w="38" w:type="dxa"/>
              <w:right w:w="55" w:type="dxa"/>
            </w:tcMar>
            <w:vAlign w:val="center"/>
          </w:tcPr>
          <w:p w14:paraId="590A14F4"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72D2BAEA" w14:textId="77777777" w:rsidR="00915042" w:rsidRDefault="00915042" w:rsidP="0098379A">
            <w:pPr>
              <w:spacing w:after="0" w:line="240" w:lineRule="auto"/>
              <w:jc w:val="center"/>
            </w:pPr>
            <w:r>
              <w:rPr>
                <w:sz w:val="16"/>
              </w:rPr>
              <w:t>Not provided</w:t>
            </w:r>
          </w:p>
        </w:tc>
      </w:tr>
      <w:tr w:rsidR="00915042" w14:paraId="09859BE7" w14:textId="77777777" w:rsidTr="0098379A">
        <w:trPr>
          <w:cantSplit/>
          <w:jc w:val="center"/>
        </w:trPr>
        <w:tc>
          <w:tcPr>
            <w:tcW w:w="482" w:type="dxa"/>
            <w:tcMar>
              <w:top w:w="38" w:type="dxa"/>
              <w:left w:w="55" w:type="dxa"/>
              <w:bottom w:w="38" w:type="dxa"/>
              <w:right w:w="55" w:type="dxa"/>
            </w:tcMar>
            <w:vAlign w:val="center"/>
          </w:tcPr>
          <w:p w14:paraId="1E7E044D" w14:textId="77777777" w:rsidR="00915042" w:rsidRDefault="00915042" w:rsidP="0098379A">
            <w:pPr>
              <w:spacing w:after="0" w:line="240" w:lineRule="auto"/>
              <w:jc w:val="center"/>
            </w:pPr>
            <w:r>
              <w:rPr>
                <w:sz w:val="16"/>
              </w:rPr>
              <w:t>114</w:t>
            </w:r>
          </w:p>
        </w:tc>
        <w:tc>
          <w:tcPr>
            <w:tcW w:w="3855" w:type="dxa"/>
            <w:tcMar>
              <w:top w:w="38" w:type="dxa"/>
              <w:left w:w="55" w:type="dxa"/>
              <w:bottom w:w="38" w:type="dxa"/>
              <w:right w:w="55" w:type="dxa"/>
            </w:tcMar>
            <w:vAlign w:val="center"/>
          </w:tcPr>
          <w:p w14:paraId="6377BDA9" w14:textId="77777777" w:rsidR="00915042" w:rsidRDefault="00915042" w:rsidP="0098379A">
            <w:pPr>
              <w:spacing w:after="0" w:line="240" w:lineRule="auto"/>
              <w:jc w:val="left"/>
            </w:pPr>
            <w:r>
              <w:rPr>
                <w:sz w:val="16"/>
              </w:rPr>
              <w:t>Attorney Güler Güney</w:t>
            </w:r>
          </w:p>
        </w:tc>
        <w:tc>
          <w:tcPr>
            <w:tcW w:w="3628" w:type="dxa"/>
            <w:tcMar>
              <w:top w:w="38" w:type="dxa"/>
              <w:left w:w="55" w:type="dxa"/>
              <w:bottom w:w="38" w:type="dxa"/>
              <w:right w:w="55" w:type="dxa"/>
            </w:tcMar>
            <w:vAlign w:val="center"/>
          </w:tcPr>
          <w:p w14:paraId="03B3E560"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27733359" w14:textId="77777777" w:rsidR="00915042" w:rsidRDefault="00915042" w:rsidP="0098379A">
            <w:pPr>
              <w:spacing w:after="0" w:line="240" w:lineRule="auto"/>
              <w:jc w:val="center"/>
            </w:pPr>
            <w:r>
              <w:rPr>
                <w:sz w:val="16"/>
              </w:rPr>
              <w:t>22808</w:t>
            </w:r>
          </w:p>
        </w:tc>
      </w:tr>
      <w:tr w:rsidR="00915042" w14:paraId="1B2BB6CC" w14:textId="77777777" w:rsidTr="0098379A">
        <w:trPr>
          <w:cantSplit/>
          <w:jc w:val="center"/>
        </w:trPr>
        <w:tc>
          <w:tcPr>
            <w:tcW w:w="482" w:type="dxa"/>
            <w:tcMar>
              <w:top w:w="38" w:type="dxa"/>
              <w:left w:w="55" w:type="dxa"/>
              <w:bottom w:w="38" w:type="dxa"/>
              <w:right w:w="55" w:type="dxa"/>
            </w:tcMar>
            <w:vAlign w:val="center"/>
          </w:tcPr>
          <w:p w14:paraId="65BA93BB" w14:textId="77777777" w:rsidR="00915042" w:rsidRDefault="00915042" w:rsidP="0098379A">
            <w:pPr>
              <w:spacing w:after="0" w:line="240" w:lineRule="auto"/>
              <w:jc w:val="center"/>
            </w:pPr>
            <w:r>
              <w:rPr>
                <w:sz w:val="16"/>
              </w:rPr>
              <w:t>115</w:t>
            </w:r>
          </w:p>
        </w:tc>
        <w:tc>
          <w:tcPr>
            <w:tcW w:w="3855" w:type="dxa"/>
            <w:tcMar>
              <w:top w:w="38" w:type="dxa"/>
              <w:left w:w="55" w:type="dxa"/>
              <w:bottom w:w="38" w:type="dxa"/>
              <w:right w:w="55" w:type="dxa"/>
            </w:tcMar>
            <w:vAlign w:val="center"/>
          </w:tcPr>
          <w:p w14:paraId="41C24A38" w14:textId="77777777" w:rsidR="00915042" w:rsidRDefault="00915042" w:rsidP="0098379A">
            <w:pPr>
              <w:spacing w:after="0" w:line="240" w:lineRule="auto"/>
              <w:jc w:val="left"/>
            </w:pPr>
            <w:r>
              <w:rPr>
                <w:sz w:val="16"/>
              </w:rPr>
              <w:t xml:space="preserve">Attorney Fatma </w:t>
            </w:r>
            <w:proofErr w:type="spellStart"/>
            <w:r>
              <w:rPr>
                <w:sz w:val="16"/>
              </w:rPr>
              <w:t>Hoşgör</w:t>
            </w:r>
            <w:proofErr w:type="spellEnd"/>
            <w:r>
              <w:rPr>
                <w:sz w:val="16"/>
              </w:rPr>
              <w:t xml:space="preserve"> </w:t>
            </w:r>
            <w:proofErr w:type="spellStart"/>
            <w:r>
              <w:rPr>
                <w:sz w:val="16"/>
              </w:rPr>
              <w:t>Tekeşin</w:t>
            </w:r>
            <w:proofErr w:type="spellEnd"/>
          </w:p>
        </w:tc>
        <w:tc>
          <w:tcPr>
            <w:tcW w:w="3628" w:type="dxa"/>
            <w:tcMar>
              <w:top w:w="38" w:type="dxa"/>
              <w:left w:w="55" w:type="dxa"/>
              <w:bottom w:w="38" w:type="dxa"/>
              <w:right w:w="55" w:type="dxa"/>
            </w:tcMar>
            <w:vAlign w:val="center"/>
          </w:tcPr>
          <w:p w14:paraId="55A625A7" w14:textId="77777777" w:rsidR="00915042" w:rsidRDefault="00915042" w:rsidP="0098379A">
            <w:pPr>
              <w:spacing w:after="0" w:line="240" w:lineRule="auto"/>
              <w:jc w:val="left"/>
            </w:pPr>
            <w:r>
              <w:rPr>
                <w:sz w:val="16"/>
              </w:rPr>
              <w:t>Istanbul Bar Association</w:t>
            </w:r>
          </w:p>
        </w:tc>
        <w:tc>
          <w:tcPr>
            <w:tcW w:w="1701" w:type="dxa"/>
            <w:tcMar>
              <w:top w:w="38" w:type="dxa"/>
              <w:left w:w="55" w:type="dxa"/>
              <w:bottom w:w="38" w:type="dxa"/>
              <w:right w:w="55" w:type="dxa"/>
            </w:tcMar>
            <w:vAlign w:val="center"/>
          </w:tcPr>
          <w:p w14:paraId="61FF534E" w14:textId="77777777" w:rsidR="00915042" w:rsidRDefault="00915042" w:rsidP="0098379A">
            <w:pPr>
              <w:spacing w:after="0" w:line="240" w:lineRule="auto"/>
              <w:jc w:val="center"/>
            </w:pPr>
            <w:r>
              <w:rPr>
                <w:sz w:val="16"/>
              </w:rPr>
              <w:t>28997</w:t>
            </w:r>
          </w:p>
        </w:tc>
      </w:tr>
      <w:tr w:rsidR="00915042" w14:paraId="2A77A1A6" w14:textId="77777777" w:rsidTr="0098379A">
        <w:trPr>
          <w:cantSplit/>
          <w:jc w:val="center"/>
        </w:trPr>
        <w:tc>
          <w:tcPr>
            <w:tcW w:w="482" w:type="dxa"/>
            <w:tcMar>
              <w:top w:w="38" w:type="dxa"/>
              <w:left w:w="55" w:type="dxa"/>
              <w:bottom w:w="38" w:type="dxa"/>
              <w:right w:w="55" w:type="dxa"/>
            </w:tcMar>
            <w:vAlign w:val="center"/>
          </w:tcPr>
          <w:p w14:paraId="77107351" w14:textId="77777777" w:rsidR="00915042" w:rsidRDefault="00915042" w:rsidP="0098379A">
            <w:pPr>
              <w:spacing w:after="0" w:line="240" w:lineRule="auto"/>
              <w:jc w:val="center"/>
            </w:pPr>
            <w:r>
              <w:rPr>
                <w:sz w:val="16"/>
              </w:rPr>
              <w:t>116</w:t>
            </w:r>
          </w:p>
        </w:tc>
        <w:tc>
          <w:tcPr>
            <w:tcW w:w="3855" w:type="dxa"/>
            <w:tcMar>
              <w:top w:w="38" w:type="dxa"/>
              <w:left w:w="55" w:type="dxa"/>
              <w:bottom w:w="38" w:type="dxa"/>
              <w:right w:w="55" w:type="dxa"/>
            </w:tcMar>
            <w:vAlign w:val="center"/>
          </w:tcPr>
          <w:p w14:paraId="4D24E801" w14:textId="77777777" w:rsidR="00915042" w:rsidRDefault="00915042" w:rsidP="0098379A">
            <w:pPr>
              <w:spacing w:after="0" w:line="240" w:lineRule="auto"/>
              <w:jc w:val="left"/>
            </w:pPr>
            <w:r>
              <w:rPr>
                <w:sz w:val="16"/>
              </w:rPr>
              <w:t xml:space="preserve">Attorney Ebru </w:t>
            </w:r>
            <w:proofErr w:type="spellStart"/>
            <w:r>
              <w:rPr>
                <w:sz w:val="16"/>
              </w:rPr>
              <w:t>Erginbay</w:t>
            </w:r>
            <w:proofErr w:type="spellEnd"/>
          </w:p>
        </w:tc>
        <w:tc>
          <w:tcPr>
            <w:tcW w:w="3628" w:type="dxa"/>
            <w:tcMar>
              <w:top w:w="38" w:type="dxa"/>
              <w:left w:w="55" w:type="dxa"/>
              <w:bottom w:w="38" w:type="dxa"/>
              <w:right w:w="55" w:type="dxa"/>
            </w:tcMar>
            <w:vAlign w:val="center"/>
          </w:tcPr>
          <w:p w14:paraId="1BE558B0" w14:textId="77777777" w:rsidR="00915042" w:rsidRDefault="00915042" w:rsidP="0098379A">
            <w:pPr>
              <w:spacing w:after="0" w:line="240" w:lineRule="auto"/>
              <w:jc w:val="left"/>
            </w:pPr>
            <w:proofErr w:type="spellStart"/>
            <w:r>
              <w:rPr>
                <w:sz w:val="16"/>
              </w:rPr>
              <w:t>Muğla</w:t>
            </w:r>
            <w:proofErr w:type="spellEnd"/>
            <w:r>
              <w:rPr>
                <w:sz w:val="16"/>
              </w:rPr>
              <w:t xml:space="preserve"> Bar Association</w:t>
            </w:r>
          </w:p>
        </w:tc>
        <w:tc>
          <w:tcPr>
            <w:tcW w:w="1701" w:type="dxa"/>
            <w:tcMar>
              <w:top w:w="38" w:type="dxa"/>
              <w:left w:w="55" w:type="dxa"/>
              <w:bottom w:w="38" w:type="dxa"/>
              <w:right w:w="55" w:type="dxa"/>
            </w:tcMar>
            <w:vAlign w:val="center"/>
          </w:tcPr>
          <w:p w14:paraId="4888281C" w14:textId="77777777" w:rsidR="00915042" w:rsidRDefault="00915042" w:rsidP="0098379A">
            <w:pPr>
              <w:spacing w:after="0" w:line="240" w:lineRule="auto"/>
              <w:jc w:val="center"/>
            </w:pPr>
            <w:r>
              <w:rPr>
                <w:sz w:val="16"/>
              </w:rPr>
              <w:t>Not provided</w:t>
            </w:r>
          </w:p>
        </w:tc>
      </w:tr>
      <w:tr w:rsidR="00915042" w14:paraId="547FC0C1" w14:textId="77777777" w:rsidTr="0098379A">
        <w:trPr>
          <w:cantSplit/>
          <w:jc w:val="center"/>
        </w:trPr>
        <w:tc>
          <w:tcPr>
            <w:tcW w:w="482" w:type="dxa"/>
            <w:tcMar>
              <w:top w:w="38" w:type="dxa"/>
              <w:left w:w="55" w:type="dxa"/>
              <w:bottom w:w="38" w:type="dxa"/>
              <w:right w:w="55" w:type="dxa"/>
            </w:tcMar>
            <w:vAlign w:val="center"/>
          </w:tcPr>
          <w:p w14:paraId="4A813139" w14:textId="77777777" w:rsidR="00915042" w:rsidRDefault="00915042" w:rsidP="0098379A">
            <w:pPr>
              <w:spacing w:after="0" w:line="240" w:lineRule="auto"/>
              <w:jc w:val="center"/>
            </w:pPr>
            <w:r>
              <w:rPr>
                <w:sz w:val="16"/>
              </w:rPr>
              <w:t>117</w:t>
            </w:r>
          </w:p>
        </w:tc>
        <w:tc>
          <w:tcPr>
            <w:tcW w:w="3855" w:type="dxa"/>
            <w:tcMar>
              <w:top w:w="38" w:type="dxa"/>
              <w:left w:w="55" w:type="dxa"/>
              <w:bottom w:w="38" w:type="dxa"/>
              <w:right w:w="55" w:type="dxa"/>
            </w:tcMar>
            <w:vAlign w:val="center"/>
          </w:tcPr>
          <w:p w14:paraId="594A4254" w14:textId="77777777" w:rsidR="00915042" w:rsidRDefault="00915042" w:rsidP="0098379A">
            <w:pPr>
              <w:spacing w:after="0" w:line="240" w:lineRule="auto"/>
              <w:jc w:val="left"/>
            </w:pPr>
            <w:r>
              <w:rPr>
                <w:sz w:val="16"/>
              </w:rPr>
              <w:t xml:space="preserve">Attorney Şenay </w:t>
            </w:r>
            <w:proofErr w:type="spellStart"/>
            <w:r>
              <w:rPr>
                <w:sz w:val="16"/>
              </w:rPr>
              <w:t>Çöte</w:t>
            </w:r>
            <w:proofErr w:type="spellEnd"/>
          </w:p>
        </w:tc>
        <w:tc>
          <w:tcPr>
            <w:tcW w:w="3628" w:type="dxa"/>
            <w:tcMar>
              <w:top w:w="38" w:type="dxa"/>
              <w:left w:w="55" w:type="dxa"/>
              <w:bottom w:w="38" w:type="dxa"/>
              <w:right w:w="55" w:type="dxa"/>
            </w:tcMar>
            <w:vAlign w:val="center"/>
          </w:tcPr>
          <w:p w14:paraId="10DF7C91" w14:textId="77777777" w:rsidR="00915042" w:rsidRDefault="00915042" w:rsidP="0098379A">
            <w:pPr>
              <w:spacing w:after="0" w:line="240" w:lineRule="auto"/>
              <w:jc w:val="left"/>
            </w:pPr>
            <w:r>
              <w:rPr>
                <w:sz w:val="16"/>
              </w:rPr>
              <w:t>Izmir Bar Association</w:t>
            </w:r>
          </w:p>
        </w:tc>
        <w:tc>
          <w:tcPr>
            <w:tcW w:w="1701" w:type="dxa"/>
            <w:tcMar>
              <w:top w:w="38" w:type="dxa"/>
              <w:left w:w="55" w:type="dxa"/>
              <w:bottom w:w="38" w:type="dxa"/>
              <w:right w:w="55" w:type="dxa"/>
            </w:tcMar>
            <w:vAlign w:val="center"/>
          </w:tcPr>
          <w:p w14:paraId="68BA774D" w14:textId="77777777" w:rsidR="00915042" w:rsidRDefault="00915042" w:rsidP="0098379A">
            <w:pPr>
              <w:spacing w:after="0" w:line="240" w:lineRule="auto"/>
              <w:jc w:val="center"/>
            </w:pPr>
            <w:r>
              <w:rPr>
                <w:sz w:val="16"/>
              </w:rPr>
              <w:t>11081</w:t>
            </w:r>
          </w:p>
        </w:tc>
      </w:tr>
    </w:tbl>
    <w:p w14:paraId="441288A6" w14:textId="77777777" w:rsidR="00915042" w:rsidRDefault="00915042" w:rsidP="00915042"/>
    <w:p w14:paraId="5C1BFE6B" w14:textId="77777777" w:rsidR="00915042" w:rsidRDefault="00915042"/>
    <w:p w14:paraId="4961BBFC" w14:textId="77777777" w:rsidR="00915042" w:rsidRDefault="00915042"/>
    <w:p w14:paraId="4C99E0FA" w14:textId="77777777" w:rsidR="00915042" w:rsidRDefault="00915042"/>
    <w:p w14:paraId="54A347E0" w14:textId="77777777" w:rsidR="00915042" w:rsidRDefault="00915042"/>
    <w:p w14:paraId="579FAB95" w14:textId="77777777" w:rsidR="00915042" w:rsidRDefault="00915042"/>
    <w:p w14:paraId="73D045EA" w14:textId="77777777" w:rsidR="00915042" w:rsidRDefault="00915042"/>
    <w:p w14:paraId="4B79B880" w14:textId="77777777" w:rsidR="00915042" w:rsidRDefault="00915042"/>
    <w:p w14:paraId="1F2DD195" w14:textId="77777777" w:rsidR="00915042" w:rsidRDefault="00915042"/>
    <w:p w14:paraId="66C91481" w14:textId="77777777" w:rsidR="00915042" w:rsidRDefault="00915042"/>
    <w:p w14:paraId="549E2388" w14:textId="77777777" w:rsidR="00915042" w:rsidRDefault="00915042"/>
    <w:p w14:paraId="310816C7" w14:textId="77777777" w:rsidR="00915042" w:rsidRDefault="00915042"/>
    <w:p w14:paraId="2DAC6ED0" w14:textId="77777777" w:rsidR="00915042" w:rsidRDefault="00915042"/>
    <w:p w14:paraId="3DC6D7B8" w14:textId="77777777" w:rsidR="00915042" w:rsidRDefault="00915042"/>
    <w:p w14:paraId="319820A6" w14:textId="77777777" w:rsidR="00915042" w:rsidRDefault="00915042"/>
    <w:p w14:paraId="31BBEBE2" w14:textId="77777777" w:rsidR="00915042" w:rsidRDefault="00915042"/>
    <w:p w14:paraId="045BBB65" w14:textId="77777777" w:rsidR="00915042" w:rsidRDefault="00915042"/>
    <w:p w14:paraId="41FA1DEB" w14:textId="77777777" w:rsidR="00915042" w:rsidRDefault="00915042"/>
    <w:p w14:paraId="382DE085" w14:textId="77777777" w:rsidR="00915042" w:rsidRDefault="00915042"/>
    <w:p w14:paraId="6CA348A0" w14:textId="77777777" w:rsidR="00915042" w:rsidRDefault="00915042"/>
    <w:p w14:paraId="02E07AC9" w14:textId="77777777" w:rsidR="00915042" w:rsidRDefault="00915042"/>
    <w:p w14:paraId="552F24B3" w14:textId="77777777" w:rsidR="00915042" w:rsidRDefault="00915042"/>
    <w:p w14:paraId="6B2C2E7C" w14:textId="77777777" w:rsidR="00915042" w:rsidRDefault="00915042"/>
    <w:p w14:paraId="3AC3EE77" w14:textId="77777777" w:rsidR="00915042" w:rsidRDefault="00915042"/>
    <w:p w14:paraId="5D17739A" w14:textId="77777777" w:rsidR="00915042" w:rsidRDefault="00915042"/>
    <w:p w14:paraId="020C654E" w14:textId="77777777" w:rsidR="00915042" w:rsidRDefault="00915042"/>
    <w:p w14:paraId="303413A9" w14:textId="77777777" w:rsidR="00915042" w:rsidRDefault="00915042"/>
    <w:p w14:paraId="16928141" w14:textId="77777777" w:rsidR="00915042" w:rsidRDefault="00915042"/>
    <w:p w14:paraId="685898FE" w14:textId="77777777" w:rsidR="00915042" w:rsidRDefault="00915042"/>
    <w:p w14:paraId="49D13BAC" w14:textId="77777777" w:rsidR="00915042" w:rsidRDefault="00915042"/>
    <w:p w14:paraId="26223B8D" w14:textId="77777777" w:rsidR="00915042" w:rsidRDefault="00915042"/>
    <w:p w14:paraId="3AABD56B" w14:textId="77777777" w:rsidR="00915042" w:rsidRDefault="00915042"/>
    <w:p w14:paraId="1777221E" w14:textId="77777777" w:rsidR="00915042" w:rsidRDefault="00915042"/>
    <w:p w14:paraId="3910EA53" w14:textId="7E4B7E82" w:rsidR="00915042" w:rsidRDefault="00915042">
      <w:r w:rsidRPr="00915042">
        <w:rPr>
          <w:noProof/>
        </w:rPr>
        <w:drawing>
          <wp:inline distT="0" distB="0" distL="0" distR="0" wp14:anchorId="31412B7A" wp14:editId="79D04AEF">
            <wp:extent cx="6264910" cy="7559040"/>
            <wp:effectExtent l="0" t="0" r="2540" b="3810"/>
            <wp:docPr id="75385980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59800" name=""/>
                    <pic:cNvPicPr/>
                  </pic:nvPicPr>
                  <pic:blipFill>
                    <a:blip r:embed="rId8"/>
                    <a:stretch>
                      <a:fillRect/>
                    </a:stretch>
                  </pic:blipFill>
                  <pic:spPr>
                    <a:xfrm>
                      <a:off x="0" y="0"/>
                      <a:ext cx="6264910" cy="7559040"/>
                    </a:xfrm>
                    <a:prstGeom prst="rect">
                      <a:avLst/>
                    </a:prstGeom>
                  </pic:spPr>
                </pic:pic>
              </a:graphicData>
            </a:graphic>
          </wp:inline>
        </w:drawing>
      </w:r>
    </w:p>
    <w:p w14:paraId="5B46CD5C" w14:textId="77777777" w:rsidR="00915042" w:rsidRDefault="00915042"/>
    <w:p w14:paraId="4F3E75F6" w14:textId="77777777" w:rsidR="00915042" w:rsidRDefault="00915042"/>
    <w:p w14:paraId="7F1D5F60" w14:textId="77777777" w:rsidR="00915042" w:rsidRDefault="00915042"/>
    <w:p w14:paraId="638577F9" w14:textId="77777777" w:rsidR="00915042" w:rsidRDefault="00915042"/>
    <w:p w14:paraId="66BF68EC" w14:textId="77777777" w:rsidR="00915042" w:rsidRDefault="00915042"/>
    <w:p w14:paraId="3B59B41D" w14:textId="77777777" w:rsidR="00915042" w:rsidRDefault="00915042"/>
    <w:p w14:paraId="1BEAE021" w14:textId="77777777" w:rsidR="00915042" w:rsidRDefault="00915042"/>
    <w:p w14:paraId="035C260F" w14:textId="77777777" w:rsidR="00915042" w:rsidRDefault="00915042"/>
    <w:p w14:paraId="2DE38AE8" w14:textId="77777777" w:rsidR="00915042" w:rsidRDefault="00915042"/>
    <w:p w14:paraId="38A6B79F" w14:textId="77777777" w:rsidR="00915042" w:rsidRDefault="00915042" w:rsidP="00915042">
      <w:r w:rsidRPr="00E231FF">
        <w:t>T24'</w:t>
      </w:r>
      <w:r>
        <w:t xml:space="preserve"> …</w:t>
      </w:r>
    </w:p>
    <w:p w14:paraId="6EDF2D65" w14:textId="77777777" w:rsidR="00915042" w:rsidRDefault="00915042" w:rsidP="00915042"/>
    <w:p w14:paraId="02DD6558" w14:textId="77777777" w:rsidR="00915042" w:rsidRPr="00E231FF" w:rsidRDefault="00915042" w:rsidP="00915042">
      <w:pPr>
        <w:spacing w:after="160" w:line="278" w:lineRule="auto"/>
      </w:pPr>
      <w:r w:rsidRPr="00E231FF">
        <w:t xml:space="preserve">New York Belediye </w:t>
      </w:r>
      <w:proofErr w:type="spellStart"/>
      <w:r w:rsidRPr="00E231FF">
        <w:t>Başkanı</w:t>
      </w:r>
      <w:proofErr w:type="spellEnd"/>
      <w:r w:rsidRPr="00E231FF">
        <w:t> </w:t>
      </w:r>
      <w:r w:rsidRPr="00E231FF">
        <w:rPr>
          <w:b/>
          <w:bCs/>
        </w:rPr>
        <w:t>Zohran Mamdani</w:t>
      </w:r>
      <w:r w:rsidRPr="00E231FF">
        <w:t xml:space="preserve">, </w:t>
      </w:r>
      <w:proofErr w:type="spellStart"/>
      <w:r w:rsidRPr="00E231FF">
        <w:t>Netanyahu'nun</w:t>
      </w:r>
      <w:proofErr w:type="spellEnd"/>
      <w:r w:rsidRPr="00E231FF">
        <w:t xml:space="preserve"> </w:t>
      </w:r>
      <w:proofErr w:type="spellStart"/>
      <w:r w:rsidRPr="00E231FF">
        <w:t>eylülde</w:t>
      </w:r>
      <w:proofErr w:type="spellEnd"/>
      <w:r w:rsidRPr="00E231FF">
        <w:t xml:space="preserve"> BM Genel </w:t>
      </w:r>
      <w:proofErr w:type="spellStart"/>
      <w:r w:rsidRPr="00E231FF">
        <w:t>Kurulu</w:t>
      </w:r>
      <w:proofErr w:type="spellEnd"/>
      <w:r w:rsidRPr="00E231FF">
        <w:t xml:space="preserve"> </w:t>
      </w:r>
      <w:proofErr w:type="spellStart"/>
      <w:r w:rsidRPr="00E231FF">
        <w:t>için</w:t>
      </w:r>
      <w:proofErr w:type="spellEnd"/>
      <w:r w:rsidRPr="00E231FF">
        <w:t xml:space="preserve"> </w:t>
      </w:r>
      <w:proofErr w:type="spellStart"/>
      <w:r w:rsidRPr="00E231FF">
        <w:t>kente</w:t>
      </w:r>
      <w:proofErr w:type="spellEnd"/>
      <w:r w:rsidRPr="00E231FF">
        <w:t xml:space="preserve"> </w:t>
      </w:r>
      <w:proofErr w:type="spellStart"/>
      <w:r w:rsidRPr="00E231FF">
        <w:t>gelmesi</w:t>
      </w:r>
      <w:proofErr w:type="spellEnd"/>
      <w:r w:rsidRPr="00E231FF">
        <w:t xml:space="preserve"> </w:t>
      </w:r>
      <w:proofErr w:type="spellStart"/>
      <w:r w:rsidRPr="00E231FF">
        <w:t>durumunda</w:t>
      </w:r>
      <w:proofErr w:type="spellEnd"/>
      <w:r w:rsidRPr="00E231FF">
        <w:t xml:space="preserve"> </w:t>
      </w:r>
      <w:proofErr w:type="spellStart"/>
      <w:r w:rsidRPr="00E231FF">
        <w:t>onu</w:t>
      </w:r>
      <w:proofErr w:type="spellEnd"/>
      <w:r w:rsidRPr="00E231FF">
        <w:t xml:space="preserve"> </w:t>
      </w:r>
      <w:proofErr w:type="spellStart"/>
      <w:r w:rsidRPr="00E231FF">
        <w:t>tutuklamaya</w:t>
      </w:r>
      <w:proofErr w:type="spellEnd"/>
      <w:r w:rsidRPr="00E231FF">
        <w:t xml:space="preserve"> </w:t>
      </w:r>
      <w:proofErr w:type="spellStart"/>
      <w:r w:rsidRPr="00E231FF">
        <w:t>yönelik</w:t>
      </w:r>
      <w:proofErr w:type="spellEnd"/>
      <w:r w:rsidRPr="00E231FF">
        <w:t xml:space="preserve"> </w:t>
      </w:r>
      <w:proofErr w:type="spellStart"/>
      <w:r w:rsidRPr="00E231FF">
        <w:t>bağımsız</w:t>
      </w:r>
      <w:proofErr w:type="spellEnd"/>
      <w:r w:rsidRPr="00E231FF">
        <w:t xml:space="preserve"> </w:t>
      </w:r>
      <w:proofErr w:type="spellStart"/>
      <w:r w:rsidRPr="00E231FF">
        <w:t>yasal</w:t>
      </w:r>
      <w:proofErr w:type="spellEnd"/>
      <w:r w:rsidRPr="00E231FF">
        <w:t xml:space="preserve"> </w:t>
      </w:r>
      <w:proofErr w:type="spellStart"/>
      <w:r w:rsidRPr="00E231FF">
        <w:t>yetkileri</w:t>
      </w:r>
      <w:proofErr w:type="spellEnd"/>
      <w:r w:rsidRPr="00E231FF">
        <w:t xml:space="preserve"> </w:t>
      </w:r>
      <w:proofErr w:type="spellStart"/>
      <w:r w:rsidRPr="00E231FF">
        <w:t>bulunmadığını</w:t>
      </w:r>
      <w:proofErr w:type="spellEnd"/>
      <w:r w:rsidRPr="00E231FF">
        <w:t xml:space="preserve"> </w:t>
      </w:r>
      <w:proofErr w:type="spellStart"/>
      <w:r w:rsidRPr="00E231FF">
        <w:t>ancak</w:t>
      </w:r>
      <w:proofErr w:type="spellEnd"/>
      <w:r w:rsidRPr="00E231FF">
        <w:t xml:space="preserve"> federal </w:t>
      </w:r>
      <w:proofErr w:type="spellStart"/>
      <w:r w:rsidRPr="00E231FF">
        <w:t>hükümetin</w:t>
      </w:r>
      <w:proofErr w:type="spellEnd"/>
      <w:r w:rsidRPr="00E231FF">
        <w:t xml:space="preserve"> </w:t>
      </w:r>
      <w:proofErr w:type="spellStart"/>
      <w:r w:rsidRPr="00E231FF">
        <w:t>bu</w:t>
      </w:r>
      <w:proofErr w:type="spellEnd"/>
      <w:r w:rsidRPr="00E231FF">
        <w:t xml:space="preserve"> </w:t>
      </w:r>
      <w:proofErr w:type="spellStart"/>
      <w:r w:rsidRPr="00E231FF">
        <w:t>adımı</w:t>
      </w:r>
      <w:proofErr w:type="spellEnd"/>
      <w:r w:rsidRPr="00E231FF">
        <w:t xml:space="preserve"> </w:t>
      </w:r>
      <w:proofErr w:type="spellStart"/>
      <w:r w:rsidRPr="00E231FF">
        <w:t>atması</w:t>
      </w:r>
      <w:proofErr w:type="spellEnd"/>
      <w:r w:rsidRPr="00E231FF">
        <w:t xml:space="preserve"> </w:t>
      </w:r>
      <w:proofErr w:type="spellStart"/>
      <w:r w:rsidRPr="00E231FF">
        <w:t>gerektiğini</w:t>
      </w:r>
      <w:proofErr w:type="spellEnd"/>
      <w:r w:rsidRPr="00E231FF">
        <w:t xml:space="preserve"> </w:t>
      </w:r>
      <w:proofErr w:type="spellStart"/>
      <w:r w:rsidRPr="00E231FF">
        <w:t>vurguladı</w:t>
      </w:r>
      <w:proofErr w:type="spellEnd"/>
      <w:r w:rsidRPr="00E231FF">
        <w:t>. </w:t>
      </w:r>
    </w:p>
    <w:p w14:paraId="028598F2" w14:textId="77777777" w:rsidR="00915042" w:rsidRPr="00E231FF" w:rsidRDefault="00915042" w:rsidP="00915042">
      <w:pPr>
        <w:spacing w:after="160" w:line="278" w:lineRule="auto"/>
      </w:pPr>
      <w:r w:rsidRPr="00E231FF">
        <w:t xml:space="preserve">New York Belediye </w:t>
      </w:r>
      <w:proofErr w:type="spellStart"/>
      <w:r w:rsidRPr="00E231FF">
        <w:t>Başkanı</w:t>
      </w:r>
      <w:proofErr w:type="spellEnd"/>
      <w:r w:rsidRPr="00E231FF">
        <w:t xml:space="preserve"> Zohran Mamdani, ABD </w:t>
      </w:r>
      <w:proofErr w:type="spellStart"/>
      <w:r w:rsidRPr="00E231FF">
        <w:t>merkezli</w:t>
      </w:r>
      <w:proofErr w:type="spellEnd"/>
      <w:r w:rsidRPr="00E231FF">
        <w:t xml:space="preserve"> X </w:t>
      </w:r>
      <w:proofErr w:type="spellStart"/>
      <w:r w:rsidRPr="00E231FF">
        <w:t>şirketinin</w:t>
      </w:r>
      <w:proofErr w:type="spellEnd"/>
      <w:r w:rsidRPr="00E231FF">
        <w:t xml:space="preserve"> </w:t>
      </w:r>
      <w:proofErr w:type="spellStart"/>
      <w:r w:rsidRPr="00E231FF">
        <w:t>sosyal</w:t>
      </w:r>
      <w:proofErr w:type="spellEnd"/>
      <w:r w:rsidRPr="00E231FF">
        <w:t xml:space="preserve"> </w:t>
      </w:r>
      <w:proofErr w:type="spellStart"/>
      <w:r w:rsidRPr="00E231FF">
        <w:t>medya</w:t>
      </w:r>
      <w:proofErr w:type="spellEnd"/>
      <w:r w:rsidRPr="00E231FF">
        <w:t xml:space="preserve"> </w:t>
      </w:r>
      <w:proofErr w:type="spellStart"/>
      <w:r w:rsidRPr="00E231FF">
        <w:t>platformundaki</w:t>
      </w:r>
      <w:proofErr w:type="spellEnd"/>
      <w:r w:rsidRPr="00E231FF">
        <w:t xml:space="preserve"> </w:t>
      </w:r>
      <w:proofErr w:type="spellStart"/>
      <w:r w:rsidRPr="00E231FF">
        <w:t>hesabından</w:t>
      </w:r>
      <w:proofErr w:type="spellEnd"/>
      <w:r w:rsidRPr="00E231FF">
        <w:t xml:space="preserve"> </w:t>
      </w:r>
      <w:proofErr w:type="spellStart"/>
      <w:r w:rsidRPr="00E231FF">
        <w:t>yaptığı</w:t>
      </w:r>
      <w:proofErr w:type="spellEnd"/>
      <w:r w:rsidRPr="00E231FF">
        <w:t xml:space="preserve"> </w:t>
      </w:r>
      <w:proofErr w:type="spellStart"/>
      <w:r w:rsidRPr="00E231FF">
        <w:t>videolu</w:t>
      </w:r>
      <w:proofErr w:type="spellEnd"/>
      <w:r w:rsidRPr="00E231FF">
        <w:t xml:space="preserve"> </w:t>
      </w:r>
      <w:proofErr w:type="spellStart"/>
      <w:r w:rsidRPr="00E231FF">
        <w:t>paylaşımda</w:t>
      </w:r>
      <w:proofErr w:type="spellEnd"/>
      <w:r w:rsidRPr="00E231FF">
        <w:t xml:space="preserve">, Netanyahu </w:t>
      </w:r>
      <w:proofErr w:type="spellStart"/>
      <w:r w:rsidRPr="00E231FF">
        <w:t>hakkında</w:t>
      </w:r>
      <w:proofErr w:type="spellEnd"/>
      <w:r w:rsidRPr="00E231FF">
        <w:t xml:space="preserve"> </w:t>
      </w:r>
      <w:proofErr w:type="spellStart"/>
      <w:r w:rsidRPr="00E231FF">
        <w:t>Uluslararası</w:t>
      </w:r>
      <w:proofErr w:type="spellEnd"/>
      <w:r w:rsidRPr="00E231FF">
        <w:t xml:space="preserve"> </w:t>
      </w:r>
      <w:proofErr w:type="spellStart"/>
      <w:r w:rsidRPr="00E231FF">
        <w:t>Ceza</w:t>
      </w:r>
      <w:proofErr w:type="spellEnd"/>
      <w:r w:rsidRPr="00E231FF">
        <w:t xml:space="preserve"> </w:t>
      </w:r>
      <w:proofErr w:type="spellStart"/>
      <w:r w:rsidRPr="00E231FF">
        <w:t>Mahkemesince</w:t>
      </w:r>
      <w:proofErr w:type="spellEnd"/>
      <w:r w:rsidRPr="00E231FF">
        <w:t xml:space="preserve"> (UCM) </w:t>
      </w:r>
      <w:proofErr w:type="spellStart"/>
      <w:r w:rsidRPr="00E231FF">
        <w:t>verilen</w:t>
      </w:r>
      <w:proofErr w:type="spellEnd"/>
      <w:r w:rsidRPr="00E231FF">
        <w:t xml:space="preserve"> </w:t>
      </w:r>
      <w:proofErr w:type="spellStart"/>
      <w:r w:rsidRPr="00E231FF">
        <w:t>tutuklama</w:t>
      </w:r>
      <w:proofErr w:type="spellEnd"/>
      <w:r w:rsidRPr="00E231FF">
        <w:t xml:space="preserve"> </w:t>
      </w:r>
      <w:proofErr w:type="spellStart"/>
      <w:r w:rsidRPr="00E231FF">
        <w:t>emrini</w:t>
      </w:r>
      <w:proofErr w:type="spellEnd"/>
      <w:r w:rsidRPr="00E231FF">
        <w:t xml:space="preserve"> </w:t>
      </w:r>
      <w:proofErr w:type="spellStart"/>
      <w:r w:rsidRPr="00E231FF">
        <w:t>yerine</w:t>
      </w:r>
      <w:proofErr w:type="spellEnd"/>
      <w:r w:rsidRPr="00E231FF">
        <w:t xml:space="preserve"> </w:t>
      </w:r>
      <w:proofErr w:type="spellStart"/>
      <w:r w:rsidRPr="00E231FF">
        <w:t>getirmeye</w:t>
      </w:r>
      <w:proofErr w:type="spellEnd"/>
      <w:r w:rsidRPr="00E231FF">
        <w:t xml:space="preserve"> </w:t>
      </w:r>
      <w:proofErr w:type="spellStart"/>
      <w:r w:rsidRPr="00E231FF">
        <w:t>çalışacaklarına</w:t>
      </w:r>
      <w:proofErr w:type="spellEnd"/>
      <w:r w:rsidRPr="00E231FF">
        <w:t xml:space="preserve"> </w:t>
      </w:r>
      <w:proofErr w:type="spellStart"/>
      <w:r w:rsidRPr="00E231FF">
        <w:t>yönelik</w:t>
      </w:r>
      <w:proofErr w:type="spellEnd"/>
      <w:r w:rsidRPr="00E231FF">
        <w:t xml:space="preserve"> </w:t>
      </w:r>
      <w:proofErr w:type="spellStart"/>
      <w:r w:rsidRPr="00E231FF">
        <w:t>eski</w:t>
      </w:r>
      <w:proofErr w:type="spellEnd"/>
      <w:r w:rsidRPr="00E231FF">
        <w:t xml:space="preserve"> </w:t>
      </w:r>
      <w:proofErr w:type="spellStart"/>
      <w:r w:rsidRPr="00E231FF">
        <w:t>açıklamalarını</w:t>
      </w:r>
      <w:proofErr w:type="spellEnd"/>
      <w:r w:rsidRPr="00E231FF">
        <w:t xml:space="preserve"> </w:t>
      </w:r>
      <w:proofErr w:type="spellStart"/>
      <w:r w:rsidRPr="00E231FF">
        <w:t>değerlendirdi</w:t>
      </w:r>
      <w:proofErr w:type="spellEnd"/>
      <w:r w:rsidRPr="00E231FF">
        <w:t>.</w:t>
      </w:r>
    </w:p>
    <w:p w14:paraId="5A492354" w14:textId="77777777" w:rsidR="00915042" w:rsidRPr="00E231FF" w:rsidRDefault="00915042" w:rsidP="00915042">
      <w:pPr>
        <w:spacing w:after="160" w:line="278" w:lineRule="auto"/>
        <w:rPr>
          <w:b/>
          <w:bCs/>
        </w:rPr>
      </w:pPr>
      <w:r w:rsidRPr="00E231FF">
        <w:rPr>
          <w:b/>
          <w:bCs/>
        </w:rPr>
        <w:t>T24 ABONELERİNE ÖZEL</w:t>
      </w:r>
    </w:p>
    <w:p w14:paraId="42DD2CD2" w14:textId="77777777" w:rsidR="00915042" w:rsidRPr="00E231FF" w:rsidRDefault="00915042" w:rsidP="00915042">
      <w:pPr>
        <w:numPr>
          <w:ilvl w:val="0"/>
          <w:numId w:val="10"/>
        </w:numPr>
        <w:spacing w:after="160" w:line="278" w:lineRule="auto"/>
        <w:jc w:val="left"/>
      </w:pPr>
      <w:r w:rsidRPr="00E231FF">
        <w:t xml:space="preserve">T24'te </w:t>
      </w:r>
      <w:proofErr w:type="spellStart"/>
      <w:r w:rsidRPr="00E231FF">
        <w:t>yayımlanan</w:t>
      </w:r>
      <w:proofErr w:type="spellEnd"/>
      <w:r w:rsidRPr="00E231FF">
        <w:t xml:space="preserve"> </w:t>
      </w:r>
      <w:proofErr w:type="spellStart"/>
      <w:r w:rsidRPr="00E231FF">
        <w:t>tüm</w:t>
      </w:r>
      <w:proofErr w:type="spellEnd"/>
      <w:r w:rsidRPr="00E231FF">
        <w:t xml:space="preserve"> </w:t>
      </w:r>
      <w:proofErr w:type="spellStart"/>
      <w:r w:rsidRPr="00E231FF">
        <w:t>yazılara</w:t>
      </w:r>
      <w:proofErr w:type="spellEnd"/>
      <w:r w:rsidRPr="00E231FF">
        <w:t xml:space="preserve"> </w:t>
      </w:r>
      <w:proofErr w:type="spellStart"/>
      <w:r w:rsidRPr="00E231FF">
        <w:t>erken</w:t>
      </w:r>
      <w:proofErr w:type="spellEnd"/>
      <w:r w:rsidRPr="00E231FF">
        <w:t xml:space="preserve"> </w:t>
      </w:r>
      <w:proofErr w:type="spellStart"/>
      <w:r w:rsidRPr="00E231FF">
        <w:t>erişim</w:t>
      </w:r>
      <w:proofErr w:type="spellEnd"/>
    </w:p>
    <w:p w14:paraId="3A0D4849" w14:textId="77777777" w:rsidR="00915042" w:rsidRPr="00E231FF" w:rsidRDefault="00915042" w:rsidP="00915042">
      <w:pPr>
        <w:numPr>
          <w:ilvl w:val="0"/>
          <w:numId w:val="10"/>
        </w:numPr>
        <w:spacing w:after="160" w:line="278" w:lineRule="auto"/>
        <w:jc w:val="left"/>
      </w:pPr>
      <w:r w:rsidRPr="00E231FF">
        <w:t xml:space="preserve">1 </w:t>
      </w:r>
      <w:proofErr w:type="spellStart"/>
      <w:r w:rsidRPr="00E231FF">
        <w:t>milyon</w:t>
      </w:r>
      <w:proofErr w:type="spellEnd"/>
      <w:r w:rsidRPr="00E231FF">
        <w:t xml:space="preserve"> </w:t>
      </w:r>
      <w:proofErr w:type="spellStart"/>
      <w:r w:rsidRPr="00E231FF">
        <w:t>içeriği</w:t>
      </w:r>
      <w:proofErr w:type="spellEnd"/>
      <w:r w:rsidRPr="00E231FF">
        <w:t xml:space="preserve"> </w:t>
      </w:r>
      <w:proofErr w:type="spellStart"/>
      <w:r w:rsidRPr="00E231FF">
        <w:t>aşan</w:t>
      </w:r>
      <w:proofErr w:type="spellEnd"/>
      <w:r w:rsidRPr="00E231FF">
        <w:t xml:space="preserve"> T24 </w:t>
      </w:r>
      <w:proofErr w:type="spellStart"/>
      <w:r w:rsidRPr="00E231FF">
        <w:t>özel</w:t>
      </w:r>
      <w:proofErr w:type="spellEnd"/>
      <w:r w:rsidRPr="00E231FF">
        <w:t xml:space="preserve"> </w:t>
      </w:r>
      <w:proofErr w:type="spellStart"/>
      <w:r w:rsidRPr="00E231FF">
        <w:t>arşivine</w:t>
      </w:r>
      <w:proofErr w:type="spellEnd"/>
      <w:r w:rsidRPr="00E231FF">
        <w:t xml:space="preserve"> </w:t>
      </w:r>
      <w:proofErr w:type="spellStart"/>
      <w:r w:rsidRPr="00E231FF">
        <w:t>tarih</w:t>
      </w:r>
      <w:proofErr w:type="spellEnd"/>
      <w:r w:rsidRPr="00E231FF">
        <w:t xml:space="preserve"> </w:t>
      </w:r>
      <w:proofErr w:type="spellStart"/>
      <w:r w:rsidRPr="00E231FF">
        <w:t>filtrelemesiyle</w:t>
      </w:r>
      <w:proofErr w:type="spellEnd"/>
      <w:r w:rsidRPr="00E231FF">
        <w:t xml:space="preserve"> </w:t>
      </w:r>
      <w:proofErr w:type="spellStart"/>
      <w:r w:rsidRPr="00E231FF">
        <w:t>erişim</w:t>
      </w:r>
      <w:proofErr w:type="spellEnd"/>
    </w:p>
    <w:p w14:paraId="2A9AE3C0" w14:textId="77777777" w:rsidR="00915042" w:rsidRPr="00E231FF" w:rsidRDefault="00915042" w:rsidP="00915042">
      <w:pPr>
        <w:numPr>
          <w:ilvl w:val="0"/>
          <w:numId w:val="10"/>
        </w:numPr>
        <w:spacing w:after="160" w:line="278" w:lineRule="auto"/>
        <w:jc w:val="left"/>
      </w:pPr>
      <w:proofErr w:type="spellStart"/>
      <w:r w:rsidRPr="00E231FF">
        <w:t>Yaklaşık</w:t>
      </w:r>
      <w:proofErr w:type="spellEnd"/>
      <w:r w:rsidRPr="00E231FF">
        <w:t xml:space="preserve"> 2 bin </w:t>
      </w:r>
      <w:proofErr w:type="spellStart"/>
      <w:r w:rsidRPr="00E231FF">
        <w:t>sayfalık</w:t>
      </w:r>
      <w:proofErr w:type="spellEnd"/>
      <w:r w:rsidRPr="00E231FF">
        <w:t xml:space="preserve"> T24 </w:t>
      </w:r>
      <w:proofErr w:type="spellStart"/>
      <w:r w:rsidRPr="00E231FF">
        <w:t>Yıllık</w:t>
      </w:r>
      <w:proofErr w:type="spellEnd"/>
      <w:r w:rsidRPr="00E231FF">
        <w:t xml:space="preserve"> </w:t>
      </w:r>
      <w:proofErr w:type="spellStart"/>
      <w:r w:rsidRPr="00E231FF">
        <w:t>dergilerinin</w:t>
      </w:r>
      <w:proofErr w:type="spellEnd"/>
      <w:r w:rsidRPr="00E231FF">
        <w:t xml:space="preserve"> </w:t>
      </w:r>
      <w:proofErr w:type="spellStart"/>
      <w:r w:rsidRPr="00E231FF">
        <w:t>dijital</w:t>
      </w:r>
      <w:proofErr w:type="spellEnd"/>
      <w:r w:rsidRPr="00E231FF">
        <w:t xml:space="preserve"> </w:t>
      </w:r>
      <w:proofErr w:type="spellStart"/>
      <w:r w:rsidRPr="00E231FF">
        <w:t>arşivine</w:t>
      </w:r>
      <w:proofErr w:type="spellEnd"/>
      <w:r w:rsidRPr="00E231FF">
        <w:t xml:space="preserve"> </w:t>
      </w:r>
      <w:proofErr w:type="spellStart"/>
      <w:r w:rsidRPr="00E231FF">
        <w:t>erişim</w:t>
      </w:r>
      <w:proofErr w:type="spellEnd"/>
    </w:p>
    <w:p w14:paraId="131FFE51" w14:textId="77777777" w:rsidR="00915042" w:rsidRPr="00E231FF" w:rsidRDefault="00915042" w:rsidP="00915042">
      <w:pPr>
        <w:numPr>
          <w:ilvl w:val="0"/>
          <w:numId w:val="10"/>
        </w:numPr>
        <w:spacing w:after="160" w:line="278" w:lineRule="auto"/>
        <w:jc w:val="left"/>
      </w:pPr>
      <w:r w:rsidRPr="00E231FF">
        <w:t xml:space="preserve">T24 </w:t>
      </w:r>
      <w:proofErr w:type="spellStart"/>
      <w:r w:rsidRPr="00E231FF">
        <w:t>Yıllık</w:t>
      </w:r>
      <w:proofErr w:type="spellEnd"/>
      <w:r w:rsidRPr="00E231FF">
        <w:t xml:space="preserve"> </w:t>
      </w:r>
      <w:proofErr w:type="spellStart"/>
      <w:r w:rsidRPr="00E231FF">
        <w:t>Konferansları'nı</w:t>
      </w:r>
      <w:proofErr w:type="spellEnd"/>
      <w:r w:rsidRPr="00E231FF">
        <w:t xml:space="preserve"> online </w:t>
      </w:r>
      <w:proofErr w:type="spellStart"/>
      <w:r w:rsidRPr="00E231FF">
        <w:t>olarak</w:t>
      </w:r>
      <w:proofErr w:type="spellEnd"/>
      <w:r w:rsidRPr="00E231FF">
        <w:t xml:space="preserve"> </w:t>
      </w:r>
      <w:proofErr w:type="spellStart"/>
      <w:r w:rsidRPr="00E231FF">
        <w:t>ücretsiz</w:t>
      </w:r>
      <w:proofErr w:type="spellEnd"/>
      <w:r w:rsidRPr="00E231FF">
        <w:t xml:space="preserve"> </w:t>
      </w:r>
      <w:proofErr w:type="spellStart"/>
      <w:r w:rsidRPr="00E231FF">
        <w:t>izleme</w:t>
      </w:r>
      <w:proofErr w:type="spellEnd"/>
    </w:p>
    <w:p w14:paraId="4D6C1A6E" w14:textId="77777777" w:rsidR="00915042" w:rsidRPr="00E231FF" w:rsidRDefault="00915042" w:rsidP="00915042">
      <w:pPr>
        <w:spacing w:after="160" w:line="278" w:lineRule="auto"/>
      </w:pPr>
      <w:proofErr w:type="spellStart"/>
      <w:r w:rsidRPr="00E231FF">
        <w:t>Netanyahu'nun</w:t>
      </w:r>
      <w:proofErr w:type="spellEnd"/>
      <w:r w:rsidRPr="00E231FF">
        <w:t xml:space="preserve"> </w:t>
      </w:r>
      <w:proofErr w:type="spellStart"/>
      <w:r w:rsidRPr="00E231FF">
        <w:t>savaş</w:t>
      </w:r>
      <w:proofErr w:type="spellEnd"/>
      <w:r w:rsidRPr="00E231FF">
        <w:t xml:space="preserve"> </w:t>
      </w:r>
      <w:proofErr w:type="spellStart"/>
      <w:r w:rsidRPr="00E231FF">
        <w:t>suçlusu</w:t>
      </w:r>
      <w:proofErr w:type="spellEnd"/>
      <w:r w:rsidRPr="00E231FF">
        <w:t xml:space="preserve"> </w:t>
      </w:r>
      <w:proofErr w:type="spellStart"/>
      <w:r w:rsidRPr="00E231FF">
        <w:t>olduğunun</w:t>
      </w:r>
      <w:proofErr w:type="spellEnd"/>
      <w:r w:rsidRPr="00E231FF">
        <w:t xml:space="preserve"> </w:t>
      </w:r>
      <w:proofErr w:type="spellStart"/>
      <w:r w:rsidRPr="00E231FF">
        <w:t>ve</w:t>
      </w:r>
      <w:proofErr w:type="spellEnd"/>
      <w:r w:rsidRPr="00E231FF">
        <w:t xml:space="preserve"> 73 </w:t>
      </w:r>
      <w:proofErr w:type="spellStart"/>
      <w:r w:rsidRPr="00E231FF">
        <w:t>binden</w:t>
      </w:r>
      <w:proofErr w:type="spellEnd"/>
      <w:r w:rsidRPr="00E231FF">
        <w:t xml:space="preserve"> </w:t>
      </w:r>
      <w:proofErr w:type="spellStart"/>
      <w:r w:rsidRPr="00E231FF">
        <w:t>fazla</w:t>
      </w:r>
      <w:proofErr w:type="spellEnd"/>
      <w:r w:rsidRPr="00E231FF">
        <w:t xml:space="preserve"> </w:t>
      </w:r>
      <w:proofErr w:type="spellStart"/>
      <w:r w:rsidRPr="00E231FF">
        <w:t>Filistinlinin</w:t>
      </w:r>
      <w:proofErr w:type="spellEnd"/>
      <w:r w:rsidRPr="00E231FF">
        <w:t xml:space="preserve"> </w:t>
      </w:r>
      <w:proofErr w:type="spellStart"/>
      <w:r w:rsidRPr="00E231FF">
        <w:t>öldürüldüğü</w:t>
      </w:r>
      <w:proofErr w:type="spellEnd"/>
      <w:r w:rsidRPr="00E231FF">
        <w:t xml:space="preserve"> </w:t>
      </w:r>
      <w:proofErr w:type="spellStart"/>
      <w:r w:rsidRPr="00E231FF">
        <w:t>soykırımın</w:t>
      </w:r>
      <w:proofErr w:type="spellEnd"/>
      <w:r w:rsidRPr="00E231FF">
        <w:t xml:space="preserve"> "</w:t>
      </w:r>
      <w:proofErr w:type="spellStart"/>
      <w:r w:rsidRPr="00E231FF">
        <w:t>mimarlığını</w:t>
      </w:r>
      <w:proofErr w:type="spellEnd"/>
      <w:r w:rsidRPr="00E231FF">
        <w:t xml:space="preserve">" </w:t>
      </w:r>
      <w:proofErr w:type="spellStart"/>
      <w:r w:rsidRPr="00E231FF">
        <w:t>yaptığının</w:t>
      </w:r>
      <w:proofErr w:type="spellEnd"/>
      <w:r w:rsidRPr="00E231FF">
        <w:t xml:space="preserve"> </w:t>
      </w:r>
      <w:proofErr w:type="spellStart"/>
      <w:r w:rsidRPr="00E231FF">
        <w:t>altını</w:t>
      </w:r>
      <w:proofErr w:type="spellEnd"/>
      <w:r w:rsidRPr="00E231FF">
        <w:t xml:space="preserve"> </w:t>
      </w:r>
      <w:proofErr w:type="spellStart"/>
      <w:r w:rsidRPr="00E231FF">
        <w:t>çizen</w:t>
      </w:r>
      <w:proofErr w:type="spellEnd"/>
      <w:r w:rsidRPr="00E231FF">
        <w:t xml:space="preserve"> Mamdani, </w:t>
      </w:r>
      <w:proofErr w:type="spellStart"/>
      <w:r w:rsidRPr="00E231FF">
        <w:t>Gazze'de</w:t>
      </w:r>
      <w:proofErr w:type="spellEnd"/>
      <w:r w:rsidRPr="00E231FF">
        <w:t xml:space="preserve"> </w:t>
      </w:r>
      <w:proofErr w:type="spellStart"/>
      <w:r w:rsidRPr="00E231FF">
        <w:t>hedef</w:t>
      </w:r>
      <w:proofErr w:type="spellEnd"/>
      <w:r w:rsidRPr="00E231FF">
        <w:t xml:space="preserve"> </w:t>
      </w:r>
      <w:proofErr w:type="spellStart"/>
      <w:r w:rsidRPr="00E231FF">
        <w:t>alınan</w:t>
      </w:r>
      <w:proofErr w:type="spellEnd"/>
      <w:r w:rsidRPr="00E231FF">
        <w:t xml:space="preserve"> </w:t>
      </w:r>
      <w:proofErr w:type="spellStart"/>
      <w:r w:rsidRPr="00E231FF">
        <w:t>çocukları</w:t>
      </w:r>
      <w:proofErr w:type="spellEnd"/>
      <w:r w:rsidRPr="00E231FF">
        <w:t xml:space="preserve"> </w:t>
      </w:r>
      <w:proofErr w:type="spellStart"/>
      <w:r w:rsidRPr="00E231FF">
        <w:t>ve</w:t>
      </w:r>
      <w:proofErr w:type="spellEnd"/>
      <w:r w:rsidRPr="00E231FF">
        <w:t xml:space="preserve"> </w:t>
      </w:r>
      <w:proofErr w:type="spellStart"/>
      <w:r w:rsidRPr="00E231FF">
        <w:t>hastaneleri</w:t>
      </w:r>
      <w:proofErr w:type="spellEnd"/>
      <w:r w:rsidRPr="00E231FF">
        <w:t xml:space="preserve">, </w:t>
      </w:r>
      <w:proofErr w:type="spellStart"/>
      <w:r w:rsidRPr="00E231FF">
        <w:t>uygulanan</w:t>
      </w:r>
      <w:proofErr w:type="spellEnd"/>
      <w:r w:rsidRPr="00E231FF">
        <w:t xml:space="preserve"> </w:t>
      </w:r>
      <w:proofErr w:type="spellStart"/>
      <w:r w:rsidRPr="00E231FF">
        <w:t>gıda</w:t>
      </w:r>
      <w:proofErr w:type="spellEnd"/>
      <w:r w:rsidRPr="00E231FF">
        <w:t xml:space="preserve"> </w:t>
      </w:r>
      <w:proofErr w:type="spellStart"/>
      <w:r w:rsidRPr="00E231FF">
        <w:t>ablukasını</w:t>
      </w:r>
      <w:proofErr w:type="spellEnd"/>
      <w:r w:rsidRPr="00E231FF">
        <w:t xml:space="preserve">, </w:t>
      </w:r>
      <w:proofErr w:type="spellStart"/>
      <w:r w:rsidRPr="00E231FF">
        <w:t>öldürülen</w:t>
      </w:r>
      <w:proofErr w:type="spellEnd"/>
      <w:r w:rsidRPr="00E231FF">
        <w:t xml:space="preserve"> </w:t>
      </w:r>
      <w:proofErr w:type="spellStart"/>
      <w:r w:rsidRPr="00E231FF">
        <w:t>insani</w:t>
      </w:r>
      <w:proofErr w:type="spellEnd"/>
      <w:r w:rsidRPr="00E231FF">
        <w:t xml:space="preserve"> </w:t>
      </w:r>
      <w:proofErr w:type="spellStart"/>
      <w:r w:rsidRPr="00E231FF">
        <w:t>yardım</w:t>
      </w:r>
      <w:proofErr w:type="spellEnd"/>
      <w:r w:rsidRPr="00E231FF">
        <w:t xml:space="preserve"> </w:t>
      </w:r>
      <w:proofErr w:type="spellStart"/>
      <w:r w:rsidRPr="00E231FF">
        <w:t>çalışanlarını</w:t>
      </w:r>
      <w:proofErr w:type="spellEnd"/>
      <w:r w:rsidRPr="00E231FF">
        <w:t xml:space="preserve"> </w:t>
      </w:r>
      <w:proofErr w:type="spellStart"/>
      <w:r w:rsidRPr="00E231FF">
        <w:t>ve</w:t>
      </w:r>
      <w:proofErr w:type="spellEnd"/>
      <w:r w:rsidRPr="00E231FF">
        <w:t xml:space="preserve"> </w:t>
      </w:r>
      <w:proofErr w:type="spellStart"/>
      <w:r w:rsidRPr="00E231FF">
        <w:t>gazetecileri</w:t>
      </w:r>
      <w:proofErr w:type="spellEnd"/>
      <w:r w:rsidRPr="00E231FF">
        <w:t xml:space="preserve"> </w:t>
      </w:r>
      <w:proofErr w:type="spellStart"/>
      <w:r w:rsidRPr="00E231FF">
        <w:t>hatırlattı</w:t>
      </w:r>
      <w:proofErr w:type="spellEnd"/>
      <w:r w:rsidRPr="00E231FF">
        <w:t>.</w:t>
      </w:r>
    </w:p>
    <w:p w14:paraId="473EBFDC" w14:textId="77777777" w:rsidR="00915042" w:rsidRPr="00E231FF" w:rsidRDefault="00915042" w:rsidP="00915042">
      <w:pPr>
        <w:spacing w:after="160" w:line="278" w:lineRule="auto"/>
      </w:pPr>
      <w:r w:rsidRPr="00E231FF">
        <w:t>Mamdani, "</w:t>
      </w:r>
      <w:proofErr w:type="spellStart"/>
      <w:r w:rsidRPr="00E231FF">
        <w:t>Bütün</w:t>
      </w:r>
      <w:proofErr w:type="spellEnd"/>
      <w:r w:rsidRPr="00E231FF">
        <w:t xml:space="preserve"> </w:t>
      </w:r>
      <w:proofErr w:type="spellStart"/>
      <w:r w:rsidRPr="00E231FF">
        <w:t>bunlar</w:t>
      </w:r>
      <w:proofErr w:type="spellEnd"/>
      <w:r w:rsidRPr="00E231FF">
        <w:t xml:space="preserve"> </w:t>
      </w:r>
      <w:proofErr w:type="spellStart"/>
      <w:r w:rsidRPr="00E231FF">
        <w:t>yaşanırken</w:t>
      </w:r>
      <w:proofErr w:type="spellEnd"/>
      <w:r w:rsidRPr="00E231FF">
        <w:t xml:space="preserve">, </w:t>
      </w:r>
      <w:proofErr w:type="spellStart"/>
      <w:r w:rsidRPr="00E231FF">
        <w:t>insanları</w:t>
      </w:r>
      <w:proofErr w:type="spellEnd"/>
      <w:r w:rsidRPr="00E231FF">
        <w:t xml:space="preserve"> </w:t>
      </w:r>
      <w:proofErr w:type="spellStart"/>
      <w:r w:rsidRPr="00E231FF">
        <w:t>öldüren</w:t>
      </w:r>
      <w:proofErr w:type="spellEnd"/>
      <w:r w:rsidRPr="00E231FF">
        <w:t xml:space="preserve"> </w:t>
      </w:r>
      <w:proofErr w:type="spellStart"/>
      <w:r w:rsidRPr="00E231FF">
        <w:t>bombaların</w:t>
      </w:r>
      <w:proofErr w:type="spellEnd"/>
      <w:r w:rsidRPr="00E231FF">
        <w:t xml:space="preserve"> </w:t>
      </w:r>
      <w:proofErr w:type="spellStart"/>
      <w:r w:rsidRPr="00E231FF">
        <w:t>parası</w:t>
      </w:r>
      <w:proofErr w:type="spellEnd"/>
      <w:r w:rsidRPr="00E231FF">
        <w:t xml:space="preserve"> </w:t>
      </w:r>
      <w:proofErr w:type="spellStart"/>
      <w:r w:rsidRPr="00E231FF">
        <w:t>ise</w:t>
      </w:r>
      <w:proofErr w:type="spellEnd"/>
      <w:r w:rsidRPr="00E231FF">
        <w:t xml:space="preserve"> </w:t>
      </w:r>
      <w:proofErr w:type="spellStart"/>
      <w:r w:rsidRPr="00E231FF">
        <w:t>ABD'lilerin</w:t>
      </w:r>
      <w:proofErr w:type="spellEnd"/>
      <w:r w:rsidRPr="00E231FF">
        <w:t xml:space="preserve"> </w:t>
      </w:r>
      <w:proofErr w:type="spellStart"/>
      <w:r w:rsidRPr="00E231FF">
        <w:t>cebinden</w:t>
      </w:r>
      <w:proofErr w:type="spellEnd"/>
      <w:r w:rsidRPr="00E231FF">
        <w:t xml:space="preserve"> </w:t>
      </w:r>
      <w:proofErr w:type="spellStart"/>
      <w:r w:rsidRPr="00E231FF">
        <w:t>çıkıyor</w:t>
      </w:r>
      <w:proofErr w:type="spellEnd"/>
      <w:r w:rsidRPr="00E231FF">
        <w:t xml:space="preserve">." </w:t>
      </w:r>
      <w:proofErr w:type="spellStart"/>
      <w:r w:rsidRPr="00E231FF">
        <w:t>ifadesine</w:t>
      </w:r>
      <w:proofErr w:type="spellEnd"/>
      <w:r w:rsidRPr="00E231FF">
        <w:t xml:space="preserve"> </w:t>
      </w:r>
      <w:proofErr w:type="spellStart"/>
      <w:r w:rsidRPr="00E231FF">
        <w:t>yer</w:t>
      </w:r>
      <w:proofErr w:type="spellEnd"/>
      <w:r w:rsidRPr="00E231FF">
        <w:t xml:space="preserve"> </w:t>
      </w:r>
      <w:proofErr w:type="spellStart"/>
      <w:r w:rsidRPr="00E231FF">
        <w:t>vererek</w:t>
      </w:r>
      <w:proofErr w:type="spellEnd"/>
      <w:r w:rsidRPr="00E231FF">
        <w:t xml:space="preserve">, </w:t>
      </w:r>
      <w:proofErr w:type="spellStart"/>
      <w:r w:rsidRPr="00E231FF">
        <w:t>Netanyahu'nun</w:t>
      </w:r>
      <w:proofErr w:type="spellEnd"/>
      <w:r w:rsidRPr="00E231FF">
        <w:t xml:space="preserve"> </w:t>
      </w:r>
      <w:proofErr w:type="spellStart"/>
      <w:r w:rsidRPr="00E231FF">
        <w:t>yol</w:t>
      </w:r>
      <w:proofErr w:type="spellEnd"/>
      <w:r w:rsidRPr="00E231FF">
        <w:t xml:space="preserve"> </w:t>
      </w:r>
      <w:proofErr w:type="spellStart"/>
      <w:r w:rsidRPr="00E231FF">
        <w:t>açtığı</w:t>
      </w:r>
      <w:proofErr w:type="spellEnd"/>
      <w:r w:rsidRPr="00E231FF">
        <w:t xml:space="preserve"> </w:t>
      </w:r>
      <w:proofErr w:type="spellStart"/>
      <w:r w:rsidRPr="00E231FF">
        <w:t>yıkımın</w:t>
      </w:r>
      <w:proofErr w:type="spellEnd"/>
      <w:r w:rsidRPr="00E231FF">
        <w:t xml:space="preserve"> fark </w:t>
      </w:r>
      <w:proofErr w:type="spellStart"/>
      <w:r w:rsidRPr="00E231FF">
        <w:t>edilmesi</w:t>
      </w:r>
      <w:proofErr w:type="spellEnd"/>
      <w:r w:rsidRPr="00E231FF">
        <w:t xml:space="preserve"> </w:t>
      </w:r>
      <w:proofErr w:type="spellStart"/>
      <w:r w:rsidRPr="00E231FF">
        <w:t>ve</w:t>
      </w:r>
      <w:proofErr w:type="spellEnd"/>
      <w:r w:rsidRPr="00E231FF">
        <w:t xml:space="preserve"> </w:t>
      </w:r>
      <w:proofErr w:type="spellStart"/>
      <w:r w:rsidRPr="00E231FF">
        <w:t>mahkeme</w:t>
      </w:r>
      <w:proofErr w:type="spellEnd"/>
      <w:r w:rsidRPr="00E231FF">
        <w:t xml:space="preserve"> </w:t>
      </w:r>
      <w:proofErr w:type="spellStart"/>
      <w:r w:rsidRPr="00E231FF">
        <w:t>önüne</w:t>
      </w:r>
      <w:proofErr w:type="spellEnd"/>
      <w:r w:rsidRPr="00E231FF">
        <w:t xml:space="preserve"> </w:t>
      </w:r>
      <w:proofErr w:type="spellStart"/>
      <w:r w:rsidRPr="00E231FF">
        <w:t>çıkarılması</w:t>
      </w:r>
      <w:proofErr w:type="spellEnd"/>
      <w:r w:rsidRPr="00E231FF">
        <w:t xml:space="preserve"> </w:t>
      </w:r>
      <w:proofErr w:type="spellStart"/>
      <w:r w:rsidRPr="00E231FF">
        <w:t>gerektiğini</w:t>
      </w:r>
      <w:proofErr w:type="spellEnd"/>
      <w:r w:rsidRPr="00E231FF">
        <w:t xml:space="preserve"> </w:t>
      </w:r>
      <w:proofErr w:type="spellStart"/>
      <w:r w:rsidRPr="00E231FF">
        <w:t>belirtti</w:t>
      </w:r>
      <w:proofErr w:type="spellEnd"/>
      <w:r w:rsidRPr="00E231FF">
        <w:t>.</w:t>
      </w:r>
    </w:p>
    <w:p w14:paraId="4D5322DA" w14:textId="77777777" w:rsidR="00915042" w:rsidRPr="00E231FF" w:rsidRDefault="00915042" w:rsidP="00915042">
      <w:pPr>
        <w:spacing w:after="160" w:line="278" w:lineRule="auto"/>
      </w:pPr>
      <w:proofErr w:type="spellStart"/>
      <w:r w:rsidRPr="00E231FF">
        <w:t>Netanyahu'nun</w:t>
      </w:r>
      <w:proofErr w:type="spellEnd"/>
      <w:r w:rsidRPr="00E231FF">
        <w:t xml:space="preserve"> New </w:t>
      </w:r>
      <w:proofErr w:type="spellStart"/>
      <w:r w:rsidRPr="00E231FF">
        <w:t>York'a</w:t>
      </w:r>
      <w:proofErr w:type="spellEnd"/>
      <w:r w:rsidRPr="00E231FF">
        <w:t xml:space="preserve"> </w:t>
      </w:r>
      <w:proofErr w:type="spellStart"/>
      <w:r w:rsidRPr="00E231FF">
        <w:t>gitmesi</w:t>
      </w:r>
      <w:proofErr w:type="spellEnd"/>
      <w:r w:rsidRPr="00E231FF">
        <w:t xml:space="preserve"> </w:t>
      </w:r>
      <w:proofErr w:type="spellStart"/>
      <w:r w:rsidRPr="00E231FF">
        <w:t>halinde</w:t>
      </w:r>
      <w:proofErr w:type="spellEnd"/>
      <w:r w:rsidRPr="00E231FF">
        <w:t xml:space="preserve"> </w:t>
      </w:r>
      <w:proofErr w:type="spellStart"/>
      <w:r w:rsidRPr="00E231FF">
        <w:t>UCM'nin</w:t>
      </w:r>
      <w:proofErr w:type="spellEnd"/>
      <w:r w:rsidRPr="00E231FF">
        <w:t xml:space="preserve"> </w:t>
      </w:r>
      <w:proofErr w:type="spellStart"/>
      <w:r w:rsidRPr="00E231FF">
        <w:t>tutuklama</w:t>
      </w:r>
      <w:proofErr w:type="spellEnd"/>
      <w:r w:rsidRPr="00E231FF">
        <w:t xml:space="preserve"> </w:t>
      </w:r>
      <w:proofErr w:type="spellStart"/>
      <w:r w:rsidRPr="00E231FF">
        <w:t>emrini</w:t>
      </w:r>
      <w:proofErr w:type="spellEnd"/>
      <w:r w:rsidRPr="00E231FF">
        <w:t xml:space="preserve"> </w:t>
      </w:r>
      <w:proofErr w:type="spellStart"/>
      <w:r w:rsidRPr="00E231FF">
        <w:t>yerine</w:t>
      </w:r>
      <w:proofErr w:type="spellEnd"/>
      <w:r w:rsidRPr="00E231FF">
        <w:t xml:space="preserve"> </w:t>
      </w:r>
      <w:proofErr w:type="spellStart"/>
      <w:r w:rsidRPr="00E231FF">
        <w:t>getirip</w:t>
      </w:r>
      <w:proofErr w:type="spellEnd"/>
      <w:r w:rsidRPr="00E231FF">
        <w:t xml:space="preserve"> </w:t>
      </w:r>
      <w:proofErr w:type="spellStart"/>
      <w:r w:rsidRPr="00E231FF">
        <w:t>getiremeyeceklerine</w:t>
      </w:r>
      <w:proofErr w:type="spellEnd"/>
      <w:r w:rsidRPr="00E231FF">
        <w:t xml:space="preserve"> </w:t>
      </w:r>
      <w:proofErr w:type="spellStart"/>
      <w:r w:rsidRPr="00E231FF">
        <w:t>dair</w:t>
      </w:r>
      <w:proofErr w:type="spellEnd"/>
      <w:r w:rsidRPr="00E231FF">
        <w:t xml:space="preserve"> </w:t>
      </w:r>
      <w:proofErr w:type="spellStart"/>
      <w:r w:rsidRPr="00E231FF">
        <w:t>tüm</w:t>
      </w:r>
      <w:proofErr w:type="spellEnd"/>
      <w:r w:rsidRPr="00E231FF">
        <w:t xml:space="preserve"> </w:t>
      </w:r>
      <w:proofErr w:type="spellStart"/>
      <w:r w:rsidRPr="00E231FF">
        <w:t>yolları</w:t>
      </w:r>
      <w:proofErr w:type="spellEnd"/>
      <w:r w:rsidRPr="00E231FF">
        <w:t xml:space="preserve"> </w:t>
      </w:r>
      <w:proofErr w:type="spellStart"/>
      <w:r w:rsidRPr="00E231FF">
        <w:t>incelediklerini</w:t>
      </w:r>
      <w:proofErr w:type="spellEnd"/>
      <w:r w:rsidRPr="00E231FF">
        <w:t xml:space="preserve"> </w:t>
      </w:r>
      <w:proofErr w:type="spellStart"/>
      <w:r w:rsidRPr="00E231FF">
        <w:t>vurgulayan</w:t>
      </w:r>
      <w:proofErr w:type="spellEnd"/>
      <w:r w:rsidRPr="00E231FF">
        <w:t xml:space="preserve"> Mamdani, "Bu </w:t>
      </w:r>
      <w:proofErr w:type="spellStart"/>
      <w:r w:rsidRPr="00E231FF">
        <w:t>emri</w:t>
      </w:r>
      <w:proofErr w:type="spellEnd"/>
      <w:r w:rsidRPr="00E231FF">
        <w:t xml:space="preserve"> </w:t>
      </w:r>
      <w:proofErr w:type="spellStart"/>
      <w:r w:rsidRPr="00E231FF">
        <w:t>uygulamak</w:t>
      </w:r>
      <w:proofErr w:type="spellEnd"/>
      <w:r w:rsidRPr="00E231FF">
        <w:t xml:space="preserve"> </w:t>
      </w:r>
      <w:proofErr w:type="spellStart"/>
      <w:r w:rsidRPr="00E231FF">
        <w:t>için</w:t>
      </w:r>
      <w:proofErr w:type="spellEnd"/>
      <w:r w:rsidRPr="00E231FF">
        <w:t xml:space="preserve"> </w:t>
      </w:r>
      <w:proofErr w:type="spellStart"/>
      <w:r w:rsidRPr="00E231FF">
        <w:t>bağımsız</w:t>
      </w:r>
      <w:proofErr w:type="spellEnd"/>
      <w:r w:rsidRPr="00E231FF">
        <w:t xml:space="preserve"> </w:t>
      </w:r>
      <w:proofErr w:type="spellStart"/>
      <w:r w:rsidRPr="00E231FF">
        <w:t>yasal</w:t>
      </w:r>
      <w:proofErr w:type="spellEnd"/>
      <w:r w:rsidRPr="00E231FF">
        <w:t xml:space="preserve"> </w:t>
      </w:r>
      <w:proofErr w:type="spellStart"/>
      <w:r w:rsidRPr="00E231FF">
        <w:t>yetkiye</w:t>
      </w:r>
      <w:proofErr w:type="spellEnd"/>
      <w:r w:rsidRPr="00E231FF">
        <w:t xml:space="preserve"> </w:t>
      </w:r>
      <w:proofErr w:type="spellStart"/>
      <w:r w:rsidRPr="00E231FF">
        <w:t>sahip</w:t>
      </w:r>
      <w:proofErr w:type="spellEnd"/>
      <w:r w:rsidRPr="00E231FF">
        <w:t xml:space="preserve"> </w:t>
      </w:r>
      <w:proofErr w:type="spellStart"/>
      <w:r w:rsidRPr="00E231FF">
        <w:t>olmadığımız</w:t>
      </w:r>
      <w:proofErr w:type="spellEnd"/>
      <w:r w:rsidRPr="00E231FF">
        <w:t xml:space="preserve"> </w:t>
      </w:r>
      <w:proofErr w:type="spellStart"/>
      <w:r w:rsidRPr="00E231FF">
        <w:t>açık</w:t>
      </w:r>
      <w:proofErr w:type="spellEnd"/>
      <w:r w:rsidRPr="00E231FF">
        <w:t xml:space="preserve">. </w:t>
      </w:r>
      <w:proofErr w:type="spellStart"/>
      <w:r w:rsidRPr="00E231FF">
        <w:t>Öte</w:t>
      </w:r>
      <w:proofErr w:type="spellEnd"/>
      <w:r w:rsidRPr="00E231FF">
        <w:t xml:space="preserve"> </w:t>
      </w:r>
      <w:proofErr w:type="spellStart"/>
      <w:r w:rsidRPr="00E231FF">
        <w:t>yandan</w:t>
      </w:r>
      <w:proofErr w:type="spellEnd"/>
      <w:r w:rsidRPr="00E231FF">
        <w:t xml:space="preserve">, federal </w:t>
      </w:r>
      <w:proofErr w:type="spellStart"/>
      <w:r w:rsidRPr="00E231FF">
        <w:t>hükümetin</w:t>
      </w:r>
      <w:proofErr w:type="spellEnd"/>
      <w:r w:rsidRPr="00E231FF">
        <w:t xml:space="preserve"> </w:t>
      </w:r>
      <w:proofErr w:type="spellStart"/>
      <w:r w:rsidRPr="00E231FF">
        <w:t>böyle</w:t>
      </w:r>
      <w:proofErr w:type="spellEnd"/>
      <w:r w:rsidRPr="00E231FF">
        <w:t xml:space="preserve"> </w:t>
      </w:r>
      <w:proofErr w:type="spellStart"/>
      <w:r w:rsidRPr="00E231FF">
        <w:t>bir</w:t>
      </w:r>
      <w:proofErr w:type="spellEnd"/>
      <w:r w:rsidRPr="00E231FF">
        <w:t xml:space="preserve"> </w:t>
      </w:r>
      <w:proofErr w:type="spellStart"/>
      <w:r w:rsidRPr="00E231FF">
        <w:t>yetkisi</w:t>
      </w:r>
      <w:proofErr w:type="spellEnd"/>
      <w:r w:rsidRPr="00E231FF">
        <w:t xml:space="preserve"> var. </w:t>
      </w:r>
      <w:proofErr w:type="spellStart"/>
      <w:r w:rsidRPr="00E231FF">
        <w:t>Onlara</w:t>
      </w:r>
      <w:proofErr w:type="spellEnd"/>
      <w:r w:rsidRPr="00E231FF">
        <w:t xml:space="preserve"> </w:t>
      </w:r>
      <w:proofErr w:type="spellStart"/>
      <w:r w:rsidRPr="00E231FF">
        <w:t>UCM'ye</w:t>
      </w:r>
      <w:proofErr w:type="spellEnd"/>
      <w:r w:rsidRPr="00E231FF">
        <w:t xml:space="preserve"> </w:t>
      </w:r>
      <w:proofErr w:type="spellStart"/>
      <w:r w:rsidRPr="00E231FF">
        <w:t>katılma</w:t>
      </w:r>
      <w:proofErr w:type="spellEnd"/>
      <w:r w:rsidRPr="00E231FF">
        <w:t xml:space="preserve"> </w:t>
      </w:r>
      <w:proofErr w:type="spellStart"/>
      <w:r w:rsidRPr="00E231FF">
        <w:t>ve</w:t>
      </w:r>
      <w:proofErr w:type="spellEnd"/>
      <w:r w:rsidRPr="00E231FF">
        <w:t xml:space="preserve"> </w:t>
      </w:r>
      <w:proofErr w:type="spellStart"/>
      <w:r w:rsidRPr="00E231FF">
        <w:t>bu</w:t>
      </w:r>
      <w:proofErr w:type="spellEnd"/>
      <w:r w:rsidRPr="00E231FF">
        <w:t xml:space="preserve"> </w:t>
      </w:r>
      <w:proofErr w:type="spellStart"/>
      <w:r w:rsidRPr="00E231FF">
        <w:t>emri</w:t>
      </w:r>
      <w:proofErr w:type="spellEnd"/>
      <w:r w:rsidRPr="00E231FF">
        <w:t xml:space="preserve"> </w:t>
      </w:r>
      <w:proofErr w:type="spellStart"/>
      <w:r w:rsidRPr="00E231FF">
        <w:t>yerine</w:t>
      </w:r>
      <w:proofErr w:type="spellEnd"/>
      <w:r w:rsidRPr="00E231FF">
        <w:t xml:space="preserve"> </w:t>
      </w:r>
      <w:proofErr w:type="spellStart"/>
      <w:r w:rsidRPr="00E231FF">
        <w:t>getirme</w:t>
      </w:r>
      <w:proofErr w:type="spellEnd"/>
      <w:r w:rsidRPr="00E231FF">
        <w:t xml:space="preserve"> </w:t>
      </w:r>
      <w:proofErr w:type="spellStart"/>
      <w:r w:rsidRPr="00E231FF">
        <w:t>çağrısı</w:t>
      </w:r>
      <w:proofErr w:type="spellEnd"/>
      <w:r w:rsidRPr="00E231FF">
        <w:t xml:space="preserve"> </w:t>
      </w:r>
      <w:proofErr w:type="spellStart"/>
      <w:r w:rsidRPr="00E231FF">
        <w:t>yapıyorum</w:t>
      </w:r>
      <w:proofErr w:type="spellEnd"/>
      <w:r w:rsidRPr="00E231FF">
        <w:t xml:space="preserve">." </w:t>
      </w:r>
      <w:proofErr w:type="spellStart"/>
      <w:r w:rsidRPr="00E231FF">
        <w:t>ifadelerini</w:t>
      </w:r>
      <w:proofErr w:type="spellEnd"/>
      <w:r w:rsidRPr="00E231FF">
        <w:t xml:space="preserve"> </w:t>
      </w:r>
      <w:proofErr w:type="spellStart"/>
      <w:r w:rsidRPr="00E231FF">
        <w:t>kullandı</w:t>
      </w:r>
      <w:proofErr w:type="spellEnd"/>
      <w:r w:rsidRPr="00E231FF">
        <w:t>.</w:t>
      </w:r>
    </w:p>
    <w:p w14:paraId="096CED6D" w14:textId="77777777" w:rsidR="00915042" w:rsidRPr="00E231FF" w:rsidRDefault="00915042" w:rsidP="00915042">
      <w:pPr>
        <w:spacing w:after="160" w:line="278" w:lineRule="auto"/>
      </w:pPr>
      <w:r w:rsidRPr="00E231FF">
        <w:t xml:space="preserve">Mamdani, Netanyahu </w:t>
      </w:r>
      <w:proofErr w:type="spellStart"/>
      <w:r w:rsidRPr="00E231FF">
        <w:t>ve</w:t>
      </w:r>
      <w:proofErr w:type="spellEnd"/>
      <w:r w:rsidRPr="00E231FF">
        <w:t xml:space="preserve"> </w:t>
      </w:r>
      <w:proofErr w:type="spellStart"/>
      <w:r w:rsidRPr="00E231FF">
        <w:t>diğer</w:t>
      </w:r>
      <w:proofErr w:type="spellEnd"/>
      <w:r w:rsidRPr="00E231FF">
        <w:t xml:space="preserve"> </w:t>
      </w:r>
      <w:proofErr w:type="spellStart"/>
      <w:r w:rsidRPr="00E231FF">
        <w:t>tüm</w:t>
      </w:r>
      <w:proofErr w:type="spellEnd"/>
      <w:r w:rsidRPr="00E231FF">
        <w:t xml:space="preserve"> </w:t>
      </w:r>
      <w:proofErr w:type="spellStart"/>
      <w:r w:rsidRPr="00E231FF">
        <w:t>savaş</w:t>
      </w:r>
      <w:proofErr w:type="spellEnd"/>
      <w:r w:rsidRPr="00E231FF">
        <w:t xml:space="preserve"> </w:t>
      </w:r>
      <w:proofErr w:type="spellStart"/>
      <w:r w:rsidRPr="00E231FF">
        <w:t>suçlularının</w:t>
      </w:r>
      <w:proofErr w:type="spellEnd"/>
      <w:r w:rsidRPr="00E231FF">
        <w:t xml:space="preserve"> New </w:t>
      </w:r>
      <w:proofErr w:type="spellStart"/>
      <w:r w:rsidRPr="00E231FF">
        <w:t>York'ta</w:t>
      </w:r>
      <w:proofErr w:type="spellEnd"/>
      <w:r w:rsidRPr="00E231FF">
        <w:t xml:space="preserve"> </w:t>
      </w:r>
      <w:proofErr w:type="spellStart"/>
      <w:r w:rsidRPr="00E231FF">
        <w:t>yeri</w:t>
      </w:r>
      <w:proofErr w:type="spellEnd"/>
      <w:r w:rsidRPr="00E231FF">
        <w:t xml:space="preserve"> </w:t>
      </w:r>
      <w:proofErr w:type="spellStart"/>
      <w:r w:rsidRPr="00E231FF">
        <w:t>olmadığını</w:t>
      </w:r>
      <w:proofErr w:type="spellEnd"/>
      <w:r w:rsidRPr="00E231FF">
        <w:t xml:space="preserve"> </w:t>
      </w:r>
      <w:proofErr w:type="spellStart"/>
      <w:r w:rsidRPr="00E231FF">
        <w:t>kaydetti</w:t>
      </w:r>
      <w:proofErr w:type="spellEnd"/>
      <w:r w:rsidRPr="00E231FF">
        <w:t>.</w:t>
      </w:r>
    </w:p>
    <w:p w14:paraId="32DD151D" w14:textId="77777777" w:rsidR="00915042" w:rsidRPr="00E231FF" w:rsidRDefault="00915042" w:rsidP="00915042">
      <w:pPr>
        <w:spacing w:after="160" w:line="278" w:lineRule="auto"/>
      </w:pPr>
      <w:r w:rsidRPr="00E231FF">
        <w:t>"</w:t>
      </w:r>
      <w:proofErr w:type="spellStart"/>
      <w:r w:rsidRPr="00E231FF">
        <w:t>Netanyahu'nun</w:t>
      </w:r>
      <w:proofErr w:type="spellEnd"/>
      <w:r w:rsidRPr="00E231FF">
        <w:t xml:space="preserve"> </w:t>
      </w:r>
      <w:proofErr w:type="spellStart"/>
      <w:r w:rsidRPr="00E231FF">
        <w:t>yeri</w:t>
      </w:r>
      <w:proofErr w:type="spellEnd"/>
      <w:r w:rsidRPr="00E231FF">
        <w:t xml:space="preserve"> Lahey" </w:t>
      </w:r>
      <w:proofErr w:type="spellStart"/>
      <w:r w:rsidRPr="00E231FF">
        <w:t>demişti</w:t>
      </w:r>
      <w:proofErr w:type="spellEnd"/>
    </w:p>
    <w:p w14:paraId="667FBAF2" w14:textId="77777777" w:rsidR="00915042" w:rsidRPr="00E231FF" w:rsidRDefault="00915042" w:rsidP="00915042">
      <w:pPr>
        <w:spacing w:after="160" w:line="278" w:lineRule="auto"/>
      </w:pPr>
      <w:r w:rsidRPr="00E231FF">
        <w:t xml:space="preserve">Mamdani, </w:t>
      </w:r>
      <w:proofErr w:type="spellStart"/>
      <w:r w:rsidRPr="00E231FF">
        <w:t>Netanyahu'nun</w:t>
      </w:r>
      <w:proofErr w:type="spellEnd"/>
      <w:r w:rsidRPr="00E231FF">
        <w:t xml:space="preserve">, </w:t>
      </w:r>
      <w:proofErr w:type="spellStart"/>
      <w:r w:rsidRPr="00E231FF">
        <w:t>eylüldeki</w:t>
      </w:r>
      <w:proofErr w:type="spellEnd"/>
      <w:r w:rsidRPr="00E231FF">
        <w:t xml:space="preserve"> BM Genel </w:t>
      </w:r>
      <w:proofErr w:type="spellStart"/>
      <w:r w:rsidRPr="00E231FF">
        <w:t>Kurulu</w:t>
      </w:r>
      <w:proofErr w:type="spellEnd"/>
      <w:r w:rsidRPr="00E231FF">
        <w:t xml:space="preserve"> </w:t>
      </w:r>
      <w:proofErr w:type="spellStart"/>
      <w:r w:rsidRPr="00E231FF">
        <w:t>toplantıları</w:t>
      </w:r>
      <w:proofErr w:type="spellEnd"/>
      <w:r w:rsidRPr="00E231FF">
        <w:t xml:space="preserve"> </w:t>
      </w:r>
      <w:proofErr w:type="spellStart"/>
      <w:r w:rsidRPr="00E231FF">
        <w:t>için</w:t>
      </w:r>
      <w:proofErr w:type="spellEnd"/>
      <w:r w:rsidRPr="00E231FF">
        <w:t xml:space="preserve"> New </w:t>
      </w:r>
      <w:proofErr w:type="spellStart"/>
      <w:r w:rsidRPr="00E231FF">
        <w:t>York'a</w:t>
      </w:r>
      <w:proofErr w:type="spellEnd"/>
      <w:r w:rsidRPr="00E231FF">
        <w:t xml:space="preserve"> </w:t>
      </w:r>
      <w:proofErr w:type="spellStart"/>
      <w:r w:rsidRPr="00E231FF">
        <w:t>gitmesi</w:t>
      </w:r>
      <w:proofErr w:type="spellEnd"/>
      <w:r w:rsidRPr="00E231FF">
        <w:t xml:space="preserve"> </w:t>
      </w:r>
      <w:proofErr w:type="spellStart"/>
      <w:r w:rsidRPr="00E231FF">
        <w:t>halinde</w:t>
      </w:r>
      <w:proofErr w:type="spellEnd"/>
      <w:r w:rsidRPr="00E231FF">
        <w:t xml:space="preserve"> </w:t>
      </w:r>
      <w:proofErr w:type="spellStart"/>
      <w:r w:rsidRPr="00E231FF">
        <w:t>UCM'nin</w:t>
      </w:r>
      <w:proofErr w:type="spellEnd"/>
      <w:r w:rsidRPr="00E231FF">
        <w:t xml:space="preserve"> </w:t>
      </w:r>
      <w:proofErr w:type="spellStart"/>
      <w:r w:rsidRPr="00E231FF">
        <w:t>tutuklama</w:t>
      </w:r>
      <w:proofErr w:type="spellEnd"/>
      <w:r w:rsidRPr="00E231FF">
        <w:t xml:space="preserve"> </w:t>
      </w:r>
      <w:proofErr w:type="spellStart"/>
      <w:r w:rsidRPr="00E231FF">
        <w:t>kararını</w:t>
      </w:r>
      <w:proofErr w:type="spellEnd"/>
      <w:r w:rsidRPr="00E231FF">
        <w:t xml:space="preserve"> </w:t>
      </w:r>
      <w:proofErr w:type="spellStart"/>
      <w:r w:rsidRPr="00E231FF">
        <w:t>uygulayıp</w:t>
      </w:r>
      <w:proofErr w:type="spellEnd"/>
      <w:r w:rsidRPr="00E231FF">
        <w:t xml:space="preserve"> </w:t>
      </w:r>
      <w:proofErr w:type="spellStart"/>
      <w:r w:rsidRPr="00E231FF">
        <w:t>uygulamayacaklarına</w:t>
      </w:r>
      <w:proofErr w:type="spellEnd"/>
      <w:r w:rsidRPr="00E231FF">
        <w:t xml:space="preserve"> </w:t>
      </w:r>
      <w:proofErr w:type="spellStart"/>
      <w:r w:rsidRPr="00E231FF">
        <w:t>ilişkin</w:t>
      </w:r>
      <w:proofErr w:type="spellEnd"/>
      <w:r w:rsidRPr="00E231FF">
        <w:t xml:space="preserve">, "New York </w:t>
      </w:r>
      <w:proofErr w:type="spellStart"/>
      <w:r w:rsidRPr="00E231FF">
        <w:t>şehir</w:t>
      </w:r>
      <w:proofErr w:type="spellEnd"/>
      <w:r w:rsidRPr="00E231FF">
        <w:t xml:space="preserve"> </w:t>
      </w:r>
      <w:proofErr w:type="spellStart"/>
      <w:r w:rsidRPr="00E231FF">
        <w:t>yasalarının</w:t>
      </w:r>
      <w:proofErr w:type="spellEnd"/>
      <w:r w:rsidRPr="00E231FF">
        <w:t xml:space="preserve"> bize </w:t>
      </w:r>
      <w:proofErr w:type="spellStart"/>
      <w:r w:rsidRPr="00E231FF">
        <w:t>tanıdığı</w:t>
      </w:r>
      <w:proofErr w:type="spellEnd"/>
      <w:r w:rsidRPr="00E231FF">
        <w:t xml:space="preserve"> </w:t>
      </w:r>
      <w:proofErr w:type="spellStart"/>
      <w:r w:rsidRPr="00E231FF">
        <w:t>yetkiler</w:t>
      </w:r>
      <w:proofErr w:type="spellEnd"/>
      <w:r w:rsidRPr="00E231FF">
        <w:t xml:space="preserve"> </w:t>
      </w:r>
      <w:proofErr w:type="spellStart"/>
      <w:r w:rsidRPr="00E231FF">
        <w:t>çerçevesinde</w:t>
      </w:r>
      <w:proofErr w:type="spellEnd"/>
      <w:r w:rsidRPr="00E231FF">
        <w:t xml:space="preserve"> </w:t>
      </w:r>
      <w:proofErr w:type="spellStart"/>
      <w:r w:rsidRPr="00E231FF">
        <w:t>hareket</w:t>
      </w:r>
      <w:proofErr w:type="spellEnd"/>
      <w:r w:rsidRPr="00E231FF">
        <w:t xml:space="preserve"> </w:t>
      </w:r>
      <w:proofErr w:type="spellStart"/>
      <w:r w:rsidRPr="00E231FF">
        <w:t>edeceğiz</w:t>
      </w:r>
      <w:proofErr w:type="spellEnd"/>
      <w:r w:rsidRPr="00E231FF">
        <w:t xml:space="preserve"> </w:t>
      </w:r>
      <w:proofErr w:type="spellStart"/>
      <w:r w:rsidRPr="00E231FF">
        <w:t>ancak</w:t>
      </w:r>
      <w:proofErr w:type="spellEnd"/>
      <w:r w:rsidRPr="00E231FF">
        <w:t xml:space="preserve"> </w:t>
      </w:r>
      <w:proofErr w:type="spellStart"/>
      <w:r w:rsidRPr="00E231FF">
        <w:t>bu</w:t>
      </w:r>
      <w:proofErr w:type="spellEnd"/>
      <w:r w:rsidRPr="00E231FF">
        <w:t xml:space="preserve"> </w:t>
      </w:r>
      <w:proofErr w:type="spellStart"/>
      <w:r w:rsidRPr="00E231FF">
        <w:t>amaçla</w:t>
      </w:r>
      <w:proofErr w:type="spellEnd"/>
      <w:r w:rsidRPr="00E231FF">
        <w:t xml:space="preserve"> </w:t>
      </w:r>
      <w:proofErr w:type="spellStart"/>
      <w:r w:rsidRPr="00E231FF">
        <w:t>kendi</w:t>
      </w:r>
      <w:proofErr w:type="spellEnd"/>
      <w:r w:rsidRPr="00E231FF">
        <w:t xml:space="preserve"> </w:t>
      </w:r>
      <w:proofErr w:type="spellStart"/>
      <w:r w:rsidRPr="00E231FF">
        <w:t>yasalarımızı</w:t>
      </w:r>
      <w:proofErr w:type="spellEnd"/>
      <w:r w:rsidRPr="00E231FF">
        <w:t xml:space="preserve"> </w:t>
      </w:r>
      <w:proofErr w:type="spellStart"/>
      <w:r w:rsidRPr="00E231FF">
        <w:t>yazmayacağız</w:t>
      </w:r>
      <w:proofErr w:type="spellEnd"/>
      <w:r w:rsidRPr="00E231FF">
        <w:t xml:space="preserve">." </w:t>
      </w:r>
      <w:proofErr w:type="spellStart"/>
      <w:r w:rsidRPr="00E231FF">
        <w:t>ifadesini</w:t>
      </w:r>
      <w:proofErr w:type="spellEnd"/>
      <w:r w:rsidRPr="00E231FF">
        <w:t xml:space="preserve"> </w:t>
      </w:r>
      <w:proofErr w:type="spellStart"/>
      <w:r w:rsidRPr="00E231FF">
        <w:t>kullanmıştı</w:t>
      </w:r>
      <w:proofErr w:type="spellEnd"/>
      <w:r w:rsidRPr="00E231FF">
        <w:t>.</w:t>
      </w:r>
    </w:p>
    <w:p w14:paraId="4D33C5B5" w14:textId="77777777" w:rsidR="00915042" w:rsidRPr="00E231FF" w:rsidRDefault="00915042" w:rsidP="00915042">
      <w:pPr>
        <w:spacing w:after="160" w:line="278" w:lineRule="auto"/>
      </w:pPr>
      <w:r w:rsidRPr="00E231FF">
        <w:t xml:space="preserve">New York Belediye </w:t>
      </w:r>
      <w:proofErr w:type="spellStart"/>
      <w:r w:rsidRPr="00E231FF">
        <w:t>Başkanı</w:t>
      </w:r>
      <w:proofErr w:type="spellEnd"/>
      <w:r w:rsidRPr="00E231FF">
        <w:t>, "</w:t>
      </w:r>
      <w:proofErr w:type="spellStart"/>
      <w:r w:rsidRPr="00E231FF">
        <w:t>Netanyahu'nun</w:t>
      </w:r>
      <w:proofErr w:type="spellEnd"/>
      <w:r w:rsidRPr="00E231FF">
        <w:t xml:space="preserve"> </w:t>
      </w:r>
      <w:proofErr w:type="spellStart"/>
      <w:r w:rsidRPr="00E231FF">
        <w:t>yerinin</w:t>
      </w:r>
      <w:proofErr w:type="spellEnd"/>
      <w:r w:rsidRPr="00E231FF">
        <w:t xml:space="preserve"> Lahey </w:t>
      </w:r>
      <w:proofErr w:type="spellStart"/>
      <w:r w:rsidRPr="00E231FF">
        <w:t>olduğunu</w:t>
      </w:r>
      <w:proofErr w:type="spellEnd"/>
      <w:r w:rsidRPr="00E231FF">
        <w:t xml:space="preserve"> </w:t>
      </w:r>
      <w:proofErr w:type="spellStart"/>
      <w:r w:rsidRPr="00E231FF">
        <w:t>düşünüyorum</w:t>
      </w:r>
      <w:proofErr w:type="spellEnd"/>
      <w:r w:rsidRPr="00E231FF">
        <w:t xml:space="preserve">. O, UCM </w:t>
      </w:r>
      <w:proofErr w:type="spellStart"/>
      <w:r w:rsidRPr="00E231FF">
        <w:t>tarafından</w:t>
      </w:r>
      <w:proofErr w:type="spellEnd"/>
      <w:r w:rsidRPr="00E231FF">
        <w:t xml:space="preserve"> </w:t>
      </w:r>
      <w:proofErr w:type="spellStart"/>
      <w:r w:rsidRPr="00E231FF">
        <w:t>suçlanmış</w:t>
      </w:r>
      <w:proofErr w:type="spellEnd"/>
      <w:r w:rsidRPr="00E231FF">
        <w:t xml:space="preserve"> </w:t>
      </w:r>
      <w:proofErr w:type="spellStart"/>
      <w:r w:rsidRPr="00E231FF">
        <w:t>bir</w:t>
      </w:r>
      <w:proofErr w:type="spellEnd"/>
      <w:r w:rsidRPr="00E231FF">
        <w:t xml:space="preserve"> </w:t>
      </w:r>
      <w:proofErr w:type="spellStart"/>
      <w:r w:rsidRPr="00E231FF">
        <w:t>savaş</w:t>
      </w:r>
      <w:proofErr w:type="spellEnd"/>
      <w:r w:rsidRPr="00E231FF">
        <w:t xml:space="preserve"> </w:t>
      </w:r>
      <w:proofErr w:type="spellStart"/>
      <w:r w:rsidRPr="00E231FF">
        <w:t>suçlusu</w:t>
      </w:r>
      <w:proofErr w:type="spellEnd"/>
      <w:r w:rsidRPr="00E231FF">
        <w:t xml:space="preserve">." </w:t>
      </w:r>
      <w:proofErr w:type="spellStart"/>
      <w:r w:rsidRPr="00E231FF">
        <w:t>değerlendirmesinde</w:t>
      </w:r>
      <w:proofErr w:type="spellEnd"/>
      <w:r w:rsidRPr="00E231FF">
        <w:t xml:space="preserve"> de </w:t>
      </w:r>
      <w:proofErr w:type="spellStart"/>
      <w:r w:rsidRPr="00E231FF">
        <w:t>bulunmuştu</w:t>
      </w:r>
      <w:proofErr w:type="spellEnd"/>
      <w:r w:rsidRPr="00E231FF">
        <w:t>.</w:t>
      </w:r>
    </w:p>
    <w:p w14:paraId="56348AE4" w14:textId="77777777" w:rsidR="00915042" w:rsidRPr="00E231FF" w:rsidRDefault="00915042" w:rsidP="00915042">
      <w:pPr>
        <w:spacing w:after="160" w:line="278" w:lineRule="auto"/>
      </w:pPr>
      <w:r w:rsidRPr="00E231FF">
        <w:t xml:space="preserve">Netanyahu, </w:t>
      </w:r>
      <w:proofErr w:type="spellStart"/>
      <w:r w:rsidRPr="00E231FF">
        <w:t>bu</w:t>
      </w:r>
      <w:proofErr w:type="spellEnd"/>
      <w:r w:rsidRPr="00E231FF">
        <w:t xml:space="preserve"> </w:t>
      </w:r>
      <w:proofErr w:type="spellStart"/>
      <w:r w:rsidRPr="00E231FF">
        <w:t>sözleri</w:t>
      </w:r>
      <w:proofErr w:type="spellEnd"/>
      <w:r w:rsidRPr="00E231FF">
        <w:t xml:space="preserve"> </w:t>
      </w:r>
      <w:proofErr w:type="spellStart"/>
      <w:r w:rsidRPr="00E231FF">
        <w:t>üzerine</w:t>
      </w:r>
      <w:proofErr w:type="spellEnd"/>
      <w:r w:rsidRPr="00E231FF">
        <w:t xml:space="preserve"> </w:t>
      </w:r>
      <w:proofErr w:type="spellStart"/>
      <w:r w:rsidRPr="00E231FF">
        <w:t>Mamdani'yi</w:t>
      </w:r>
      <w:proofErr w:type="spellEnd"/>
      <w:r w:rsidRPr="00E231FF">
        <w:t xml:space="preserve"> "Orta </w:t>
      </w:r>
      <w:proofErr w:type="spellStart"/>
      <w:r w:rsidRPr="00E231FF">
        <w:t>Doğu'daki</w:t>
      </w:r>
      <w:proofErr w:type="spellEnd"/>
      <w:r w:rsidRPr="00E231FF">
        <w:t xml:space="preserve"> </w:t>
      </w:r>
      <w:proofErr w:type="spellStart"/>
      <w:r w:rsidRPr="00E231FF">
        <w:t>tek</w:t>
      </w:r>
      <w:proofErr w:type="spellEnd"/>
      <w:r w:rsidRPr="00E231FF">
        <w:t xml:space="preserve"> </w:t>
      </w:r>
      <w:proofErr w:type="spellStart"/>
      <w:r w:rsidRPr="00E231FF">
        <w:t>demokrasi</w:t>
      </w:r>
      <w:proofErr w:type="spellEnd"/>
      <w:r w:rsidRPr="00E231FF">
        <w:t xml:space="preserve"> </w:t>
      </w:r>
      <w:proofErr w:type="spellStart"/>
      <w:r w:rsidRPr="00E231FF">
        <w:t>olan</w:t>
      </w:r>
      <w:proofErr w:type="spellEnd"/>
      <w:r w:rsidRPr="00E231FF">
        <w:t xml:space="preserve"> </w:t>
      </w:r>
      <w:proofErr w:type="spellStart"/>
      <w:r w:rsidRPr="00E231FF">
        <w:t>Yahudi</w:t>
      </w:r>
      <w:proofErr w:type="spellEnd"/>
      <w:r w:rsidRPr="00E231FF">
        <w:t xml:space="preserve"> </w:t>
      </w:r>
      <w:proofErr w:type="spellStart"/>
      <w:r w:rsidRPr="00E231FF">
        <w:t>devletinin</w:t>
      </w:r>
      <w:proofErr w:type="spellEnd"/>
      <w:r w:rsidRPr="00E231FF">
        <w:t xml:space="preserve"> </w:t>
      </w:r>
      <w:proofErr w:type="spellStart"/>
      <w:r w:rsidRPr="00E231FF">
        <w:t>liderine</w:t>
      </w:r>
      <w:proofErr w:type="spellEnd"/>
      <w:r w:rsidRPr="00E231FF">
        <w:t xml:space="preserve"> </w:t>
      </w:r>
      <w:proofErr w:type="spellStart"/>
      <w:r w:rsidRPr="00E231FF">
        <w:t>saldırmakla</w:t>
      </w:r>
      <w:proofErr w:type="spellEnd"/>
      <w:r w:rsidRPr="00E231FF">
        <w:t xml:space="preserve">" </w:t>
      </w:r>
      <w:proofErr w:type="spellStart"/>
      <w:r w:rsidRPr="00E231FF">
        <w:t>suçlamış</w:t>
      </w:r>
      <w:proofErr w:type="spellEnd"/>
      <w:r w:rsidRPr="00E231FF">
        <w:t xml:space="preserve">, </w:t>
      </w:r>
      <w:proofErr w:type="spellStart"/>
      <w:r w:rsidRPr="00E231FF">
        <w:t>UCM'nin</w:t>
      </w:r>
      <w:proofErr w:type="spellEnd"/>
      <w:r w:rsidRPr="00E231FF">
        <w:t xml:space="preserve"> ABD </w:t>
      </w:r>
      <w:proofErr w:type="spellStart"/>
      <w:r w:rsidRPr="00E231FF">
        <w:t>ve</w:t>
      </w:r>
      <w:proofErr w:type="spellEnd"/>
      <w:r w:rsidRPr="00E231FF">
        <w:t xml:space="preserve"> </w:t>
      </w:r>
      <w:proofErr w:type="spellStart"/>
      <w:r w:rsidRPr="00E231FF">
        <w:t>İsrail</w:t>
      </w:r>
      <w:proofErr w:type="spellEnd"/>
      <w:r w:rsidRPr="00E231FF">
        <w:t xml:space="preserve"> </w:t>
      </w:r>
      <w:proofErr w:type="spellStart"/>
      <w:r w:rsidRPr="00E231FF">
        <w:t>vatandaşları</w:t>
      </w:r>
      <w:proofErr w:type="spellEnd"/>
      <w:r w:rsidRPr="00E231FF">
        <w:t xml:space="preserve"> </w:t>
      </w:r>
      <w:proofErr w:type="spellStart"/>
      <w:r w:rsidRPr="00E231FF">
        <w:t>üzerinde</w:t>
      </w:r>
      <w:proofErr w:type="spellEnd"/>
      <w:r w:rsidRPr="00E231FF">
        <w:t xml:space="preserve"> </w:t>
      </w:r>
      <w:proofErr w:type="spellStart"/>
      <w:r w:rsidRPr="00E231FF">
        <w:t>hiçbir</w:t>
      </w:r>
      <w:proofErr w:type="spellEnd"/>
      <w:r w:rsidRPr="00E231FF">
        <w:t xml:space="preserve"> </w:t>
      </w:r>
      <w:proofErr w:type="spellStart"/>
      <w:r w:rsidRPr="00E231FF">
        <w:t>yargı</w:t>
      </w:r>
      <w:proofErr w:type="spellEnd"/>
      <w:r w:rsidRPr="00E231FF">
        <w:t xml:space="preserve"> </w:t>
      </w:r>
      <w:proofErr w:type="spellStart"/>
      <w:r w:rsidRPr="00E231FF">
        <w:t>yetkisinin</w:t>
      </w:r>
      <w:proofErr w:type="spellEnd"/>
      <w:r w:rsidRPr="00E231FF">
        <w:t xml:space="preserve"> </w:t>
      </w:r>
      <w:proofErr w:type="spellStart"/>
      <w:r w:rsidRPr="00E231FF">
        <w:t>bulunmadığını</w:t>
      </w:r>
      <w:proofErr w:type="spellEnd"/>
      <w:r w:rsidRPr="00E231FF">
        <w:t xml:space="preserve"> </w:t>
      </w:r>
      <w:proofErr w:type="spellStart"/>
      <w:r w:rsidRPr="00E231FF">
        <w:t>savunmuştu</w:t>
      </w:r>
      <w:proofErr w:type="spellEnd"/>
      <w:r w:rsidRPr="00E231FF">
        <w:t>.</w:t>
      </w:r>
    </w:p>
    <w:p w14:paraId="38C13A60" w14:textId="77777777" w:rsidR="00915042" w:rsidRPr="00E231FF" w:rsidRDefault="00915042" w:rsidP="00915042">
      <w:pPr>
        <w:spacing w:after="160" w:line="278" w:lineRule="auto"/>
      </w:pPr>
      <w:r w:rsidRPr="00E231FF">
        <w:t xml:space="preserve">UCM, 21 </w:t>
      </w:r>
      <w:proofErr w:type="spellStart"/>
      <w:r w:rsidRPr="00E231FF">
        <w:t>Kasım</w:t>
      </w:r>
      <w:proofErr w:type="spellEnd"/>
      <w:r w:rsidRPr="00E231FF">
        <w:t xml:space="preserve"> 2024'te </w:t>
      </w:r>
      <w:proofErr w:type="spellStart"/>
      <w:r w:rsidRPr="00E231FF">
        <w:t>Gazze'de</w:t>
      </w:r>
      <w:proofErr w:type="spellEnd"/>
      <w:r w:rsidRPr="00E231FF">
        <w:t xml:space="preserve"> </w:t>
      </w:r>
      <w:proofErr w:type="spellStart"/>
      <w:r w:rsidRPr="00E231FF">
        <w:t>işlenen</w:t>
      </w:r>
      <w:proofErr w:type="spellEnd"/>
      <w:r w:rsidRPr="00E231FF">
        <w:t xml:space="preserve"> </w:t>
      </w:r>
      <w:proofErr w:type="spellStart"/>
      <w:r w:rsidRPr="00E231FF">
        <w:t>savaş</w:t>
      </w:r>
      <w:proofErr w:type="spellEnd"/>
      <w:r w:rsidRPr="00E231FF">
        <w:t xml:space="preserve"> </w:t>
      </w:r>
      <w:proofErr w:type="spellStart"/>
      <w:r w:rsidRPr="00E231FF">
        <w:t>suçları</w:t>
      </w:r>
      <w:proofErr w:type="spellEnd"/>
      <w:r w:rsidRPr="00E231FF">
        <w:t xml:space="preserve"> </w:t>
      </w:r>
      <w:proofErr w:type="spellStart"/>
      <w:r w:rsidRPr="00E231FF">
        <w:t>ve</w:t>
      </w:r>
      <w:proofErr w:type="spellEnd"/>
      <w:r w:rsidRPr="00E231FF">
        <w:t xml:space="preserve"> </w:t>
      </w:r>
      <w:proofErr w:type="spellStart"/>
      <w:r w:rsidRPr="00E231FF">
        <w:t>insanlığa</w:t>
      </w:r>
      <w:proofErr w:type="spellEnd"/>
      <w:r w:rsidRPr="00E231FF">
        <w:t xml:space="preserve"> </w:t>
      </w:r>
      <w:proofErr w:type="spellStart"/>
      <w:r w:rsidRPr="00E231FF">
        <w:t>karşı</w:t>
      </w:r>
      <w:proofErr w:type="spellEnd"/>
      <w:r w:rsidRPr="00E231FF">
        <w:t xml:space="preserve"> </w:t>
      </w:r>
      <w:proofErr w:type="spellStart"/>
      <w:r w:rsidRPr="00E231FF">
        <w:t>suçlar</w:t>
      </w:r>
      <w:proofErr w:type="spellEnd"/>
      <w:r w:rsidRPr="00E231FF">
        <w:t xml:space="preserve"> </w:t>
      </w:r>
      <w:proofErr w:type="spellStart"/>
      <w:r w:rsidRPr="00E231FF">
        <w:t>nedeniyle</w:t>
      </w:r>
      <w:proofErr w:type="spellEnd"/>
      <w:r w:rsidRPr="00E231FF">
        <w:t xml:space="preserve"> Netanyahu </w:t>
      </w:r>
      <w:proofErr w:type="spellStart"/>
      <w:r w:rsidRPr="00E231FF">
        <w:t>ve</w:t>
      </w:r>
      <w:proofErr w:type="spellEnd"/>
      <w:r w:rsidRPr="00E231FF">
        <w:t xml:space="preserve"> </w:t>
      </w:r>
      <w:proofErr w:type="spellStart"/>
      <w:r w:rsidRPr="00E231FF">
        <w:t>eski</w:t>
      </w:r>
      <w:proofErr w:type="spellEnd"/>
      <w:r w:rsidRPr="00E231FF">
        <w:t xml:space="preserve"> </w:t>
      </w:r>
      <w:proofErr w:type="spellStart"/>
      <w:r w:rsidRPr="00E231FF">
        <w:t>Savunma</w:t>
      </w:r>
      <w:proofErr w:type="spellEnd"/>
      <w:r w:rsidRPr="00E231FF">
        <w:t xml:space="preserve"> </w:t>
      </w:r>
      <w:proofErr w:type="spellStart"/>
      <w:r w:rsidRPr="00E231FF">
        <w:t>Bakanı</w:t>
      </w:r>
      <w:proofErr w:type="spellEnd"/>
      <w:r w:rsidRPr="00E231FF">
        <w:t xml:space="preserve"> Yoav Gallant </w:t>
      </w:r>
      <w:proofErr w:type="spellStart"/>
      <w:r w:rsidRPr="00E231FF">
        <w:t>hakkında</w:t>
      </w:r>
      <w:proofErr w:type="spellEnd"/>
      <w:r w:rsidRPr="00E231FF">
        <w:t xml:space="preserve"> </w:t>
      </w:r>
      <w:proofErr w:type="spellStart"/>
      <w:r w:rsidRPr="00E231FF">
        <w:t>tutuklama</w:t>
      </w:r>
      <w:proofErr w:type="spellEnd"/>
      <w:r w:rsidRPr="00E231FF">
        <w:t xml:space="preserve"> </w:t>
      </w:r>
      <w:proofErr w:type="spellStart"/>
      <w:r w:rsidRPr="00E231FF">
        <w:t>emri</w:t>
      </w:r>
      <w:proofErr w:type="spellEnd"/>
      <w:r w:rsidRPr="00E231FF">
        <w:t xml:space="preserve"> </w:t>
      </w:r>
      <w:proofErr w:type="spellStart"/>
      <w:r w:rsidRPr="00E231FF">
        <w:t>çıkarmıştı</w:t>
      </w:r>
      <w:proofErr w:type="spellEnd"/>
      <w:r w:rsidRPr="00E231FF">
        <w:t xml:space="preserve">. </w:t>
      </w:r>
    </w:p>
    <w:p w14:paraId="67E93DC7" w14:textId="77777777" w:rsidR="00915042" w:rsidRDefault="00915042" w:rsidP="00915042"/>
    <w:p w14:paraId="072784C4" w14:textId="77777777" w:rsidR="00915042" w:rsidRDefault="00915042"/>
    <w:p w14:paraId="2371C196" w14:textId="77777777" w:rsidR="00915042" w:rsidRDefault="00915042"/>
    <w:p w14:paraId="7F01B76D" w14:textId="77777777" w:rsidR="00915042" w:rsidRDefault="00915042"/>
    <w:p w14:paraId="34027552" w14:textId="77777777" w:rsidR="00915042" w:rsidRDefault="00915042" w:rsidP="00915042"/>
    <w:p w14:paraId="1FC7862A" w14:textId="77777777" w:rsidR="00915042" w:rsidRDefault="00915042" w:rsidP="00915042"/>
    <w:p w14:paraId="697BD60C" w14:textId="5D5BA4A0" w:rsidR="00915042" w:rsidRDefault="00915042" w:rsidP="00915042">
      <w:r>
        <w:t xml:space="preserve"> 1.İstanbul 11. </w:t>
      </w:r>
      <w:proofErr w:type="spellStart"/>
      <w:r>
        <w:t>Ağır</w:t>
      </w:r>
      <w:proofErr w:type="spellEnd"/>
      <w:r>
        <w:t xml:space="preserve"> </w:t>
      </w:r>
      <w:proofErr w:type="spellStart"/>
      <w:r>
        <w:t>Ceza</w:t>
      </w:r>
      <w:proofErr w:type="spellEnd"/>
      <w:r>
        <w:t xml:space="preserve"> </w:t>
      </w:r>
      <w:proofErr w:type="spellStart"/>
      <w:r>
        <w:t>Mahkemesine</w:t>
      </w:r>
      <w:proofErr w:type="spellEnd"/>
    </w:p>
    <w:p w14:paraId="4ECF6A44" w14:textId="77777777" w:rsidR="00915042" w:rsidRDefault="00915042" w:rsidP="00915042">
      <w:r>
        <w:t xml:space="preserve">Adres: İstanbul Adalet Sarayı, C1 Blok 1. Kat Oda No: 149, Çağlayan  </w:t>
      </w:r>
      <w:proofErr w:type="spellStart"/>
      <w:r>
        <w:t>Şişli</w:t>
      </w:r>
      <w:proofErr w:type="spellEnd"/>
      <w:r>
        <w:t>/İSTANBUL</w:t>
      </w:r>
    </w:p>
    <w:p w14:paraId="062C9FBA" w14:textId="77777777" w:rsidR="00915042" w:rsidRDefault="00915042" w:rsidP="00915042">
      <w:proofErr w:type="spellStart"/>
      <w:r>
        <w:t>Telefon</w:t>
      </w:r>
      <w:proofErr w:type="spellEnd"/>
      <w:r>
        <w:t>: 0212 568 30 - 568 31 - 568 32</w:t>
      </w:r>
    </w:p>
    <w:p w14:paraId="78F8610F" w14:textId="77777777" w:rsidR="00915042" w:rsidRDefault="00915042" w:rsidP="00915042"/>
    <w:p w14:paraId="6BB06905" w14:textId="77777777" w:rsidR="00915042" w:rsidRDefault="00915042" w:rsidP="00915042">
      <w:r>
        <w:t xml:space="preserve">2.Interpol Genel </w:t>
      </w:r>
      <w:proofErr w:type="spellStart"/>
      <w:r>
        <w:t>Sekreterliğine</w:t>
      </w:r>
      <w:proofErr w:type="spellEnd"/>
    </w:p>
    <w:p w14:paraId="69B9C64C" w14:textId="77777777" w:rsidR="00915042" w:rsidRDefault="00915042" w:rsidP="00915042">
      <w:r>
        <w:t>Adres: 200 Quai Charles de Gaulle, 69006 Lyon/FRANCE</w:t>
      </w:r>
    </w:p>
    <w:p w14:paraId="16F93797" w14:textId="77777777" w:rsidR="00915042" w:rsidRDefault="00915042" w:rsidP="00915042">
      <w:r>
        <w:t xml:space="preserve">Tel: +33 4 72 44 70 00 - </w:t>
      </w:r>
      <w:proofErr w:type="spellStart"/>
      <w:r>
        <w:t>Faks</w:t>
      </w:r>
      <w:proofErr w:type="spellEnd"/>
      <w:r>
        <w:t>: +33 4 72 44 71 63</w:t>
      </w:r>
    </w:p>
    <w:p w14:paraId="71D6577F" w14:textId="77777777" w:rsidR="00915042" w:rsidRDefault="00915042" w:rsidP="00915042"/>
    <w:p w14:paraId="46E79374" w14:textId="77777777" w:rsidR="00915042" w:rsidRDefault="00915042" w:rsidP="00915042">
      <w:r>
        <w:t xml:space="preserve">3.Uluslararası </w:t>
      </w:r>
      <w:proofErr w:type="spellStart"/>
      <w:r>
        <w:t>Ceza</w:t>
      </w:r>
      <w:proofErr w:type="spellEnd"/>
      <w:r>
        <w:t xml:space="preserve"> </w:t>
      </w:r>
      <w:proofErr w:type="spellStart"/>
      <w:r>
        <w:t>Mahkemesine</w:t>
      </w:r>
      <w:proofErr w:type="spellEnd"/>
      <w:r>
        <w:t xml:space="preserve"> ( ICC )</w:t>
      </w:r>
    </w:p>
    <w:p w14:paraId="3D10ADC5" w14:textId="77777777" w:rsidR="00915042" w:rsidRDefault="00915042" w:rsidP="00915042">
      <w:r>
        <w:t xml:space="preserve">Adres: Oude </w:t>
      </w:r>
      <w:proofErr w:type="spellStart"/>
      <w:r>
        <w:t>Waalsdorperweg</w:t>
      </w:r>
      <w:proofErr w:type="spellEnd"/>
      <w:r>
        <w:t xml:space="preserve"> 10, 2597 AK The Hague/ NETHERLANDS</w:t>
      </w:r>
    </w:p>
    <w:p w14:paraId="43E7363C" w14:textId="77777777" w:rsidR="00915042" w:rsidRDefault="00915042" w:rsidP="00915042"/>
    <w:p w14:paraId="18186335" w14:textId="77777777" w:rsidR="00915042" w:rsidRDefault="00915042" w:rsidP="00915042">
      <w:r>
        <w:t xml:space="preserve">4.Avrupa </w:t>
      </w:r>
      <w:proofErr w:type="spellStart"/>
      <w:r>
        <w:t>Konseyine</w:t>
      </w:r>
      <w:proofErr w:type="spellEnd"/>
      <w:r>
        <w:t xml:space="preserve"> ( </w:t>
      </w:r>
      <w:proofErr w:type="spellStart"/>
      <w:r>
        <w:t>Dış</w:t>
      </w:r>
      <w:proofErr w:type="spellEnd"/>
      <w:r>
        <w:t xml:space="preserve"> </w:t>
      </w:r>
      <w:proofErr w:type="spellStart"/>
      <w:r>
        <w:t>İlişkiler</w:t>
      </w:r>
      <w:proofErr w:type="spellEnd"/>
      <w:r>
        <w:t xml:space="preserve"> / Fransa )</w:t>
      </w:r>
    </w:p>
    <w:p w14:paraId="7AA29FB3" w14:textId="77777777" w:rsidR="00915042" w:rsidRDefault="00915042" w:rsidP="00915042">
      <w:r>
        <w:t xml:space="preserve">Adres: Council of Europe, Avenue de </w:t>
      </w:r>
      <w:proofErr w:type="spellStart"/>
      <w:r>
        <w:t>l'Europe</w:t>
      </w:r>
      <w:proofErr w:type="spellEnd"/>
      <w:r>
        <w:t>, F-67075 Strasbourg Cedex/ FRANCE</w:t>
      </w:r>
    </w:p>
    <w:p w14:paraId="4BD57FC0" w14:textId="77777777" w:rsidR="00915042" w:rsidRDefault="00915042" w:rsidP="00915042">
      <w:r>
        <w:t>Tel: +33 3 88 41 20 00</w:t>
      </w:r>
    </w:p>
    <w:p w14:paraId="5892CDFA" w14:textId="77777777" w:rsidR="00915042" w:rsidRDefault="00915042" w:rsidP="00915042">
      <w:r>
        <w:t>Directorate of Political Affairs and External Relations</w:t>
      </w:r>
    </w:p>
    <w:p w14:paraId="12F4D8DF" w14:textId="77777777" w:rsidR="00915042" w:rsidRDefault="00915042" w:rsidP="00915042"/>
    <w:p w14:paraId="5630AFD0" w14:textId="77777777" w:rsidR="00915042" w:rsidRDefault="00915042" w:rsidP="00915042">
      <w:r>
        <w:t xml:space="preserve">5.Birleşmiş </w:t>
      </w:r>
      <w:proofErr w:type="spellStart"/>
      <w:r>
        <w:t>Milletler</w:t>
      </w:r>
      <w:proofErr w:type="spellEnd"/>
      <w:r>
        <w:t xml:space="preserve"> </w:t>
      </w:r>
      <w:proofErr w:type="spellStart"/>
      <w:r>
        <w:t>Örgüt</w:t>
      </w:r>
      <w:proofErr w:type="spellEnd"/>
      <w:r>
        <w:t xml:space="preserve"> </w:t>
      </w:r>
      <w:proofErr w:type="spellStart"/>
      <w:r>
        <w:t>Başkanlığına</w:t>
      </w:r>
      <w:proofErr w:type="spellEnd"/>
      <w:r>
        <w:t xml:space="preserve"> - Genel </w:t>
      </w:r>
      <w:proofErr w:type="spellStart"/>
      <w:r>
        <w:t>Sekreterlik</w:t>
      </w:r>
      <w:proofErr w:type="spellEnd"/>
    </w:p>
    <w:p w14:paraId="24D59F5F" w14:textId="77777777" w:rsidR="00915042" w:rsidRDefault="00915042" w:rsidP="00915042">
      <w:r>
        <w:t>Adres: United Nations Headquarters, 760 United Nations Plaza, New York, NY 10017 - USA</w:t>
      </w:r>
    </w:p>
    <w:p w14:paraId="324FCD10" w14:textId="77777777" w:rsidR="00915042" w:rsidRDefault="00915042" w:rsidP="00915042">
      <w:r>
        <w:t xml:space="preserve">(Genel </w:t>
      </w:r>
      <w:proofErr w:type="spellStart"/>
      <w:r>
        <w:t>Sekreter</w:t>
      </w:r>
      <w:proofErr w:type="spellEnd"/>
      <w:r>
        <w:t xml:space="preserve"> António Guterres.)</w:t>
      </w:r>
    </w:p>
    <w:p w14:paraId="3A7AB894" w14:textId="77777777" w:rsidR="00915042" w:rsidRDefault="00915042" w:rsidP="00915042"/>
    <w:p w14:paraId="1107D079" w14:textId="77777777" w:rsidR="00915042" w:rsidRDefault="00915042" w:rsidP="00915042">
      <w:r>
        <w:t xml:space="preserve">6.Türkiye </w:t>
      </w:r>
      <w:proofErr w:type="spellStart"/>
      <w:r>
        <w:t>Barolar</w:t>
      </w:r>
      <w:proofErr w:type="spellEnd"/>
      <w:r>
        <w:t xml:space="preserve"> </w:t>
      </w:r>
      <w:proofErr w:type="spellStart"/>
      <w:r>
        <w:t>Birliğine</w:t>
      </w:r>
      <w:proofErr w:type="spellEnd"/>
    </w:p>
    <w:p w14:paraId="73D5691A" w14:textId="77777777" w:rsidR="00915042" w:rsidRDefault="00915042" w:rsidP="00915042">
      <w:r>
        <w:t xml:space="preserve">Adres: </w:t>
      </w:r>
      <w:proofErr w:type="spellStart"/>
      <w:r>
        <w:t>Oğuzlar</w:t>
      </w:r>
      <w:proofErr w:type="spellEnd"/>
      <w:r>
        <w:t xml:space="preserve"> Mah. Barış </w:t>
      </w:r>
      <w:proofErr w:type="spellStart"/>
      <w:r>
        <w:t>Manço</w:t>
      </w:r>
      <w:proofErr w:type="spellEnd"/>
      <w:r>
        <w:t xml:space="preserve"> Cad. Av. Özdemir Özok Sok. No:8, 06520 </w:t>
      </w:r>
      <w:proofErr w:type="spellStart"/>
      <w:r>
        <w:t>Balgat</w:t>
      </w:r>
      <w:proofErr w:type="spellEnd"/>
      <w:r>
        <w:t xml:space="preserve"> Çankaya/ANKARA</w:t>
      </w:r>
    </w:p>
    <w:p w14:paraId="5D2DFEA8" w14:textId="77777777" w:rsidR="00915042" w:rsidRDefault="00915042" w:rsidP="00915042">
      <w:r>
        <w:t>Tel: 0312 292 59 00</w:t>
      </w:r>
    </w:p>
    <w:p w14:paraId="488F68BE" w14:textId="77777777" w:rsidR="00915042" w:rsidRDefault="00915042" w:rsidP="00915042"/>
    <w:p w14:paraId="40B22893" w14:textId="77777777" w:rsidR="00915042" w:rsidRDefault="00915042" w:rsidP="00915042">
      <w:r>
        <w:t xml:space="preserve">7.İstanbul </w:t>
      </w:r>
      <w:proofErr w:type="spellStart"/>
      <w:r>
        <w:t>Barosu</w:t>
      </w:r>
      <w:proofErr w:type="spellEnd"/>
      <w:r>
        <w:t xml:space="preserve"> </w:t>
      </w:r>
      <w:proofErr w:type="spellStart"/>
      <w:r>
        <w:t>Başkanlığına</w:t>
      </w:r>
      <w:proofErr w:type="spellEnd"/>
    </w:p>
    <w:p w14:paraId="0DCB6A4B" w14:textId="77777777" w:rsidR="00915042" w:rsidRDefault="00915042" w:rsidP="00915042">
      <w:r>
        <w:t xml:space="preserve">Adres: </w:t>
      </w:r>
      <w:proofErr w:type="spellStart"/>
      <w:r>
        <w:t>İstiklal</w:t>
      </w:r>
      <w:proofErr w:type="spellEnd"/>
      <w:r>
        <w:t xml:space="preserve"> Caddesi, Orhan Adli Apaydın Sok. No:2, 34430 Beyoğlu / İSTANBUL</w:t>
      </w:r>
    </w:p>
    <w:p w14:paraId="4FB97F62" w14:textId="77777777" w:rsidR="00915042" w:rsidRDefault="00915042" w:rsidP="00915042">
      <w:r>
        <w:t>Tel: 0212 393 07 00 - 444 18 78</w:t>
      </w:r>
    </w:p>
    <w:p w14:paraId="1A58BF07" w14:textId="77777777" w:rsidR="00915042" w:rsidRDefault="00915042" w:rsidP="00915042"/>
    <w:p w14:paraId="59A51CA6" w14:textId="77777777" w:rsidR="00915042" w:rsidRDefault="00915042" w:rsidP="00915042">
      <w:r>
        <w:t xml:space="preserve">8.Ankara  Baro </w:t>
      </w:r>
      <w:proofErr w:type="spellStart"/>
      <w:r>
        <w:t>Başkanlığına</w:t>
      </w:r>
      <w:proofErr w:type="spellEnd"/>
    </w:p>
    <w:p w14:paraId="2E48F37B" w14:textId="77777777" w:rsidR="00915042" w:rsidRDefault="00915042" w:rsidP="00915042">
      <w:r>
        <w:t xml:space="preserve">Adres: Atatürk </w:t>
      </w:r>
      <w:proofErr w:type="spellStart"/>
      <w:r>
        <w:t>Bulvarı</w:t>
      </w:r>
      <w:proofErr w:type="spellEnd"/>
      <w:r>
        <w:t xml:space="preserve"> No: 40 </w:t>
      </w:r>
      <w:proofErr w:type="spellStart"/>
      <w:r>
        <w:t>Adliye</w:t>
      </w:r>
      <w:proofErr w:type="spellEnd"/>
      <w:r>
        <w:t xml:space="preserve"> </w:t>
      </w:r>
      <w:proofErr w:type="spellStart"/>
      <w:r>
        <w:t>Sarayı</w:t>
      </w:r>
      <w:proofErr w:type="spellEnd"/>
      <w:r>
        <w:t xml:space="preserve"> 5.Kat </w:t>
      </w:r>
      <w:proofErr w:type="spellStart"/>
      <w:r>
        <w:t>Sıhhiye</w:t>
      </w:r>
      <w:proofErr w:type="spellEnd"/>
      <w:r>
        <w:t xml:space="preserve"> / ANKARA</w:t>
      </w:r>
    </w:p>
    <w:p w14:paraId="3FB19418" w14:textId="77777777" w:rsidR="00915042" w:rsidRDefault="00915042" w:rsidP="00915042">
      <w:r>
        <w:t xml:space="preserve">Tel : 0312 416 72 00 - </w:t>
      </w:r>
      <w:proofErr w:type="spellStart"/>
      <w:r>
        <w:t>Faks</w:t>
      </w:r>
      <w:proofErr w:type="spellEnd"/>
      <w:r>
        <w:t>: 0312 309 22 37</w:t>
      </w:r>
    </w:p>
    <w:p w14:paraId="1A8B3177" w14:textId="77777777" w:rsidR="00915042" w:rsidRDefault="00915042" w:rsidP="00915042"/>
    <w:p w14:paraId="68F5666A" w14:textId="77777777" w:rsidR="00915042" w:rsidRDefault="00915042" w:rsidP="00915042">
      <w:r>
        <w:t xml:space="preserve">9.İzmir Baro </w:t>
      </w:r>
      <w:proofErr w:type="spellStart"/>
      <w:r>
        <w:t>Başkanlığına</w:t>
      </w:r>
      <w:proofErr w:type="spellEnd"/>
    </w:p>
    <w:p w14:paraId="2966D596" w14:textId="77777777" w:rsidR="00915042" w:rsidRDefault="00915042" w:rsidP="00915042">
      <w:r>
        <w:t xml:space="preserve">Adres: 1456 Sokak, No: 14, </w:t>
      </w:r>
      <w:proofErr w:type="spellStart"/>
      <w:r>
        <w:t>Alsancak</w:t>
      </w:r>
      <w:proofErr w:type="spellEnd"/>
      <w:r>
        <w:t xml:space="preserve"> / İZMİR</w:t>
      </w:r>
    </w:p>
    <w:p w14:paraId="691CB69A" w14:textId="77777777" w:rsidR="00915042" w:rsidRDefault="00915042" w:rsidP="00915042">
      <w:r>
        <w:t xml:space="preserve">Tel: +90 (232) 463 00 14 / +90 (232) 400 00 00  -  </w:t>
      </w:r>
      <w:proofErr w:type="spellStart"/>
      <w:r>
        <w:t>Faks</w:t>
      </w:r>
      <w:proofErr w:type="spellEnd"/>
      <w:r>
        <w:t>: +90 (232) 463 66 74</w:t>
      </w:r>
    </w:p>
    <w:p w14:paraId="0D962D5B" w14:textId="77777777" w:rsidR="00915042" w:rsidRDefault="00915042" w:rsidP="00915042"/>
    <w:p w14:paraId="5556B5C1" w14:textId="77777777" w:rsidR="00915042" w:rsidRDefault="00915042" w:rsidP="00915042">
      <w:r>
        <w:t xml:space="preserve">10.Türkiye </w:t>
      </w:r>
      <w:proofErr w:type="spellStart"/>
      <w:r>
        <w:t>Cumhuriyeti</w:t>
      </w:r>
      <w:proofErr w:type="spellEnd"/>
      <w:r>
        <w:t xml:space="preserve"> Adalet </w:t>
      </w:r>
      <w:proofErr w:type="spellStart"/>
      <w:r>
        <w:t>Bakanlığına</w:t>
      </w:r>
      <w:proofErr w:type="spellEnd"/>
    </w:p>
    <w:p w14:paraId="7A8781B4" w14:textId="77777777" w:rsidR="00915042" w:rsidRDefault="00915042" w:rsidP="00915042">
      <w:r>
        <w:t xml:space="preserve">Adres    : 06659 </w:t>
      </w:r>
      <w:proofErr w:type="spellStart"/>
      <w:r>
        <w:t>Kızılay</w:t>
      </w:r>
      <w:proofErr w:type="spellEnd"/>
      <w:r>
        <w:t xml:space="preserve"> / ANKARA</w:t>
      </w:r>
    </w:p>
    <w:p w14:paraId="3B87D95E" w14:textId="77777777" w:rsidR="00915042" w:rsidRDefault="00915042" w:rsidP="00915042">
      <w:r>
        <w:t xml:space="preserve">Tel : +90 (0312) 417 77 70 - </w:t>
      </w:r>
      <w:proofErr w:type="spellStart"/>
      <w:r>
        <w:t>Faks</w:t>
      </w:r>
      <w:proofErr w:type="spellEnd"/>
      <w:r>
        <w:t xml:space="preserve">     : +90 (0312) 419 33 70</w:t>
      </w:r>
    </w:p>
    <w:p w14:paraId="65AAB21B" w14:textId="77777777" w:rsidR="00915042" w:rsidRDefault="00915042" w:rsidP="00915042"/>
    <w:p w14:paraId="607F902C" w14:textId="77777777" w:rsidR="00915042" w:rsidRDefault="00915042" w:rsidP="00915042">
      <w:r>
        <w:t xml:space="preserve">                                                                          HUKUKÇULARA ÇAĞRI !</w:t>
      </w:r>
    </w:p>
    <w:p w14:paraId="18CAC413" w14:textId="77777777" w:rsidR="00915042" w:rsidRDefault="00915042" w:rsidP="00915042">
      <w:proofErr w:type="spellStart"/>
      <w:r>
        <w:lastRenderedPageBreak/>
        <w:t>Uluslararası</w:t>
      </w:r>
      <w:proofErr w:type="spellEnd"/>
      <w:r>
        <w:t xml:space="preserve"> </w:t>
      </w:r>
      <w:proofErr w:type="spellStart"/>
      <w:r>
        <w:t>Ceza</w:t>
      </w:r>
      <w:proofErr w:type="spellEnd"/>
      <w:r>
        <w:t xml:space="preserve"> Mahkemesi, 21 </w:t>
      </w:r>
      <w:proofErr w:type="spellStart"/>
      <w:r>
        <w:t>Kasım</w:t>
      </w:r>
      <w:proofErr w:type="spellEnd"/>
      <w:r>
        <w:t xml:space="preserve"> 2024 </w:t>
      </w:r>
      <w:proofErr w:type="spellStart"/>
      <w:r>
        <w:t>tarihinde</w:t>
      </w:r>
      <w:proofErr w:type="spellEnd"/>
      <w:r>
        <w:t xml:space="preserve"> </w:t>
      </w:r>
      <w:proofErr w:type="spellStart"/>
      <w:r>
        <w:t>İsrail</w:t>
      </w:r>
      <w:proofErr w:type="spellEnd"/>
      <w:r>
        <w:t xml:space="preserve"> </w:t>
      </w:r>
      <w:proofErr w:type="spellStart"/>
      <w:r>
        <w:t>Başbakanı</w:t>
      </w:r>
      <w:proofErr w:type="spellEnd"/>
      <w:r>
        <w:t xml:space="preserve"> Benjamin Netanyahu </w:t>
      </w:r>
      <w:proofErr w:type="spellStart"/>
      <w:r>
        <w:t>hakkında</w:t>
      </w:r>
      <w:proofErr w:type="spellEnd"/>
      <w:r>
        <w:t xml:space="preserve"> </w:t>
      </w:r>
      <w:proofErr w:type="spellStart"/>
      <w:r>
        <w:t>savaş</w:t>
      </w:r>
      <w:proofErr w:type="spellEnd"/>
      <w:r>
        <w:t xml:space="preserve"> </w:t>
      </w:r>
      <w:proofErr w:type="spellStart"/>
      <w:r>
        <w:t>suçları</w:t>
      </w:r>
      <w:proofErr w:type="spellEnd"/>
      <w:r>
        <w:t xml:space="preserve"> </w:t>
      </w:r>
      <w:proofErr w:type="spellStart"/>
      <w:r>
        <w:t>ve</w:t>
      </w:r>
      <w:proofErr w:type="spellEnd"/>
      <w:r>
        <w:t xml:space="preserve"> </w:t>
      </w:r>
      <w:proofErr w:type="spellStart"/>
      <w:r>
        <w:t>insanlığa</w:t>
      </w:r>
      <w:proofErr w:type="spellEnd"/>
      <w:r>
        <w:t xml:space="preserve"> </w:t>
      </w:r>
      <w:proofErr w:type="spellStart"/>
      <w:r>
        <w:t>karşı</w:t>
      </w:r>
      <w:proofErr w:type="spellEnd"/>
      <w:r>
        <w:t xml:space="preserve"> </w:t>
      </w:r>
      <w:proofErr w:type="spellStart"/>
      <w:r>
        <w:t>suçlar</w:t>
      </w:r>
      <w:proofErr w:type="spellEnd"/>
      <w:r>
        <w:t xml:space="preserve"> </w:t>
      </w:r>
      <w:proofErr w:type="spellStart"/>
      <w:r>
        <w:t>isnadıyla</w:t>
      </w:r>
      <w:proofErr w:type="spellEnd"/>
      <w:r>
        <w:t xml:space="preserve"> </w:t>
      </w:r>
      <w:proofErr w:type="spellStart"/>
      <w:r>
        <w:t>yakalama</w:t>
      </w:r>
      <w:proofErr w:type="spellEnd"/>
      <w:r>
        <w:t xml:space="preserve"> </w:t>
      </w:r>
      <w:proofErr w:type="spellStart"/>
      <w:r>
        <w:t>kararı</w:t>
      </w:r>
      <w:proofErr w:type="spellEnd"/>
      <w:r>
        <w:t xml:space="preserve"> </w:t>
      </w:r>
      <w:proofErr w:type="spellStart"/>
      <w:r>
        <w:t>vermiştir</w:t>
      </w:r>
      <w:proofErr w:type="spellEnd"/>
      <w:r>
        <w:t>.</w:t>
      </w:r>
    </w:p>
    <w:p w14:paraId="35D0C972" w14:textId="77777777" w:rsidR="00915042" w:rsidRDefault="00915042" w:rsidP="00915042">
      <w:r>
        <w:t xml:space="preserve">İstanbul 11. </w:t>
      </w:r>
      <w:proofErr w:type="spellStart"/>
      <w:r>
        <w:t>Ağır</w:t>
      </w:r>
      <w:proofErr w:type="spellEnd"/>
      <w:r>
        <w:t xml:space="preserve"> </w:t>
      </w:r>
      <w:proofErr w:type="spellStart"/>
      <w:r>
        <w:t>Ceza</w:t>
      </w:r>
      <w:proofErr w:type="spellEnd"/>
      <w:r>
        <w:t xml:space="preserve"> Mahkemesi de </w:t>
      </w:r>
      <w:proofErr w:type="spellStart"/>
      <w:r>
        <w:t>Gazze’ye</w:t>
      </w:r>
      <w:proofErr w:type="spellEnd"/>
      <w:r>
        <w:t xml:space="preserve"> </w:t>
      </w:r>
      <w:proofErr w:type="spellStart"/>
      <w:r>
        <w:t>insani</w:t>
      </w:r>
      <w:proofErr w:type="spellEnd"/>
      <w:r>
        <w:t xml:space="preserve"> </w:t>
      </w:r>
      <w:proofErr w:type="spellStart"/>
      <w:r>
        <w:t>yardım</w:t>
      </w:r>
      <w:proofErr w:type="spellEnd"/>
      <w:r>
        <w:t xml:space="preserve"> </w:t>
      </w:r>
      <w:proofErr w:type="spellStart"/>
      <w:r>
        <w:t>götüren</w:t>
      </w:r>
      <w:proofErr w:type="spellEnd"/>
      <w:r>
        <w:t xml:space="preserve"> </w:t>
      </w:r>
      <w:proofErr w:type="spellStart"/>
      <w:r>
        <w:t>Sumud</w:t>
      </w:r>
      <w:proofErr w:type="spellEnd"/>
      <w:r>
        <w:t xml:space="preserve"> </w:t>
      </w:r>
      <w:proofErr w:type="spellStart"/>
      <w:r>
        <w:t>Filosu’na</w:t>
      </w:r>
      <w:proofErr w:type="spellEnd"/>
      <w:r>
        <w:t xml:space="preserve"> </w:t>
      </w:r>
      <w:proofErr w:type="spellStart"/>
      <w:r>
        <w:t>yönelik</w:t>
      </w:r>
      <w:proofErr w:type="spellEnd"/>
      <w:r>
        <w:t xml:space="preserve"> </w:t>
      </w:r>
      <w:proofErr w:type="spellStart"/>
      <w:r>
        <w:t>müdahaleye</w:t>
      </w:r>
      <w:proofErr w:type="spellEnd"/>
      <w:r>
        <w:t xml:space="preserve"> </w:t>
      </w:r>
      <w:proofErr w:type="spellStart"/>
      <w:r>
        <w:t>ilişkin</w:t>
      </w:r>
      <w:proofErr w:type="spellEnd"/>
      <w:r>
        <w:t xml:space="preserve"> </w:t>
      </w:r>
      <w:proofErr w:type="spellStart"/>
      <w:r>
        <w:t>görülmekte</w:t>
      </w:r>
      <w:proofErr w:type="spellEnd"/>
      <w:r>
        <w:t xml:space="preserve"> </w:t>
      </w:r>
      <w:proofErr w:type="spellStart"/>
      <w:r>
        <w:t>olan</w:t>
      </w:r>
      <w:proofErr w:type="spellEnd"/>
      <w:r>
        <w:t xml:space="preserve"> 2026/ 108 E. </w:t>
      </w:r>
      <w:proofErr w:type="spellStart"/>
      <w:r>
        <w:t>sayılı</w:t>
      </w:r>
      <w:proofErr w:type="spellEnd"/>
      <w:r>
        <w:t xml:space="preserve"> </w:t>
      </w:r>
      <w:proofErr w:type="spellStart"/>
      <w:r>
        <w:t>davada</w:t>
      </w:r>
      <w:proofErr w:type="spellEnd"/>
      <w:r>
        <w:t xml:space="preserve">, 14 </w:t>
      </w:r>
      <w:proofErr w:type="spellStart"/>
      <w:r>
        <w:t>Temmuz</w:t>
      </w:r>
      <w:proofErr w:type="spellEnd"/>
      <w:r>
        <w:t xml:space="preserve"> 2026 </w:t>
      </w:r>
      <w:proofErr w:type="spellStart"/>
      <w:r>
        <w:t>tarihli</w:t>
      </w:r>
      <w:proofErr w:type="spellEnd"/>
      <w:r>
        <w:t xml:space="preserve"> </w:t>
      </w:r>
      <w:proofErr w:type="spellStart"/>
      <w:r>
        <w:t>ara</w:t>
      </w:r>
      <w:proofErr w:type="spellEnd"/>
      <w:r>
        <w:t xml:space="preserve"> </w:t>
      </w:r>
      <w:proofErr w:type="spellStart"/>
      <w:r>
        <w:t>kararıyla</w:t>
      </w:r>
      <w:proofErr w:type="spellEnd"/>
      <w:r>
        <w:t xml:space="preserve"> Netanyahu </w:t>
      </w:r>
      <w:proofErr w:type="spellStart"/>
      <w:r>
        <w:t>hakkında</w:t>
      </w:r>
      <w:proofErr w:type="spellEnd"/>
      <w:r>
        <w:t xml:space="preserve"> Interpol </w:t>
      </w:r>
      <w:proofErr w:type="spellStart"/>
      <w:r>
        <w:t>kırmızı</w:t>
      </w:r>
      <w:proofErr w:type="spellEnd"/>
      <w:r>
        <w:t xml:space="preserve"> </w:t>
      </w:r>
      <w:proofErr w:type="spellStart"/>
      <w:r>
        <w:t>bülteni</w:t>
      </w:r>
      <w:proofErr w:type="spellEnd"/>
      <w:r>
        <w:t xml:space="preserve"> </w:t>
      </w:r>
      <w:proofErr w:type="spellStart"/>
      <w:r>
        <w:t>çıkarılması</w:t>
      </w:r>
      <w:proofErr w:type="spellEnd"/>
      <w:r>
        <w:t xml:space="preserve"> </w:t>
      </w:r>
      <w:proofErr w:type="spellStart"/>
      <w:r>
        <w:t>yönünde</w:t>
      </w:r>
      <w:proofErr w:type="spellEnd"/>
      <w:r>
        <w:t xml:space="preserve"> </w:t>
      </w:r>
      <w:proofErr w:type="spellStart"/>
      <w:r>
        <w:t>işlem</w:t>
      </w:r>
      <w:proofErr w:type="spellEnd"/>
      <w:r>
        <w:t xml:space="preserve"> </w:t>
      </w:r>
      <w:proofErr w:type="spellStart"/>
      <w:r>
        <w:t>yapılmasına</w:t>
      </w:r>
      <w:proofErr w:type="spellEnd"/>
      <w:r>
        <w:t xml:space="preserve"> </w:t>
      </w:r>
      <w:proofErr w:type="spellStart"/>
      <w:r>
        <w:t>karar</w:t>
      </w:r>
      <w:proofErr w:type="spellEnd"/>
      <w:r>
        <w:t xml:space="preserve"> </w:t>
      </w:r>
      <w:proofErr w:type="spellStart"/>
      <w:r>
        <w:t>vermiştir</w:t>
      </w:r>
      <w:proofErr w:type="spellEnd"/>
      <w:r>
        <w:t>.</w:t>
      </w:r>
    </w:p>
    <w:p w14:paraId="25CCEB43" w14:textId="77777777" w:rsidR="00915042" w:rsidRDefault="00915042" w:rsidP="00915042">
      <w:r>
        <w:t xml:space="preserve">Bu </w:t>
      </w:r>
      <w:proofErr w:type="spellStart"/>
      <w:r>
        <w:t>iki</w:t>
      </w:r>
      <w:proofErr w:type="spellEnd"/>
      <w:r>
        <w:t xml:space="preserve"> </w:t>
      </w:r>
      <w:proofErr w:type="spellStart"/>
      <w:r>
        <w:t>karar</w:t>
      </w:r>
      <w:proofErr w:type="spellEnd"/>
      <w:r>
        <w:t xml:space="preserve">, </w:t>
      </w:r>
      <w:proofErr w:type="spellStart"/>
      <w:r>
        <w:t>birbirinden</w:t>
      </w:r>
      <w:proofErr w:type="spellEnd"/>
      <w:r>
        <w:t xml:space="preserve"> </w:t>
      </w:r>
      <w:proofErr w:type="spellStart"/>
      <w:r>
        <w:t>kopuk</w:t>
      </w:r>
      <w:proofErr w:type="spellEnd"/>
      <w:r>
        <w:t xml:space="preserve"> </w:t>
      </w:r>
      <w:proofErr w:type="spellStart"/>
      <w:r>
        <w:t>iki</w:t>
      </w:r>
      <w:proofErr w:type="spellEnd"/>
      <w:r>
        <w:t xml:space="preserve"> </w:t>
      </w:r>
      <w:proofErr w:type="spellStart"/>
      <w:r>
        <w:t>hukuki</w:t>
      </w:r>
      <w:proofErr w:type="spellEnd"/>
      <w:r>
        <w:t xml:space="preserve"> </w:t>
      </w:r>
      <w:proofErr w:type="spellStart"/>
      <w:r>
        <w:t>olay</w:t>
      </w:r>
      <w:proofErr w:type="spellEnd"/>
      <w:r>
        <w:t xml:space="preserve"> </w:t>
      </w:r>
      <w:proofErr w:type="spellStart"/>
      <w:r>
        <w:t>değildir</w:t>
      </w:r>
      <w:proofErr w:type="spellEnd"/>
      <w:r>
        <w:t>.</w:t>
      </w:r>
    </w:p>
    <w:p w14:paraId="416A42CE" w14:textId="77777777" w:rsidR="00915042" w:rsidRDefault="00915042" w:rsidP="00915042"/>
    <w:p w14:paraId="2491AE08" w14:textId="77777777" w:rsidR="00915042" w:rsidRDefault="00915042" w:rsidP="00915042">
      <w:r>
        <w:t xml:space="preserve">Biri </w:t>
      </w:r>
      <w:proofErr w:type="spellStart"/>
      <w:r>
        <w:t>uluslararası</w:t>
      </w:r>
      <w:proofErr w:type="spellEnd"/>
      <w:r>
        <w:t xml:space="preserve"> </w:t>
      </w:r>
      <w:proofErr w:type="spellStart"/>
      <w:r>
        <w:t>ceza</w:t>
      </w:r>
      <w:proofErr w:type="spellEnd"/>
      <w:r>
        <w:t xml:space="preserve"> </w:t>
      </w:r>
      <w:proofErr w:type="spellStart"/>
      <w:r>
        <w:t>yargısının</w:t>
      </w:r>
      <w:proofErr w:type="spellEnd"/>
      <w:r>
        <w:t xml:space="preserve">, </w:t>
      </w:r>
      <w:proofErr w:type="spellStart"/>
      <w:r>
        <w:t>diğeri</w:t>
      </w:r>
      <w:proofErr w:type="spellEnd"/>
      <w:r>
        <w:t xml:space="preserve"> </w:t>
      </w:r>
      <w:proofErr w:type="spellStart"/>
      <w:r>
        <w:t>ulusal</w:t>
      </w:r>
      <w:proofErr w:type="spellEnd"/>
      <w:r>
        <w:t xml:space="preserve"> </w:t>
      </w:r>
      <w:proofErr w:type="spellStart"/>
      <w:r>
        <w:t>ceza</w:t>
      </w:r>
      <w:proofErr w:type="spellEnd"/>
      <w:r>
        <w:t xml:space="preserve"> </w:t>
      </w:r>
      <w:proofErr w:type="spellStart"/>
      <w:r>
        <w:t>yargısının</w:t>
      </w:r>
      <w:proofErr w:type="spellEnd"/>
      <w:r>
        <w:t xml:space="preserve"> </w:t>
      </w:r>
      <w:proofErr w:type="spellStart"/>
      <w:r>
        <w:t>aynı</w:t>
      </w:r>
      <w:proofErr w:type="spellEnd"/>
      <w:r>
        <w:t xml:space="preserve"> </w:t>
      </w:r>
      <w:proofErr w:type="spellStart"/>
      <w:r>
        <w:t>temel</w:t>
      </w:r>
      <w:proofErr w:type="spellEnd"/>
      <w:r>
        <w:t xml:space="preserve"> </w:t>
      </w:r>
      <w:proofErr w:type="spellStart"/>
      <w:r>
        <w:t>soruya</w:t>
      </w:r>
      <w:proofErr w:type="spellEnd"/>
      <w:r>
        <w:t xml:space="preserve"> </w:t>
      </w:r>
      <w:proofErr w:type="spellStart"/>
      <w:r>
        <w:t>verdiği</w:t>
      </w:r>
      <w:proofErr w:type="spellEnd"/>
      <w:r>
        <w:t xml:space="preserve"> </w:t>
      </w:r>
      <w:proofErr w:type="spellStart"/>
      <w:r>
        <w:t>cevaptır</w:t>
      </w:r>
      <w:proofErr w:type="spellEnd"/>
      <w:r>
        <w:t>:</w:t>
      </w:r>
    </w:p>
    <w:p w14:paraId="03CE308B" w14:textId="77777777" w:rsidR="00915042" w:rsidRDefault="00915042" w:rsidP="00915042">
      <w:r>
        <w:t xml:space="preserve">Devlet </w:t>
      </w:r>
      <w:proofErr w:type="spellStart"/>
      <w:r>
        <w:t>yöneticilerinin</w:t>
      </w:r>
      <w:proofErr w:type="spellEnd"/>
      <w:r>
        <w:t xml:space="preserve"> </w:t>
      </w:r>
      <w:proofErr w:type="spellStart"/>
      <w:r>
        <w:t>makamları</w:t>
      </w:r>
      <w:proofErr w:type="spellEnd"/>
      <w:r>
        <w:t xml:space="preserve">, </w:t>
      </w:r>
      <w:proofErr w:type="spellStart"/>
      <w:r>
        <w:t>uluslararası</w:t>
      </w:r>
      <w:proofErr w:type="spellEnd"/>
      <w:r>
        <w:t xml:space="preserve"> </w:t>
      </w:r>
      <w:proofErr w:type="spellStart"/>
      <w:r>
        <w:t>suçlar</w:t>
      </w:r>
      <w:proofErr w:type="spellEnd"/>
      <w:r>
        <w:t xml:space="preserve"> </w:t>
      </w:r>
      <w:proofErr w:type="spellStart"/>
      <w:r>
        <w:t>karşısında</w:t>
      </w:r>
      <w:proofErr w:type="spellEnd"/>
      <w:r>
        <w:t xml:space="preserve"> </w:t>
      </w:r>
      <w:proofErr w:type="spellStart"/>
      <w:r>
        <w:t>dokunulmazlık</w:t>
      </w:r>
      <w:proofErr w:type="spellEnd"/>
      <w:r>
        <w:t xml:space="preserve"> </w:t>
      </w:r>
      <w:proofErr w:type="spellStart"/>
      <w:r>
        <w:t>zırhına</w:t>
      </w:r>
      <w:proofErr w:type="spellEnd"/>
      <w:r>
        <w:t xml:space="preserve"> </w:t>
      </w:r>
      <w:proofErr w:type="spellStart"/>
      <w:r>
        <w:t>dönüşebilir</w:t>
      </w:r>
      <w:proofErr w:type="spellEnd"/>
      <w:r>
        <w:t xml:space="preserve"> mi?</w:t>
      </w:r>
    </w:p>
    <w:p w14:paraId="1828EA7D" w14:textId="77777777" w:rsidR="00915042" w:rsidRDefault="00915042" w:rsidP="00915042">
      <w:r>
        <w:t xml:space="preserve">Biz </w:t>
      </w:r>
      <w:proofErr w:type="spellStart"/>
      <w:r>
        <w:t>hukukçuların</w:t>
      </w:r>
      <w:proofErr w:type="spellEnd"/>
      <w:r>
        <w:t xml:space="preserve"> </w:t>
      </w:r>
      <w:proofErr w:type="spellStart"/>
      <w:r>
        <w:t>cevabı</w:t>
      </w:r>
      <w:proofErr w:type="spellEnd"/>
      <w:r>
        <w:t xml:space="preserve"> </w:t>
      </w:r>
      <w:proofErr w:type="spellStart"/>
      <w:r>
        <w:t>açıktır</w:t>
      </w:r>
      <w:proofErr w:type="spellEnd"/>
      <w:r>
        <w:t>:</w:t>
      </w:r>
    </w:p>
    <w:p w14:paraId="74B87468" w14:textId="77777777" w:rsidR="00915042" w:rsidRDefault="00915042" w:rsidP="00915042">
      <w:proofErr w:type="spellStart"/>
      <w:r>
        <w:t>Hiçbir</w:t>
      </w:r>
      <w:proofErr w:type="spellEnd"/>
      <w:r>
        <w:t xml:space="preserve"> </w:t>
      </w:r>
      <w:proofErr w:type="spellStart"/>
      <w:r>
        <w:t>devlet</w:t>
      </w:r>
      <w:proofErr w:type="spellEnd"/>
      <w:r>
        <w:t xml:space="preserve"> </w:t>
      </w:r>
      <w:proofErr w:type="spellStart"/>
      <w:r>
        <w:t>görevi</w:t>
      </w:r>
      <w:proofErr w:type="spellEnd"/>
      <w:r>
        <w:t xml:space="preserve">; </w:t>
      </w:r>
      <w:proofErr w:type="spellStart"/>
      <w:r>
        <w:t>sivillerin</w:t>
      </w:r>
      <w:proofErr w:type="spellEnd"/>
      <w:r>
        <w:t xml:space="preserve"> </w:t>
      </w:r>
      <w:proofErr w:type="spellStart"/>
      <w:r>
        <w:t>aç</w:t>
      </w:r>
      <w:proofErr w:type="spellEnd"/>
      <w:r>
        <w:t xml:space="preserve"> </w:t>
      </w:r>
      <w:proofErr w:type="spellStart"/>
      <w:r>
        <w:t>bırakılmasını</w:t>
      </w:r>
      <w:proofErr w:type="spellEnd"/>
      <w:r>
        <w:t xml:space="preserve">, </w:t>
      </w:r>
      <w:proofErr w:type="spellStart"/>
      <w:r>
        <w:t>öldürülmesini</w:t>
      </w:r>
      <w:proofErr w:type="spellEnd"/>
      <w:r>
        <w:t xml:space="preserve">, </w:t>
      </w:r>
      <w:proofErr w:type="spellStart"/>
      <w:r>
        <w:t>zorla</w:t>
      </w:r>
      <w:proofErr w:type="spellEnd"/>
      <w:r>
        <w:t xml:space="preserve"> </w:t>
      </w:r>
      <w:proofErr w:type="spellStart"/>
      <w:r>
        <w:t>yerinden</w:t>
      </w:r>
      <w:proofErr w:type="spellEnd"/>
      <w:r>
        <w:t xml:space="preserve"> </w:t>
      </w:r>
      <w:proofErr w:type="spellStart"/>
      <w:r>
        <w:t>edilmesini</w:t>
      </w:r>
      <w:proofErr w:type="spellEnd"/>
      <w:r>
        <w:t xml:space="preserve">, </w:t>
      </w:r>
      <w:proofErr w:type="spellStart"/>
      <w:r>
        <w:t>insani</w:t>
      </w:r>
      <w:proofErr w:type="spellEnd"/>
      <w:r>
        <w:t xml:space="preserve"> </w:t>
      </w:r>
      <w:proofErr w:type="spellStart"/>
      <w:r>
        <w:t>yardımın</w:t>
      </w:r>
      <w:proofErr w:type="spellEnd"/>
      <w:r>
        <w:t xml:space="preserve"> </w:t>
      </w:r>
      <w:proofErr w:type="spellStart"/>
      <w:r>
        <w:t>engellenmesini</w:t>
      </w:r>
      <w:proofErr w:type="spellEnd"/>
      <w:r>
        <w:t xml:space="preserve"> </w:t>
      </w:r>
      <w:proofErr w:type="spellStart"/>
      <w:r>
        <w:t>veya</w:t>
      </w:r>
      <w:proofErr w:type="spellEnd"/>
      <w:r>
        <w:t xml:space="preserve"> </w:t>
      </w:r>
      <w:proofErr w:type="spellStart"/>
      <w:r>
        <w:t>insani</w:t>
      </w:r>
      <w:proofErr w:type="spellEnd"/>
      <w:r>
        <w:t xml:space="preserve"> </w:t>
      </w:r>
      <w:proofErr w:type="spellStart"/>
      <w:r>
        <w:t>yardım</w:t>
      </w:r>
      <w:proofErr w:type="spellEnd"/>
      <w:r>
        <w:t xml:space="preserve"> </w:t>
      </w:r>
      <w:proofErr w:type="spellStart"/>
      <w:r>
        <w:t>görevlilerine</w:t>
      </w:r>
      <w:proofErr w:type="spellEnd"/>
      <w:r>
        <w:t xml:space="preserve"> </w:t>
      </w:r>
      <w:proofErr w:type="spellStart"/>
      <w:r>
        <w:t>yönelik</w:t>
      </w:r>
      <w:proofErr w:type="spellEnd"/>
      <w:r>
        <w:t xml:space="preserve"> </w:t>
      </w:r>
      <w:proofErr w:type="spellStart"/>
      <w:r>
        <w:t>saldırıları</w:t>
      </w:r>
      <w:proofErr w:type="spellEnd"/>
      <w:r>
        <w:t xml:space="preserve"> </w:t>
      </w:r>
      <w:proofErr w:type="spellStart"/>
      <w:r>
        <w:t>hukukun</w:t>
      </w:r>
      <w:proofErr w:type="spellEnd"/>
      <w:r>
        <w:t xml:space="preserve"> </w:t>
      </w:r>
      <w:proofErr w:type="spellStart"/>
      <w:r>
        <w:t>erişemeyeceği</w:t>
      </w:r>
      <w:proofErr w:type="spellEnd"/>
      <w:r>
        <w:t xml:space="preserve"> </w:t>
      </w:r>
      <w:proofErr w:type="spellStart"/>
      <w:r>
        <w:t>bir</w:t>
      </w:r>
      <w:proofErr w:type="spellEnd"/>
      <w:r>
        <w:t xml:space="preserve"> </w:t>
      </w:r>
      <w:proofErr w:type="spellStart"/>
      <w:r>
        <w:t>alana</w:t>
      </w:r>
      <w:proofErr w:type="spellEnd"/>
      <w:r>
        <w:t xml:space="preserve"> </w:t>
      </w:r>
      <w:proofErr w:type="spellStart"/>
      <w:r>
        <w:t>taşıyamaz</w:t>
      </w:r>
      <w:proofErr w:type="spellEnd"/>
      <w:r>
        <w:t>.</w:t>
      </w:r>
    </w:p>
    <w:p w14:paraId="6356A00E" w14:textId="77777777" w:rsidR="00915042" w:rsidRDefault="00915042" w:rsidP="00915042"/>
    <w:p w14:paraId="0D47370B" w14:textId="77777777" w:rsidR="00915042" w:rsidRDefault="00915042" w:rsidP="00915042">
      <w:r>
        <w:t xml:space="preserve">Augusto Pinochet </w:t>
      </w:r>
      <w:proofErr w:type="spellStart"/>
      <w:r>
        <w:t>hakkında</w:t>
      </w:r>
      <w:proofErr w:type="spellEnd"/>
      <w:r>
        <w:t xml:space="preserve"> </w:t>
      </w:r>
      <w:proofErr w:type="spellStart"/>
      <w:r>
        <w:t>İspanyol</w:t>
      </w:r>
      <w:proofErr w:type="spellEnd"/>
      <w:r>
        <w:t xml:space="preserve"> </w:t>
      </w:r>
      <w:proofErr w:type="spellStart"/>
      <w:r>
        <w:t>yargısınca</w:t>
      </w:r>
      <w:proofErr w:type="spellEnd"/>
      <w:r>
        <w:t xml:space="preserve"> </w:t>
      </w:r>
      <w:proofErr w:type="spellStart"/>
      <w:r>
        <w:t>başlatılan</w:t>
      </w:r>
      <w:proofErr w:type="spellEnd"/>
      <w:r>
        <w:t xml:space="preserve"> </w:t>
      </w:r>
      <w:proofErr w:type="spellStart"/>
      <w:r>
        <w:t>ve</w:t>
      </w:r>
      <w:proofErr w:type="spellEnd"/>
      <w:r>
        <w:t xml:space="preserve"> </w:t>
      </w:r>
      <w:proofErr w:type="spellStart"/>
      <w:r>
        <w:t>İngiltere’de</w:t>
      </w:r>
      <w:proofErr w:type="spellEnd"/>
      <w:r>
        <w:t xml:space="preserve"> </w:t>
      </w:r>
      <w:proofErr w:type="spellStart"/>
      <w:r>
        <w:t>tutuklanmasına</w:t>
      </w:r>
      <w:proofErr w:type="spellEnd"/>
      <w:r>
        <w:t xml:space="preserve"> </w:t>
      </w:r>
      <w:proofErr w:type="spellStart"/>
      <w:r>
        <w:t>kadar</w:t>
      </w:r>
      <w:proofErr w:type="spellEnd"/>
      <w:r>
        <w:t xml:space="preserve"> </w:t>
      </w:r>
      <w:proofErr w:type="spellStart"/>
      <w:r>
        <w:t>uzanan</w:t>
      </w:r>
      <w:proofErr w:type="spellEnd"/>
      <w:r>
        <w:t xml:space="preserve"> </w:t>
      </w:r>
      <w:proofErr w:type="spellStart"/>
      <w:r>
        <w:t>süreç</w:t>
      </w:r>
      <w:proofErr w:type="spellEnd"/>
      <w:r>
        <w:t xml:space="preserve">, </w:t>
      </w:r>
      <w:proofErr w:type="spellStart"/>
      <w:r>
        <w:t>eski</w:t>
      </w:r>
      <w:proofErr w:type="spellEnd"/>
      <w:r>
        <w:t xml:space="preserve"> </w:t>
      </w:r>
      <w:proofErr w:type="spellStart"/>
      <w:r>
        <w:t>devlet</w:t>
      </w:r>
      <w:proofErr w:type="spellEnd"/>
      <w:r>
        <w:t xml:space="preserve"> </w:t>
      </w:r>
      <w:proofErr w:type="spellStart"/>
      <w:r>
        <w:t>başkanlarının</w:t>
      </w:r>
      <w:proofErr w:type="spellEnd"/>
      <w:r>
        <w:t xml:space="preserve"> </w:t>
      </w:r>
      <w:proofErr w:type="spellStart"/>
      <w:r>
        <w:t>uluslararası</w:t>
      </w:r>
      <w:proofErr w:type="spellEnd"/>
      <w:r>
        <w:t xml:space="preserve"> </w:t>
      </w:r>
      <w:proofErr w:type="spellStart"/>
      <w:r>
        <w:t>suçlardan</w:t>
      </w:r>
      <w:proofErr w:type="spellEnd"/>
      <w:r>
        <w:t xml:space="preserve"> </w:t>
      </w:r>
      <w:proofErr w:type="spellStart"/>
      <w:r>
        <w:t>dolayı</w:t>
      </w:r>
      <w:proofErr w:type="spellEnd"/>
      <w:r>
        <w:t xml:space="preserve"> </w:t>
      </w:r>
      <w:proofErr w:type="spellStart"/>
      <w:r>
        <w:t>yabancı</w:t>
      </w:r>
      <w:proofErr w:type="spellEnd"/>
      <w:r>
        <w:t xml:space="preserve"> </w:t>
      </w:r>
      <w:proofErr w:type="spellStart"/>
      <w:r>
        <w:t>mahkemeler</w:t>
      </w:r>
      <w:proofErr w:type="spellEnd"/>
      <w:r>
        <w:t xml:space="preserve"> </w:t>
      </w:r>
      <w:proofErr w:type="spellStart"/>
      <w:r>
        <w:t>önünde</w:t>
      </w:r>
      <w:proofErr w:type="spellEnd"/>
      <w:r>
        <w:t xml:space="preserve"> </w:t>
      </w:r>
      <w:proofErr w:type="spellStart"/>
      <w:r>
        <w:t>hesap</w:t>
      </w:r>
      <w:proofErr w:type="spellEnd"/>
      <w:r>
        <w:t xml:space="preserve"> </w:t>
      </w:r>
      <w:proofErr w:type="spellStart"/>
      <w:r>
        <w:t>verebileceğini</w:t>
      </w:r>
      <w:proofErr w:type="spellEnd"/>
      <w:r>
        <w:t xml:space="preserve"> </w:t>
      </w:r>
      <w:proofErr w:type="spellStart"/>
      <w:r>
        <w:t>göstermişti</w:t>
      </w:r>
      <w:proofErr w:type="spellEnd"/>
      <w:r>
        <w:t xml:space="preserve">. Pinochet </w:t>
      </w:r>
      <w:proofErr w:type="spellStart"/>
      <w:r>
        <w:t>dosyası</w:t>
      </w:r>
      <w:proofErr w:type="spellEnd"/>
      <w:r>
        <w:t xml:space="preserve">, </w:t>
      </w:r>
      <w:proofErr w:type="spellStart"/>
      <w:r>
        <w:t>tek</w:t>
      </w:r>
      <w:proofErr w:type="spellEnd"/>
      <w:r>
        <w:t xml:space="preserve"> </w:t>
      </w:r>
      <w:proofErr w:type="spellStart"/>
      <w:r>
        <w:t>bir</w:t>
      </w:r>
      <w:proofErr w:type="spellEnd"/>
      <w:r>
        <w:t xml:space="preserve"> </w:t>
      </w:r>
      <w:proofErr w:type="spellStart"/>
      <w:r>
        <w:t>kişinin</w:t>
      </w:r>
      <w:proofErr w:type="spellEnd"/>
      <w:r>
        <w:t xml:space="preserve"> </w:t>
      </w:r>
      <w:proofErr w:type="spellStart"/>
      <w:r>
        <w:t>tutuklanması</w:t>
      </w:r>
      <w:proofErr w:type="spellEnd"/>
      <w:r>
        <w:t xml:space="preserve"> </w:t>
      </w:r>
      <w:proofErr w:type="spellStart"/>
      <w:r>
        <w:t>meselesinden</w:t>
      </w:r>
      <w:proofErr w:type="spellEnd"/>
      <w:r>
        <w:t xml:space="preserve"> </w:t>
      </w:r>
      <w:proofErr w:type="spellStart"/>
      <w:r>
        <w:t>büyüktü</w:t>
      </w:r>
      <w:proofErr w:type="spellEnd"/>
      <w:r>
        <w:t xml:space="preserve">. Devlet </w:t>
      </w:r>
      <w:proofErr w:type="spellStart"/>
      <w:r>
        <w:t>Başkanlığı</w:t>
      </w:r>
      <w:proofErr w:type="spellEnd"/>
      <w:r>
        <w:t xml:space="preserve"> </w:t>
      </w:r>
      <w:proofErr w:type="spellStart"/>
      <w:r>
        <w:t>makamının</w:t>
      </w:r>
      <w:proofErr w:type="spellEnd"/>
      <w:r>
        <w:t xml:space="preserve">, </w:t>
      </w:r>
      <w:proofErr w:type="spellStart"/>
      <w:r>
        <w:t>işkence</w:t>
      </w:r>
      <w:proofErr w:type="spellEnd"/>
      <w:r>
        <w:t xml:space="preserve"> </w:t>
      </w:r>
      <w:proofErr w:type="spellStart"/>
      <w:r>
        <w:t>ve</w:t>
      </w:r>
      <w:proofErr w:type="spellEnd"/>
      <w:r>
        <w:t xml:space="preserve"> </w:t>
      </w:r>
      <w:proofErr w:type="spellStart"/>
      <w:r>
        <w:t>insanlığa</w:t>
      </w:r>
      <w:proofErr w:type="spellEnd"/>
      <w:r>
        <w:t xml:space="preserve"> </w:t>
      </w:r>
      <w:proofErr w:type="spellStart"/>
      <w:r>
        <w:t>karşı</w:t>
      </w:r>
      <w:proofErr w:type="spellEnd"/>
      <w:r>
        <w:t xml:space="preserve"> </w:t>
      </w:r>
      <w:proofErr w:type="spellStart"/>
      <w:r>
        <w:t>suçlar</w:t>
      </w:r>
      <w:proofErr w:type="spellEnd"/>
      <w:r>
        <w:t xml:space="preserve"> </w:t>
      </w:r>
      <w:proofErr w:type="spellStart"/>
      <w:r>
        <w:t>bakımından</w:t>
      </w:r>
      <w:proofErr w:type="spellEnd"/>
      <w:r>
        <w:t xml:space="preserve"> </w:t>
      </w:r>
      <w:proofErr w:type="spellStart"/>
      <w:r>
        <w:t>mutlak</w:t>
      </w:r>
      <w:proofErr w:type="spellEnd"/>
      <w:r>
        <w:t xml:space="preserve"> </w:t>
      </w:r>
      <w:proofErr w:type="spellStart"/>
      <w:r>
        <w:t>bir</w:t>
      </w:r>
      <w:proofErr w:type="spellEnd"/>
      <w:r>
        <w:t xml:space="preserve"> </w:t>
      </w:r>
      <w:proofErr w:type="spellStart"/>
      <w:r>
        <w:t>dokunulmazlık</w:t>
      </w:r>
      <w:proofErr w:type="spellEnd"/>
      <w:r>
        <w:t xml:space="preserve"> </w:t>
      </w:r>
      <w:proofErr w:type="spellStart"/>
      <w:r>
        <w:t>sağlamadığını</w:t>
      </w:r>
      <w:proofErr w:type="spellEnd"/>
      <w:r>
        <w:t xml:space="preserve"> </w:t>
      </w:r>
      <w:proofErr w:type="spellStart"/>
      <w:r>
        <w:t>dünyaya</w:t>
      </w:r>
      <w:proofErr w:type="spellEnd"/>
      <w:r>
        <w:t xml:space="preserve"> </w:t>
      </w:r>
      <w:proofErr w:type="spellStart"/>
      <w:r>
        <w:t>ilan</w:t>
      </w:r>
      <w:proofErr w:type="spellEnd"/>
      <w:r>
        <w:t xml:space="preserve"> </w:t>
      </w:r>
      <w:proofErr w:type="spellStart"/>
      <w:r>
        <w:t>etmişti</w:t>
      </w:r>
      <w:proofErr w:type="spellEnd"/>
      <w:r>
        <w:t xml:space="preserve">. </w:t>
      </w:r>
      <w:proofErr w:type="spellStart"/>
      <w:r>
        <w:t>Bugün</w:t>
      </w:r>
      <w:proofErr w:type="spellEnd"/>
      <w:r>
        <w:t xml:space="preserve"> Netanyahu </w:t>
      </w:r>
      <w:proofErr w:type="spellStart"/>
      <w:r>
        <w:t>hakkındaki</w:t>
      </w:r>
      <w:proofErr w:type="spellEnd"/>
      <w:r>
        <w:t xml:space="preserve"> </w:t>
      </w:r>
      <w:proofErr w:type="spellStart"/>
      <w:r>
        <w:t>kararlar</w:t>
      </w:r>
      <w:proofErr w:type="spellEnd"/>
      <w:r>
        <w:t xml:space="preserve"> da </w:t>
      </w:r>
      <w:proofErr w:type="spellStart"/>
      <w:r>
        <w:t>aynı</w:t>
      </w:r>
      <w:proofErr w:type="spellEnd"/>
      <w:r>
        <w:t xml:space="preserve"> </w:t>
      </w:r>
      <w:proofErr w:type="spellStart"/>
      <w:r>
        <w:t>tarihsel</w:t>
      </w:r>
      <w:proofErr w:type="spellEnd"/>
      <w:r>
        <w:t xml:space="preserve"> </w:t>
      </w:r>
      <w:proofErr w:type="spellStart"/>
      <w:r>
        <w:t>sınavla</w:t>
      </w:r>
      <w:proofErr w:type="spellEnd"/>
      <w:r>
        <w:t xml:space="preserve"> </w:t>
      </w:r>
      <w:proofErr w:type="spellStart"/>
      <w:r>
        <w:t>karşı</w:t>
      </w:r>
      <w:proofErr w:type="spellEnd"/>
      <w:r>
        <w:t xml:space="preserve"> </w:t>
      </w:r>
      <w:proofErr w:type="spellStart"/>
      <w:r>
        <w:t>karşıyadır</w:t>
      </w:r>
      <w:proofErr w:type="spellEnd"/>
      <w:r>
        <w:t xml:space="preserve">. Bir </w:t>
      </w:r>
      <w:proofErr w:type="spellStart"/>
      <w:r>
        <w:t>yakalama</w:t>
      </w:r>
      <w:proofErr w:type="spellEnd"/>
      <w:r>
        <w:t xml:space="preserve"> </w:t>
      </w:r>
      <w:proofErr w:type="spellStart"/>
      <w:r>
        <w:t>kararının</w:t>
      </w:r>
      <w:proofErr w:type="spellEnd"/>
      <w:r>
        <w:t xml:space="preserve"> </w:t>
      </w:r>
      <w:proofErr w:type="spellStart"/>
      <w:r>
        <w:t>gerçek</w:t>
      </w:r>
      <w:proofErr w:type="spellEnd"/>
      <w:r>
        <w:t xml:space="preserve"> </w:t>
      </w:r>
      <w:proofErr w:type="spellStart"/>
      <w:r>
        <w:t>değeri</w:t>
      </w:r>
      <w:proofErr w:type="spellEnd"/>
      <w:r>
        <w:t xml:space="preserve">, </w:t>
      </w:r>
      <w:proofErr w:type="spellStart"/>
      <w:r>
        <w:t>yalnızca</w:t>
      </w:r>
      <w:proofErr w:type="spellEnd"/>
      <w:r>
        <w:t xml:space="preserve"> </w:t>
      </w:r>
      <w:proofErr w:type="spellStart"/>
      <w:r>
        <w:t>verilmiş</w:t>
      </w:r>
      <w:proofErr w:type="spellEnd"/>
      <w:r>
        <w:t xml:space="preserve"> </w:t>
      </w:r>
      <w:proofErr w:type="spellStart"/>
      <w:r>
        <w:t>olmasında</w:t>
      </w:r>
      <w:proofErr w:type="spellEnd"/>
      <w:r>
        <w:t xml:space="preserve"> </w:t>
      </w:r>
      <w:proofErr w:type="spellStart"/>
      <w:r>
        <w:t>değil</w:t>
      </w:r>
      <w:proofErr w:type="spellEnd"/>
      <w:r>
        <w:t xml:space="preserve">, </w:t>
      </w:r>
      <w:proofErr w:type="spellStart"/>
      <w:r>
        <w:t>uygulanması</w:t>
      </w:r>
      <w:proofErr w:type="spellEnd"/>
      <w:r>
        <w:t xml:space="preserve"> </w:t>
      </w:r>
      <w:proofErr w:type="spellStart"/>
      <w:r>
        <w:t>için</w:t>
      </w:r>
      <w:proofErr w:type="spellEnd"/>
      <w:r>
        <w:t xml:space="preserve"> </w:t>
      </w:r>
      <w:proofErr w:type="spellStart"/>
      <w:r>
        <w:t>gösterilen</w:t>
      </w:r>
      <w:proofErr w:type="spellEnd"/>
      <w:r>
        <w:t xml:space="preserve"> </w:t>
      </w:r>
      <w:proofErr w:type="spellStart"/>
      <w:r>
        <w:t>hukuk</w:t>
      </w:r>
      <w:proofErr w:type="spellEnd"/>
      <w:r>
        <w:t xml:space="preserve"> </w:t>
      </w:r>
      <w:proofErr w:type="spellStart"/>
      <w:r>
        <w:t>iradesindedir</w:t>
      </w:r>
      <w:proofErr w:type="spellEnd"/>
      <w:r>
        <w:t>.</w:t>
      </w:r>
    </w:p>
    <w:p w14:paraId="00176170" w14:textId="77777777" w:rsidR="00915042" w:rsidRDefault="00915042" w:rsidP="00915042">
      <w:proofErr w:type="spellStart"/>
      <w:r>
        <w:t>Hukuk</w:t>
      </w:r>
      <w:proofErr w:type="spellEnd"/>
      <w:r>
        <w:t xml:space="preserve">, </w:t>
      </w:r>
      <w:proofErr w:type="spellStart"/>
      <w:r>
        <w:t>güçlü</w:t>
      </w:r>
      <w:proofErr w:type="spellEnd"/>
      <w:r>
        <w:t xml:space="preserve"> </w:t>
      </w:r>
      <w:proofErr w:type="spellStart"/>
      <w:r>
        <w:t>devletlerin</w:t>
      </w:r>
      <w:proofErr w:type="spellEnd"/>
      <w:r>
        <w:t xml:space="preserve"> </w:t>
      </w:r>
      <w:proofErr w:type="spellStart"/>
      <w:r>
        <w:t>yöneticilerine</w:t>
      </w:r>
      <w:proofErr w:type="spellEnd"/>
      <w:r>
        <w:t xml:space="preserve"> </w:t>
      </w:r>
      <w:proofErr w:type="spellStart"/>
      <w:r>
        <w:t>karşı</w:t>
      </w:r>
      <w:proofErr w:type="spellEnd"/>
      <w:r>
        <w:t xml:space="preserve"> </w:t>
      </w:r>
      <w:proofErr w:type="spellStart"/>
      <w:r>
        <w:t>uygulanmadığında</w:t>
      </w:r>
      <w:proofErr w:type="spellEnd"/>
      <w:r>
        <w:t xml:space="preserve">; </w:t>
      </w:r>
      <w:proofErr w:type="spellStart"/>
      <w:r>
        <w:t>yalnızca</w:t>
      </w:r>
      <w:proofErr w:type="spellEnd"/>
      <w:r>
        <w:t xml:space="preserve"> </w:t>
      </w:r>
      <w:proofErr w:type="spellStart"/>
      <w:r>
        <w:t>güçsüzler</w:t>
      </w:r>
      <w:proofErr w:type="spellEnd"/>
      <w:r>
        <w:t xml:space="preserve">, </w:t>
      </w:r>
      <w:proofErr w:type="spellStart"/>
      <w:r>
        <w:t>yenilmişler</w:t>
      </w:r>
      <w:proofErr w:type="spellEnd"/>
      <w:r>
        <w:t xml:space="preserve"> </w:t>
      </w:r>
      <w:proofErr w:type="spellStart"/>
      <w:r>
        <w:t>ve</w:t>
      </w:r>
      <w:proofErr w:type="spellEnd"/>
      <w:r>
        <w:t xml:space="preserve"> </w:t>
      </w:r>
      <w:proofErr w:type="spellStart"/>
      <w:r>
        <w:t>korumasızlar</w:t>
      </w:r>
      <w:proofErr w:type="spellEnd"/>
      <w:r>
        <w:t xml:space="preserve"> </w:t>
      </w:r>
      <w:proofErr w:type="spellStart"/>
      <w:r>
        <w:t>için</w:t>
      </w:r>
      <w:proofErr w:type="spellEnd"/>
      <w:r>
        <w:t xml:space="preserve"> </w:t>
      </w:r>
      <w:proofErr w:type="spellStart"/>
      <w:r>
        <w:t>çalışan</w:t>
      </w:r>
      <w:proofErr w:type="spellEnd"/>
      <w:r>
        <w:t xml:space="preserve"> </w:t>
      </w:r>
      <w:proofErr w:type="spellStart"/>
      <w:r>
        <w:t>seçici</w:t>
      </w:r>
      <w:proofErr w:type="spellEnd"/>
      <w:r>
        <w:t xml:space="preserve"> </w:t>
      </w:r>
      <w:proofErr w:type="spellStart"/>
      <w:r>
        <w:t>bir</w:t>
      </w:r>
      <w:proofErr w:type="spellEnd"/>
      <w:r>
        <w:t xml:space="preserve"> </w:t>
      </w:r>
      <w:proofErr w:type="spellStart"/>
      <w:r>
        <w:t>cezalandırma</w:t>
      </w:r>
      <w:proofErr w:type="spellEnd"/>
      <w:r>
        <w:t xml:space="preserve"> </w:t>
      </w:r>
      <w:proofErr w:type="spellStart"/>
      <w:r>
        <w:t>aracına</w:t>
      </w:r>
      <w:proofErr w:type="spellEnd"/>
      <w:r>
        <w:t xml:space="preserve"> </w:t>
      </w:r>
      <w:proofErr w:type="spellStart"/>
      <w:r>
        <w:t>dönüşür</w:t>
      </w:r>
      <w:proofErr w:type="spellEnd"/>
      <w:r>
        <w:t>.</w:t>
      </w:r>
    </w:p>
    <w:p w14:paraId="1C01C142" w14:textId="77777777" w:rsidR="00915042" w:rsidRDefault="00915042" w:rsidP="00915042"/>
    <w:p w14:paraId="0A5FC3F8" w14:textId="77777777" w:rsidR="00915042" w:rsidRDefault="00915042" w:rsidP="00915042">
      <w:r>
        <w:t xml:space="preserve">Bu </w:t>
      </w:r>
      <w:proofErr w:type="spellStart"/>
      <w:r>
        <w:t>nedenle</w:t>
      </w:r>
      <w:proofErr w:type="spellEnd"/>
      <w:r>
        <w:t xml:space="preserve"> </w:t>
      </w:r>
      <w:proofErr w:type="spellStart"/>
      <w:r>
        <w:t>aşağıda</w:t>
      </w:r>
      <w:proofErr w:type="spellEnd"/>
      <w:r>
        <w:t xml:space="preserve"> </w:t>
      </w:r>
      <w:proofErr w:type="spellStart"/>
      <w:r>
        <w:t>imzası</w:t>
      </w:r>
      <w:proofErr w:type="spellEnd"/>
      <w:r>
        <w:t xml:space="preserve"> </w:t>
      </w:r>
      <w:proofErr w:type="spellStart"/>
      <w:r>
        <w:t>bulunan</w:t>
      </w:r>
      <w:proofErr w:type="spellEnd"/>
      <w:r>
        <w:t xml:space="preserve"> </w:t>
      </w:r>
      <w:proofErr w:type="spellStart"/>
      <w:r>
        <w:t>hukukçular</w:t>
      </w:r>
      <w:proofErr w:type="spellEnd"/>
      <w:r>
        <w:t xml:space="preserve"> </w:t>
      </w:r>
      <w:proofErr w:type="spellStart"/>
      <w:r>
        <w:t>olarak</w:t>
      </w:r>
      <w:proofErr w:type="spellEnd"/>
      <w:r>
        <w:t xml:space="preserve">;  </w:t>
      </w:r>
      <w:proofErr w:type="spellStart"/>
      <w:r>
        <w:t>Avukatlar</w:t>
      </w:r>
      <w:proofErr w:type="spellEnd"/>
      <w:r>
        <w:t xml:space="preserve"> </w:t>
      </w:r>
      <w:proofErr w:type="spellStart"/>
      <w:r>
        <w:t>olarak</w:t>
      </w:r>
      <w:proofErr w:type="spellEnd"/>
      <w:r>
        <w:t xml:space="preserve"> ;</w:t>
      </w:r>
    </w:p>
    <w:p w14:paraId="16EDAAAF" w14:textId="77777777" w:rsidR="00915042" w:rsidRDefault="00915042" w:rsidP="00915042">
      <w:r>
        <w:t xml:space="preserve">1.    İstanbul 11. </w:t>
      </w:r>
      <w:proofErr w:type="spellStart"/>
      <w:r>
        <w:t>Ağır</w:t>
      </w:r>
      <w:proofErr w:type="spellEnd"/>
      <w:r>
        <w:t xml:space="preserve"> </w:t>
      </w:r>
      <w:proofErr w:type="spellStart"/>
      <w:r>
        <w:t>Ceza</w:t>
      </w:r>
      <w:proofErr w:type="spellEnd"/>
      <w:r>
        <w:t xml:space="preserve"> Mahkemesinin </w:t>
      </w:r>
      <w:proofErr w:type="spellStart"/>
      <w:r>
        <w:t>kırmızı</w:t>
      </w:r>
      <w:proofErr w:type="spellEnd"/>
      <w:r>
        <w:t xml:space="preserve"> </w:t>
      </w:r>
      <w:proofErr w:type="spellStart"/>
      <w:r>
        <w:t>bülten</w:t>
      </w:r>
      <w:proofErr w:type="spellEnd"/>
      <w:r>
        <w:t xml:space="preserve"> </w:t>
      </w:r>
      <w:proofErr w:type="spellStart"/>
      <w:r>
        <w:t>kararının</w:t>
      </w:r>
      <w:proofErr w:type="spellEnd"/>
      <w:r>
        <w:t xml:space="preserve"> </w:t>
      </w:r>
      <w:proofErr w:type="spellStart"/>
      <w:r>
        <w:t>gereğinin</w:t>
      </w:r>
      <w:proofErr w:type="spellEnd"/>
      <w:r>
        <w:t xml:space="preserve"> </w:t>
      </w:r>
      <w:proofErr w:type="spellStart"/>
      <w:r>
        <w:t>gecikmeksizin</w:t>
      </w:r>
      <w:proofErr w:type="spellEnd"/>
      <w:r>
        <w:t xml:space="preserve"> </w:t>
      </w:r>
      <w:proofErr w:type="spellStart"/>
      <w:r>
        <w:t>yerine</w:t>
      </w:r>
      <w:proofErr w:type="spellEnd"/>
      <w:r>
        <w:t xml:space="preserve"> </w:t>
      </w:r>
      <w:proofErr w:type="spellStart"/>
      <w:r>
        <w:t>getirilmesini</w:t>
      </w:r>
      <w:proofErr w:type="spellEnd"/>
      <w:r>
        <w:t xml:space="preserve">, </w:t>
      </w:r>
      <w:proofErr w:type="spellStart"/>
      <w:r>
        <w:t>kararın</w:t>
      </w:r>
      <w:proofErr w:type="spellEnd"/>
      <w:r>
        <w:t xml:space="preserve"> Interpol </w:t>
      </w:r>
      <w:proofErr w:type="spellStart"/>
      <w:r>
        <w:t>kanallarına</w:t>
      </w:r>
      <w:proofErr w:type="spellEnd"/>
      <w:r>
        <w:t xml:space="preserve"> </w:t>
      </w:r>
      <w:proofErr w:type="spellStart"/>
      <w:r>
        <w:t>usulüne</w:t>
      </w:r>
      <w:proofErr w:type="spellEnd"/>
      <w:r>
        <w:t xml:space="preserve"> </w:t>
      </w:r>
      <w:proofErr w:type="spellStart"/>
      <w:r>
        <w:t>uygun</w:t>
      </w:r>
      <w:proofErr w:type="spellEnd"/>
      <w:r>
        <w:t xml:space="preserve"> </w:t>
      </w:r>
      <w:proofErr w:type="spellStart"/>
      <w:r>
        <w:t>biçimde</w:t>
      </w:r>
      <w:proofErr w:type="spellEnd"/>
      <w:r>
        <w:t xml:space="preserve"> </w:t>
      </w:r>
      <w:proofErr w:type="spellStart"/>
      <w:r>
        <w:t>iletilmesini</w:t>
      </w:r>
      <w:proofErr w:type="spellEnd"/>
      <w:r>
        <w:t xml:space="preserve"> </w:t>
      </w:r>
      <w:proofErr w:type="spellStart"/>
      <w:r>
        <w:t>ve</w:t>
      </w:r>
      <w:proofErr w:type="spellEnd"/>
      <w:r>
        <w:t xml:space="preserve"> </w:t>
      </w:r>
      <w:proofErr w:type="spellStart"/>
      <w:r>
        <w:t>işlemlerin</w:t>
      </w:r>
      <w:proofErr w:type="spellEnd"/>
      <w:r>
        <w:t xml:space="preserve"> </w:t>
      </w:r>
      <w:proofErr w:type="spellStart"/>
      <w:r>
        <w:t>sonucu</w:t>
      </w:r>
      <w:proofErr w:type="spellEnd"/>
      <w:r>
        <w:t xml:space="preserve"> </w:t>
      </w:r>
      <w:proofErr w:type="spellStart"/>
      <w:r>
        <w:t>hakkında</w:t>
      </w:r>
      <w:proofErr w:type="spellEnd"/>
      <w:r>
        <w:t xml:space="preserve"> </w:t>
      </w:r>
      <w:proofErr w:type="spellStart"/>
      <w:r>
        <w:t>kamuoyuna</w:t>
      </w:r>
      <w:proofErr w:type="spellEnd"/>
      <w:r>
        <w:t xml:space="preserve"> </w:t>
      </w:r>
      <w:proofErr w:type="spellStart"/>
      <w:r>
        <w:t>açıklama</w:t>
      </w:r>
      <w:proofErr w:type="spellEnd"/>
      <w:r>
        <w:t xml:space="preserve"> </w:t>
      </w:r>
      <w:proofErr w:type="spellStart"/>
      <w:r>
        <w:t>yapılmasını</w:t>
      </w:r>
      <w:proofErr w:type="spellEnd"/>
      <w:r>
        <w:t>,</w:t>
      </w:r>
    </w:p>
    <w:p w14:paraId="36B9A7C8" w14:textId="77777777" w:rsidR="00915042" w:rsidRDefault="00915042" w:rsidP="00915042">
      <w:r>
        <w:t xml:space="preserve">2.    Interpol Genel </w:t>
      </w:r>
      <w:proofErr w:type="spellStart"/>
      <w:r>
        <w:t>Sekreterliğinin</w:t>
      </w:r>
      <w:proofErr w:type="spellEnd"/>
      <w:r>
        <w:t xml:space="preserve"> </w:t>
      </w:r>
      <w:proofErr w:type="spellStart"/>
      <w:r>
        <w:t>talebi</w:t>
      </w:r>
      <w:proofErr w:type="spellEnd"/>
      <w:r>
        <w:t xml:space="preserve"> </w:t>
      </w:r>
      <w:proofErr w:type="spellStart"/>
      <w:r>
        <w:t>siyasal</w:t>
      </w:r>
      <w:proofErr w:type="spellEnd"/>
      <w:r>
        <w:t xml:space="preserve"> </w:t>
      </w:r>
      <w:proofErr w:type="spellStart"/>
      <w:r>
        <w:t>ağırlıklara</w:t>
      </w:r>
      <w:proofErr w:type="spellEnd"/>
      <w:r>
        <w:t xml:space="preserve"> </w:t>
      </w:r>
      <w:proofErr w:type="spellStart"/>
      <w:r>
        <w:t>göre</w:t>
      </w:r>
      <w:proofErr w:type="spellEnd"/>
      <w:r>
        <w:t xml:space="preserve"> </w:t>
      </w:r>
      <w:proofErr w:type="spellStart"/>
      <w:r>
        <w:t>değil</w:t>
      </w:r>
      <w:proofErr w:type="spellEnd"/>
      <w:r>
        <w:t xml:space="preserve">, </w:t>
      </w:r>
      <w:proofErr w:type="spellStart"/>
      <w:r>
        <w:t>kendi</w:t>
      </w:r>
      <w:proofErr w:type="spellEnd"/>
      <w:r>
        <w:t xml:space="preserve"> </w:t>
      </w:r>
      <w:proofErr w:type="spellStart"/>
      <w:r>
        <w:t>Anayasası</w:t>
      </w:r>
      <w:proofErr w:type="spellEnd"/>
      <w:r>
        <w:t xml:space="preserve">, </w:t>
      </w:r>
      <w:proofErr w:type="spellStart"/>
      <w:r>
        <w:t>insan</w:t>
      </w:r>
      <w:proofErr w:type="spellEnd"/>
      <w:r>
        <w:t xml:space="preserve"> </w:t>
      </w:r>
      <w:proofErr w:type="spellStart"/>
      <w:r>
        <w:t>hakları</w:t>
      </w:r>
      <w:proofErr w:type="spellEnd"/>
      <w:r>
        <w:t xml:space="preserve"> </w:t>
      </w:r>
      <w:proofErr w:type="spellStart"/>
      <w:r>
        <w:t>ilkeleri</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suçlarla</w:t>
      </w:r>
      <w:proofErr w:type="spellEnd"/>
      <w:r>
        <w:t xml:space="preserve"> </w:t>
      </w:r>
      <w:proofErr w:type="spellStart"/>
      <w:r>
        <w:t>mücadele</w:t>
      </w:r>
      <w:proofErr w:type="spellEnd"/>
      <w:r>
        <w:t xml:space="preserve"> </w:t>
      </w:r>
      <w:proofErr w:type="spellStart"/>
      <w:r>
        <w:t>amacı</w:t>
      </w:r>
      <w:proofErr w:type="spellEnd"/>
      <w:r>
        <w:t xml:space="preserve"> </w:t>
      </w:r>
      <w:proofErr w:type="spellStart"/>
      <w:r>
        <w:t>doğrultusunda</w:t>
      </w:r>
      <w:proofErr w:type="spellEnd"/>
      <w:r>
        <w:t xml:space="preserve"> </w:t>
      </w:r>
      <w:proofErr w:type="spellStart"/>
      <w:r>
        <w:t>değerlendirmesini</w:t>
      </w:r>
      <w:proofErr w:type="spellEnd"/>
      <w:r>
        <w:t>,</w:t>
      </w:r>
    </w:p>
    <w:p w14:paraId="0B6683F1" w14:textId="77777777" w:rsidR="00915042" w:rsidRDefault="00915042" w:rsidP="00915042">
      <w:r>
        <w:t xml:space="preserve">3.    Roma </w:t>
      </w:r>
      <w:proofErr w:type="spellStart"/>
      <w:r>
        <w:t>Statüsü’ne</w:t>
      </w:r>
      <w:proofErr w:type="spellEnd"/>
      <w:r>
        <w:t xml:space="preserve"> </w:t>
      </w:r>
      <w:proofErr w:type="spellStart"/>
      <w:r>
        <w:t>taraf</w:t>
      </w:r>
      <w:proofErr w:type="spellEnd"/>
      <w:r>
        <w:t xml:space="preserve"> </w:t>
      </w:r>
      <w:proofErr w:type="spellStart"/>
      <w:r>
        <w:t>bütün</w:t>
      </w:r>
      <w:proofErr w:type="spellEnd"/>
      <w:r>
        <w:t xml:space="preserve"> </w:t>
      </w:r>
      <w:proofErr w:type="spellStart"/>
      <w:r>
        <w:t>devletlerin</w:t>
      </w:r>
      <w:proofErr w:type="spellEnd"/>
      <w:r>
        <w:t xml:space="preserve">, </w:t>
      </w:r>
      <w:proofErr w:type="spellStart"/>
      <w:r>
        <w:t>Uluslararası</w:t>
      </w:r>
      <w:proofErr w:type="spellEnd"/>
      <w:r>
        <w:t xml:space="preserve"> </w:t>
      </w:r>
      <w:proofErr w:type="spellStart"/>
      <w:r>
        <w:t>Ceza</w:t>
      </w:r>
      <w:proofErr w:type="spellEnd"/>
      <w:r>
        <w:t xml:space="preserve"> </w:t>
      </w:r>
      <w:proofErr w:type="spellStart"/>
      <w:r>
        <w:t>Mahkemesinin</w:t>
      </w:r>
      <w:proofErr w:type="spellEnd"/>
      <w:r>
        <w:t xml:space="preserve"> Netanyahu </w:t>
      </w:r>
      <w:proofErr w:type="spellStart"/>
      <w:r>
        <w:t>hakkındaki</w:t>
      </w:r>
      <w:proofErr w:type="spellEnd"/>
      <w:r>
        <w:t xml:space="preserve"> </w:t>
      </w:r>
      <w:proofErr w:type="spellStart"/>
      <w:r>
        <w:t>yakalama</w:t>
      </w:r>
      <w:proofErr w:type="spellEnd"/>
      <w:r>
        <w:t xml:space="preserve"> </w:t>
      </w:r>
      <w:proofErr w:type="spellStart"/>
      <w:r>
        <w:t>ve</w:t>
      </w:r>
      <w:proofErr w:type="spellEnd"/>
      <w:r>
        <w:t xml:space="preserve"> </w:t>
      </w:r>
      <w:proofErr w:type="spellStart"/>
      <w:r>
        <w:t>teslim</w:t>
      </w:r>
      <w:proofErr w:type="spellEnd"/>
      <w:r>
        <w:t xml:space="preserve"> </w:t>
      </w:r>
      <w:proofErr w:type="spellStart"/>
      <w:r>
        <w:t>kararından</w:t>
      </w:r>
      <w:proofErr w:type="spellEnd"/>
      <w:r>
        <w:t xml:space="preserve"> </w:t>
      </w:r>
      <w:proofErr w:type="spellStart"/>
      <w:r>
        <w:t>doğan</w:t>
      </w:r>
      <w:proofErr w:type="spellEnd"/>
      <w:r>
        <w:t xml:space="preserve"> </w:t>
      </w:r>
      <w:proofErr w:type="spellStart"/>
      <w:r>
        <w:t>yükümlülüklerini</w:t>
      </w:r>
      <w:proofErr w:type="spellEnd"/>
      <w:r>
        <w:t xml:space="preserve"> </w:t>
      </w:r>
      <w:proofErr w:type="spellStart"/>
      <w:r>
        <w:t>eksiksiz</w:t>
      </w:r>
      <w:proofErr w:type="spellEnd"/>
      <w:r>
        <w:t xml:space="preserve"> </w:t>
      </w:r>
      <w:proofErr w:type="spellStart"/>
      <w:r>
        <w:t>yerine</w:t>
      </w:r>
      <w:proofErr w:type="spellEnd"/>
      <w:r>
        <w:t xml:space="preserve"> </w:t>
      </w:r>
      <w:proofErr w:type="spellStart"/>
      <w:r>
        <w:t>getirmesini</w:t>
      </w:r>
      <w:proofErr w:type="spellEnd"/>
      <w:r>
        <w:t>,</w:t>
      </w:r>
    </w:p>
    <w:p w14:paraId="76E077AF" w14:textId="77777777" w:rsidR="00915042" w:rsidRDefault="00915042" w:rsidP="00915042">
      <w:r>
        <w:t xml:space="preserve">4.    </w:t>
      </w:r>
      <w:proofErr w:type="spellStart"/>
      <w:r>
        <w:t>Avrupa</w:t>
      </w:r>
      <w:proofErr w:type="spellEnd"/>
      <w:r>
        <w:t xml:space="preserve"> </w:t>
      </w:r>
      <w:proofErr w:type="spellStart"/>
      <w:r>
        <w:t>Birliği</w:t>
      </w:r>
      <w:proofErr w:type="spellEnd"/>
      <w:r>
        <w:t xml:space="preserve"> </w:t>
      </w:r>
      <w:proofErr w:type="spellStart"/>
      <w:r>
        <w:t>kurumlarının</w:t>
      </w:r>
      <w:proofErr w:type="spellEnd"/>
      <w:r>
        <w:t xml:space="preserve"> </w:t>
      </w:r>
      <w:proofErr w:type="spellStart"/>
      <w:r>
        <w:t>ve</w:t>
      </w:r>
      <w:proofErr w:type="spellEnd"/>
      <w:r>
        <w:t xml:space="preserve"> </w:t>
      </w:r>
      <w:proofErr w:type="spellStart"/>
      <w:r>
        <w:t>Avrupa</w:t>
      </w:r>
      <w:proofErr w:type="spellEnd"/>
      <w:r>
        <w:t xml:space="preserve"> </w:t>
      </w:r>
      <w:proofErr w:type="spellStart"/>
      <w:r>
        <w:t>devletlerinin</w:t>
      </w:r>
      <w:proofErr w:type="spellEnd"/>
      <w:r>
        <w:t xml:space="preserve">, </w:t>
      </w:r>
      <w:proofErr w:type="spellStart"/>
      <w:r>
        <w:t>uluslararası</w:t>
      </w:r>
      <w:proofErr w:type="spellEnd"/>
      <w:r>
        <w:t xml:space="preserve"> </w:t>
      </w:r>
      <w:proofErr w:type="spellStart"/>
      <w:r>
        <w:t>ceza</w:t>
      </w:r>
      <w:proofErr w:type="spellEnd"/>
      <w:r>
        <w:t xml:space="preserve"> </w:t>
      </w:r>
      <w:proofErr w:type="spellStart"/>
      <w:r>
        <w:t>adaletini</w:t>
      </w:r>
      <w:proofErr w:type="spellEnd"/>
      <w:r>
        <w:t xml:space="preserve"> </w:t>
      </w:r>
      <w:proofErr w:type="spellStart"/>
      <w:r>
        <w:t>Dışişleri</w:t>
      </w:r>
      <w:proofErr w:type="spellEnd"/>
      <w:r>
        <w:t xml:space="preserve">  </w:t>
      </w:r>
      <w:proofErr w:type="spellStart"/>
      <w:r>
        <w:t>Bakanları</w:t>
      </w:r>
      <w:proofErr w:type="spellEnd"/>
      <w:r>
        <w:t xml:space="preserve"> </w:t>
      </w:r>
      <w:proofErr w:type="spellStart"/>
      <w:r>
        <w:t>Komitesi</w:t>
      </w:r>
      <w:proofErr w:type="spellEnd"/>
      <w:r>
        <w:t xml:space="preserve"> </w:t>
      </w:r>
      <w:proofErr w:type="spellStart"/>
      <w:r>
        <w:t>üzerinden</w:t>
      </w:r>
      <w:proofErr w:type="spellEnd"/>
      <w:r>
        <w:t xml:space="preserve">  </w:t>
      </w:r>
      <w:proofErr w:type="spellStart"/>
      <w:r>
        <w:t>Devletler</w:t>
      </w:r>
      <w:proofErr w:type="spellEnd"/>
      <w:r>
        <w:t xml:space="preserve"> </w:t>
      </w:r>
      <w:proofErr w:type="spellStart"/>
      <w:r>
        <w:t>arasında</w:t>
      </w:r>
      <w:proofErr w:type="spellEnd"/>
      <w:r>
        <w:t xml:space="preserve"> </w:t>
      </w:r>
      <w:proofErr w:type="spellStart"/>
      <w:r>
        <w:t>ayrım</w:t>
      </w:r>
      <w:proofErr w:type="spellEnd"/>
      <w:r>
        <w:t xml:space="preserve"> </w:t>
      </w:r>
      <w:proofErr w:type="spellStart"/>
      <w:r>
        <w:t>yapmaksızın</w:t>
      </w:r>
      <w:proofErr w:type="spellEnd"/>
      <w:r>
        <w:t xml:space="preserve"> </w:t>
      </w:r>
      <w:proofErr w:type="spellStart"/>
      <w:r>
        <w:t>savunmasını</w:t>
      </w:r>
      <w:proofErr w:type="spellEnd"/>
      <w:r>
        <w:t>,</w:t>
      </w:r>
    </w:p>
    <w:p w14:paraId="1C5C6B30" w14:textId="77777777" w:rsidR="00915042" w:rsidRDefault="00915042" w:rsidP="00915042">
      <w:r>
        <w:t xml:space="preserve">5.    </w:t>
      </w:r>
      <w:proofErr w:type="spellStart"/>
      <w:r>
        <w:t>Birleşmiş</w:t>
      </w:r>
      <w:proofErr w:type="spellEnd"/>
      <w:r>
        <w:t xml:space="preserve"> </w:t>
      </w:r>
      <w:proofErr w:type="spellStart"/>
      <w:r>
        <w:t>Milletler</w:t>
      </w:r>
      <w:proofErr w:type="spellEnd"/>
      <w:r>
        <w:t xml:space="preserve"> </w:t>
      </w:r>
      <w:proofErr w:type="spellStart"/>
      <w:r>
        <w:t>Örgütü</w:t>
      </w:r>
      <w:proofErr w:type="spellEnd"/>
      <w:r>
        <w:t xml:space="preserve"> </w:t>
      </w:r>
      <w:proofErr w:type="spellStart"/>
      <w:r>
        <w:t>ve</w:t>
      </w:r>
      <w:proofErr w:type="spellEnd"/>
      <w:r>
        <w:t xml:space="preserve"> </w:t>
      </w:r>
      <w:proofErr w:type="spellStart"/>
      <w:r>
        <w:t>bağlı</w:t>
      </w:r>
      <w:proofErr w:type="spellEnd"/>
      <w:r>
        <w:t xml:space="preserve">  </w:t>
      </w:r>
      <w:proofErr w:type="spellStart"/>
      <w:r>
        <w:t>insan</w:t>
      </w:r>
      <w:proofErr w:type="spellEnd"/>
      <w:r>
        <w:t xml:space="preserve"> </w:t>
      </w:r>
      <w:proofErr w:type="spellStart"/>
      <w:r>
        <w:t>hakları</w:t>
      </w:r>
      <w:proofErr w:type="spellEnd"/>
      <w:r>
        <w:t xml:space="preserve"> </w:t>
      </w:r>
      <w:proofErr w:type="spellStart"/>
      <w:r>
        <w:t>mekanizmalarının</w:t>
      </w:r>
      <w:proofErr w:type="spellEnd"/>
      <w:r>
        <w:t xml:space="preserve">, </w:t>
      </w:r>
      <w:proofErr w:type="spellStart"/>
      <w:r>
        <w:t>Gazze’de</w:t>
      </w:r>
      <w:proofErr w:type="spellEnd"/>
      <w:r>
        <w:t xml:space="preserve"> </w:t>
      </w:r>
      <w:proofErr w:type="spellStart"/>
      <w:r>
        <w:t>işlendiği</w:t>
      </w:r>
      <w:proofErr w:type="spellEnd"/>
      <w:r>
        <w:t xml:space="preserve"> </w:t>
      </w:r>
      <w:proofErr w:type="spellStart"/>
      <w:r>
        <w:t>ileri</w:t>
      </w:r>
      <w:proofErr w:type="spellEnd"/>
      <w:r>
        <w:t xml:space="preserve"> </w:t>
      </w:r>
      <w:proofErr w:type="spellStart"/>
      <w:r>
        <w:t>sürülen</w:t>
      </w:r>
      <w:proofErr w:type="spellEnd"/>
      <w:r>
        <w:t xml:space="preserve"> </w:t>
      </w:r>
      <w:proofErr w:type="spellStart"/>
      <w:r>
        <w:t>uluslararası</w:t>
      </w:r>
      <w:proofErr w:type="spellEnd"/>
      <w:r>
        <w:t xml:space="preserve"> </w:t>
      </w:r>
      <w:proofErr w:type="spellStart"/>
      <w:r>
        <w:t>suçlara</w:t>
      </w:r>
      <w:proofErr w:type="spellEnd"/>
      <w:r>
        <w:t xml:space="preserve"> </w:t>
      </w:r>
      <w:proofErr w:type="spellStart"/>
      <w:r>
        <w:t>ilişkin</w:t>
      </w:r>
      <w:proofErr w:type="spellEnd"/>
      <w:r>
        <w:t xml:space="preserve"> </w:t>
      </w:r>
      <w:proofErr w:type="spellStart"/>
      <w:r>
        <w:t>delillerin</w:t>
      </w:r>
      <w:proofErr w:type="spellEnd"/>
      <w:r>
        <w:t xml:space="preserve"> </w:t>
      </w:r>
      <w:proofErr w:type="spellStart"/>
      <w:r>
        <w:t>korunması</w:t>
      </w:r>
      <w:proofErr w:type="spellEnd"/>
      <w:r>
        <w:t xml:space="preserve"> </w:t>
      </w:r>
      <w:proofErr w:type="spellStart"/>
      <w:r>
        <w:t>ve</w:t>
      </w:r>
      <w:proofErr w:type="spellEnd"/>
      <w:r>
        <w:t xml:space="preserve"> </w:t>
      </w:r>
      <w:proofErr w:type="spellStart"/>
      <w:r>
        <w:t>sorumluların</w:t>
      </w:r>
      <w:proofErr w:type="spellEnd"/>
      <w:r>
        <w:t xml:space="preserve"> </w:t>
      </w:r>
      <w:proofErr w:type="spellStart"/>
      <w:r>
        <w:t>yargılanması</w:t>
      </w:r>
      <w:proofErr w:type="spellEnd"/>
      <w:r>
        <w:t xml:space="preserve"> </w:t>
      </w:r>
      <w:proofErr w:type="spellStart"/>
      <w:r>
        <w:t>konusunda</w:t>
      </w:r>
      <w:proofErr w:type="spellEnd"/>
      <w:r>
        <w:t xml:space="preserve"> </w:t>
      </w:r>
      <w:proofErr w:type="spellStart"/>
      <w:r>
        <w:t>etkili</w:t>
      </w:r>
      <w:proofErr w:type="spellEnd"/>
      <w:r>
        <w:t xml:space="preserve"> </w:t>
      </w:r>
      <w:proofErr w:type="spellStart"/>
      <w:r>
        <w:t>girişimde</w:t>
      </w:r>
      <w:proofErr w:type="spellEnd"/>
      <w:r>
        <w:t xml:space="preserve"> </w:t>
      </w:r>
      <w:proofErr w:type="spellStart"/>
      <w:r>
        <w:t>bulunmasını</w:t>
      </w:r>
      <w:proofErr w:type="spellEnd"/>
      <w:r>
        <w:t>,</w:t>
      </w:r>
    </w:p>
    <w:p w14:paraId="2088D898" w14:textId="77777777" w:rsidR="00915042" w:rsidRDefault="00915042" w:rsidP="00915042">
      <w:r>
        <w:t xml:space="preserve">6.    Türkiye </w:t>
      </w:r>
      <w:proofErr w:type="spellStart"/>
      <w:r>
        <w:t>Barolar</w:t>
      </w:r>
      <w:proofErr w:type="spellEnd"/>
      <w:r>
        <w:t xml:space="preserve"> Birliği, </w:t>
      </w:r>
      <w:proofErr w:type="spellStart"/>
      <w:r>
        <w:t>Barolar</w:t>
      </w:r>
      <w:proofErr w:type="spellEnd"/>
      <w:r>
        <w:t xml:space="preserve">, </w:t>
      </w:r>
      <w:proofErr w:type="spellStart"/>
      <w:r>
        <w:t>Hukuk</w:t>
      </w:r>
      <w:proofErr w:type="spellEnd"/>
      <w:r>
        <w:t xml:space="preserve"> </w:t>
      </w:r>
      <w:proofErr w:type="spellStart"/>
      <w:r>
        <w:t>Fakülteleri</w:t>
      </w:r>
      <w:proofErr w:type="spellEnd"/>
      <w:r>
        <w:t xml:space="preserve">, </w:t>
      </w:r>
      <w:proofErr w:type="spellStart"/>
      <w:r>
        <w:t>insan</w:t>
      </w:r>
      <w:proofErr w:type="spellEnd"/>
      <w:r>
        <w:t xml:space="preserve"> </w:t>
      </w:r>
      <w:proofErr w:type="spellStart"/>
      <w:r>
        <w:t>hakları</w:t>
      </w:r>
      <w:proofErr w:type="spellEnd"/>
      <w:r>
        <w:t xml:space="preserve"> </w:t>
      </w:r>
      <w:proofErr w:type="spellStart"/>
      <w:r>
        <w:t>kuruluşları</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hukuk</w:t>
      </w:r>
      <w:proofErr w:type="spellEnd"/>
      <w:r>
        <w:t xml:space="preserve"> </w:t>
      </w:r>
      <w:proofErr w:type="spellStart"/>
      <w:r>
        <w:t>örgütlerinin</w:t>
      </w:r>
      <w:proofErr w:type="spellEnd"/>
      <w:r>
        <w:t xml:space="preserve"> </w:t>
      </w:r>
      <w:proofErr w:type="spellStart"/>
      <w:r>
        <w:t>bu</w:t>
      </w:r>
      <w:proofErr w:type="spellEnd"/>
      <w:r>
        <w:t xml:space="preserve"> </w:t>
      </w:r>
      <w:proofErr w:type="spellStart"/>
      <w:r>
        <w:t>süreci</w:t>
      </w:r>
      <w:proofErr w:type="spellEnd"/>
      <w:r>
        <w:t xml:space="preserve"> </w:t>
      </w:r>
      <w:proofErr w:type="spellStart"/>
      <w:r>
        <w:t>izlemesini</w:t>
      </w:r>
      <w:proofErr w:type="spellEnd"/>
      <w:r>
        <w:t xml:space="preserve">; </w:t>
      </w:r>
      <w:proofErr w:type="spellStart"/>
      <w:r>
        <w:t>gerekirse</w:t>
      </w:r>
      <w:proofErr w:type="spellEnd"/>
      <w:r>
        <w:t xml:space="preserve"> </w:t>
      </w:r>
      <w:proofErr w:type="spellStart"/>
      <w:r>
        <w:t>Uluslararası</w:t>
      </w:r>
      <w:proofErr w:type="spellEnd"/>
      <w:r>
        <w:t xml:space="preserve"> </w:t>
      </w:r>
      <w:proofErr w:type="spellStart"/>
      <w:r>
        <w:t>Ceza</w:t>
      </w:r>
      <w:proofErr w:type="spellEnd"/>
      <w:r>
        <w:t xml:space="preserve"> </w:t>
      </w:r>
      <w:proofErr w:type="spellStart"/>
      <w:r>
        <w:t>Mahkemesi</w:t>
      </w:r>
      <w:proofErr w:type="spellEnd"/>
      <w:r>
        <w:t xml:space="preserve"> </w:t>
      </w:r>
      <w:proofErr w:type="spellStart"/>
      <w:r>
        <w:t>nezdinde</w:t>
      </w:r>
      <w:proofErr w:type="spellEnd"/>
      <w:r>
        <w:t xml:space="preserve"> amicus curiae (</w:t>
      </w:r>
      <w:proofErr w:type="spellStart"/>
      <w:r>
        <w:t>Mahkemenin</w:t>
      </w:r>
      <w:proofErr w:type="spellEnd"/>
      <w:r>
        <w:t xml:space="preserve"> </w:t>
      </w:r>
      <w:proofErr w:type="spellStart"/>
      <w:r>
        <w:t>Dostu</w:t>
      </w:r>
      <w:proofErr w:type="spellEnd"/>
      <w:r>
        <w:t xml:space="preserve"> ) </w:t>
      </w:r>
      <w:proofErr w:type="spellStart"/>
      <w:r>
        <w:t>görüşü</w:t>
      </w:r>
      <w:proofErr w:type="spellEnd"/>
      <w:r>
        <w:t xml:space="preserve"> </w:t>
      </w:r>
      <w:proofErr w:type="spellStart"/>
      <w:r>
        <w:t>sunulması</w:t>
      </w:r>
      <w:proofErr w:type="spellEnd"/>
      <w:r>
        <w:t xml:space="preserve"> </w:t>
      </w:r>
      <w:proofErr w:type="spellStart"/>
      <w:r>
        <w:t>için</w:t>
      </w:r>
      <w:proofErr w:type="spellEnd"/>
      <w:r>
        <w:t xml:space="preserve"> </w:t>
      </w:r>
      <w:proofErr w:type="spellStart"/>
      <w:r>
        <w:t>ortak</w:t>
      </w:r>
      <w:proofErr w:type="spellEnd"/>
      <w:r>
        <w:t xml:space="preserve"> </w:t>
      </w:r>
      <w:proofErr w:type="spellStart"/>
      <w:r>
        <w:t>bir</w:t>
      </w:r>
      <w:proofErr w:type="spellEnd"/>
      <w:r>
        <w:t xml:space="preserve"> </w:t>
      </w:r>
      <w:proofErr w:type="spellStart"/>
      <w:r>
        <w:t>hukuk</w:t>
      </w:r>
      <w:proofErr w:type="spellEnd"/>
      <w:r>
        <w:t xml:space="preserve"> </w:t>
      </w:r>
      <w:proofErr w:type="spellStart"/>
      <w:r>
        <w:t>heyeti</w:t>
      </w:r>
      <w:proofErr w:type="spellEnd"/>
      <w:r>
        <w:t xml:space="preserve"> </w:t>
      </w:r>
      <w:proofErr w:type="spellStart"/>
      <w:r>
        <w:t>oluşturmasını</w:t>
      </w:r>
      <w:proofErr w:type="spellEnd"/>
      <w:r>
        <w:t xml:space="preserve">, </w:t>
      </w:r>
      <w:proofErr w:type="spellStart"/>
      <w:r>
        <w:t>oluşturulacak</w:t>
      </w:r>
      <w:proofErr w:type="spellEnd"/>
      <w:r>
        <w:t xml:space="preserve"> </w:t>
      </w:r>
      <w:proofErr w:type="spellStart"/>
      <w:r>
        <w:t>bu</w:t>
      </w:r>
      <w:proofErr w:type="spellEnd"/>
      <w:r>
        <w:t xml:space="preserve"> </w:t>
      </w:r>
      <w:proofErr w:type="spellStart"/>
      <w:r>
        <w:t>heyet</w:t>
      </w:r>
      <w:proofErr w:type="spellEnd"/>
      <w:r>
        <w:t xml:space="preserve"> </w:t>
      </w:r>
      <w:proofErr w:type="spellStart"/>
      <w:r>
        <w:t>için</w:t>
      </w:r>
      <w:proofErr w:type="spellEnd"/>
      <w:r>
        <w:t xml:space="preserve"> </w:t>
      </w:r>
      <w:proofErr w:type="spellStart"/>
      <w:r>
        <w:t>toplantı</w:t>
      </w:r>
      <w:proofErr w:type="spellEnd"/>
      <w:r>
        <w:t xml:space="preserve"> </w:t>
      </w:r>
      <w:proofErr w:type="spellStart"/>
      <w:r>
        <w:t>davetinin</w:t>
      </w:r>
      <w:proofErr w:type="spellEnd"/>
      <w:r>
        <w:t xml:space="preserve"> </w:t>
      </w:r>
      <w:proofErr w:type="spellStart"/>
      <w:r>
        <w:t>ivedilikle</w:t>
      </w:r>
      <w:proofErr w:type="spellEnd"/>
      <w:r>
        <w:t xml:space="preserve"> </w:t>
      </w:r>
      <w:proofErr w:type="spellStart"/>
      <w:r>
        <w:t>kamuoyuna</w:t>
      </w:r>
      <w:proofErr w:type="spellEnd"/>
      <w:r>
        <w:t xml:space="preserve"> </w:t>
      </w:r>
      <w:proofErr w:type="spellStart"/>
      <w:r>
        <w:t>duyurulmasını</w:t>
      </w:r>
      <w:proofErr w:type="spellEnd"/>
      <w:r>
        <w:t>,</w:t>
      </w:r>
    </w:p>
    <w:p w14:paraId="3CEA15FC" w14:textId="77777777" w:rsidR="00915042" w:rsidRDefault="00915042" w:rsidP="00915042">
      <w:r>
        <w:t xml:space="preserve">7.    </w:t>
      </w:r>
      <w:proofErr w:type="spellStart"/>
      <w:r>
        <w:t>İstanbul’daki</w:t>
      </w:r>
      <w:proofErr w:type="spellEnd"/>
      <w:r>
        <w:t xml:space="preserve"> </w:t>
      </w:r>
      <w:proofErr w:type="spellStart"/>
      <w:r>
        <w:t>yargılamanın</w:t>
      </w:r>
      <w:proofErr w:type="spellEnd"/>
      <w:r>
        <w:t xml:space="preserve"> da  </w:t>
      </w:r>
      <w:proofErr w:type="spellStart"/>
      <w:r>
        <w:t>ulusal</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hukukçulardan</w:t>
      </w:r>
      <w:proofErr w:type="spellEnd"/>
      <w:r>
        <w:t xml:space="preserve"> </w:t>
      </w:r>
      <w:proofErr w:type="spellStart"/>
      <w:r>
        <w:t>oluşan</w:t>
      </w:r>
      <w:proofErr w:type="spellEnd"/>
      <w:r>
        <w:t xml:space="preserve"> </w:t>
      </w:r>
      <w:proofErr w:type="spellStart"/>
      <w:r>
        <w:t>bağımsız</w:t>
      </w:r>
      <w:proofErr w:type="spellEnd"/>
      <w:r>
        <w:t xml:space="preserve"> </w:t>
      </w:r>
      <w:proofErr w:type="spellStart"/>
      <w:r>
        <w:t>heyetlerce</w:t>
      </w:r>
      <w:proofErr w:type="spellEnd"/>
      <w:r>
        <w:t xml:space="preserve"> </w:t>
      </w:r>
      <w:proofErr w:type="spellStart"/>
      <w:r>
        <w:t>takip</w:t>
      </w:r>
      <w:proofErr w:type="spellEnd"/>
      <w:r>
        <w:t xml:space="preserve"> </w:t>
      </w:r>
      <w:proofErr w:type="spellStart"/>
      <w:r>
        <w:t>edilmesini</w:t>
      </w:r>
      <w:proofErr w:type="spellEnd"/>
      <w:r>
        <w:t xml:space="preserve">, </w:t>
      </w:r>
    </w:p>
    <w:p w14:paraId="7B5A4B6C" w14:textId="77777777" w:rsidR="00915042" w:rsidRDefault="00915042" w:rsidP="00915042">
      <w:proofErr w:type="spellStart"/>
      <w:r>
        <w:t>bütün</w:t>
      </w:r>
      <w:proofErr w:type="spellEnd"/>
      <w:r>
        <w:t xml:space="preserve"> </w:t>
      </w:r>
      <w:proofErr w:type="spellStart"/>
      <w:r>
        <w:t>bu</w:t>
      </w:r>
      <w:proofErr w:type="spellEnd"/>
      <w:r>
        <w:t xml:space="preserve"> </w:t>
      </w:r>
      <w:proofErr w:type="spellStart"/>
      <w:r>
        <w:t>kurumlarca</w:t>
      </w:r>
      <w:proofErr w:type="spellEnd"/>
      <w:r>
        <w:t xml:space="preserve"> </w:t>
      </w:r>
      <w:proofErr w:type="spellStart"/>
      <w:r>
        <w:t>taleplerimiz</w:t>
      </w:r>
      <w:proofErr w:type="spellEnd"/>
      <w:r>
        <w:t xml:space="preserve"> </w:t>
      </w:r>
      <w:proofErr w:type="spellStart"/>
      <w:r>
        <w:t>doğrultusundaki</w:t>
      </w:r>
      <w:proofErr w:type="spellEnd"/>
      <w:r>
        <w:t xml:space="preserve"> </w:t>
      </w:r>
      <w:proofErr w:type="spellStart"/>
      <w:r>
        <w:t>işlem</w:t>
      </w:r>
      <w:proofErr w:type="spellEnd"/>
      <w:r>
        <w:t xml:space="preserve"> </w:t>
      </w:r>
      <w:proofErr w:type="spellStart"/>
      <w:r>
        <w:t>ve</w:t>
      </w:r>
      <w:proofErr w:type="spellEnd"/>
      <w:r>
        <w:t xml:space="preserve"> </w:t>
      </w:r>
      <w:proofErr w:type="spellStart"/>
      <w:r>
        <w:t>kararlarına</w:t>
      </w:r>
      <w:proofErr w:type="spellEnd"/>
      <w:r>
        <w:t xml:space="preserve"> </w:t>
      </w:r>
      <w:proofErr w:type="spellStart"/>
      <w:r>
        <w:t>dair</w:t>
      </w:r>
      <w:proofErr w:type="spellEnd"/>
      <w:r>
        <w:t xml:space="preserve"> </w:t>
      </w:r>
      <w:proofErr w:type="spellStart"/>
      <w:r>
        <w:t>gelişmelerden</w:t>
      </w:r>
      <w:proofErr w:type="spellEnd"/>
      <w:r>
        <w:t xml:space="preserve"> </w:t>
      </w:r>
      <w:proofErr w:type="spellStart"/>
      <w:r>
        <w:t>kamuoyuna</w:t>
      </w:r>
      <w:proofErr w:type="spellEnd"/>
      <w:r>
        <w:t xml:space="preserve"> </w:t>
      </w:r>
      <w:proofErr w:type="spellStart"/>
      <w:r>
        <w:t>bilgi</w:t>
      </w:r>
      <w:proofErr w:type="spellEnd"/>
      <w:r>
        <w:t xml:space="preserve"> </w:t>
      </w:r>
      <w:proofErr w:type="spellStart"/>
      <w:r>
        <w:t>verilmesini</w:t>
      </w:r>
      <w:proofErr w:type="spellEnd"/>
      <w:r>
        <w:t xml:space="preserve"> </w:t>
      </w:r>
      <w:proofErr w:type="spellStart"/>
      <w:r>
        <w:t>ısrar</w:t>
      </w:r>
      <w:proofErr w:type="spellEnd"/>
      <w:r>
        <w:t xml:space="preserve"> </w:t>
      </w:r>
      <w:proofErr w:type="spellStart"/>
      <w:r>
        <w:t>ve</w:t>
      </w:r>
      <w:proofErr w:type="spellEnd"/>
      <w:r>
        <w:t xml:space="preserve"> </w:t>
      </w:r>
      <w:proofErr w:type="spellStart"/>
      <w:r>
        <w:t>kararlılıkla</w:t>
      </w:r>
      <w:proofErr w:type="spellEnd"/>
      <w:r>
        <w:t xml:space="preserve"> </w:t>
      </w:r>
      <w:proofErr w:type="spellStart"/>
      <w:r>
        <w:t>talep</w:t>
      </w:r>
      <w:proofErr w:type="spellEnd"/>
      <w:r>
        <w:t xml:space="preserve"> </w:t>
      </w:r>
      <w:proofErr w:type="spellStart"/>
      <w:r>
        <w:t>ediyoruz</w:t>
      </w:r>
      <w:proofErr w:type="spellEnd"/>
    </w:p>
    <w:p w14:paraId="520C5722" w14:textId="77777777" w:rsidR="00915042" w:rsidRDefault="00915042" w:rsidP="00915042"/>
    <w:p w14:paraId="3E779895" w14:textId="77777777" w:rsidR="00915042" w:rsidRDefault="00915042" w:rsidP="00915042">
      <w:r>
        <w:t xml:space="preserve">Bu </w:t>
      </w:r>
      <w:proofErr w:type="spellStart"/>
      <w:r>
        <w:t>çağrı</w:t>
      </w:r>
      <w:proofErr w:type="spellEnd"/>
      <w:r>
        <w:t xml:space="preserve">, </w:t>
      </w:r>
      <w:proofErr w:type="spellStart"/>
      <w:r>
        <w:t>bütün</w:t>
      </w:r>
      <w:proofErr w:type="spellEnd"/>
      <w:r>
        <w:t xml:space="preserve"> </w:t>
      </w:r>
      <w:proofErr w:type="spellStart"/>
      <w:r>
        <w:t>mağdurlar</w:t>
      </w:r>
      <w:proofErr w:type="spellEnd"/>
      <w:r>
        <w:t xml:space="preserve"> </w:t>
      </w:r>
      <w:proofErr w:type="spellStart"/>
      <w:r>
        <w:t>için</w:t>
      </w:r>
      <w:proofErr w:type="spellEnd"/>
      <w:r>
        <w:t xml:space="preserve"> </w:t>
      </w:r>
      <w:proofErr w:type="spellStart"/>
      <w:r>
        <w:t>aynı</w:t>
      </w:r>
      <w:proofErr w:type="spellEnd"/>
      <w:r>
        <w:t xml:space="preserve"> </w:t>
      </w:r>
      <w:proofErr w:type="spellStart"/>
      <w:r>
        <w:t>hukukun</w:t>
      </w:r>
      <w:proofErr w:type="spellEnd"/>
      <w:r>
        <w:t xml:space="preserve"> </w:t>
      </w:r>
      <w:proofErr w:type="spellStart"/>
      <w:r>
        <w:t>uygulanması</w:t>
      </w:r>
      <w:proofErr w:type="spellEnd"/>
      <w:r>
        <w:t xml:space="preserve"> </w:t>
      </w:r>
      <w:proofErr w:type="spellStart"/>
      <w:r>
        <w:t>talebidir</w:t>
      </w:r>
      <w:proofErr w:type="spellEnd"/>
      <w:r>
        <w:t>.</w:t>
      </w:r>
    </w:p>
    <w:p w14:paraId="0D254ED2" w14:textId="77777777" w:rsidR="00915042" w:rsidRDefault="00915042" w:rsidP="00915042">
      <w:r>
        <w:t xml:space="preserve">Türkiye </w:t>
      </w:r>
      <w:proofErr w:type="spellStart"/>
      <w:r>
        <w:t>Cumhuriyeti</w:t>
      </w:r>
      <w:proofErr w:type="spellEnd"/>
      <w:r>
        <w:t xml:space="preserve"> </w:t>
      </w:r>
      <w:proofErr w:type="spellStart"/>
      <w:r>
        <w:t>Ağır</w:t>
      </w:r>
      <w:proofErr w:type="spellEnd"/>
      <w:r>
        <w:t xml:space="preserve"> </w:t>
      </w:r>
      <w:proofErr w:type="spellStart"/>
      <w:r>
        <w:t>Ceza</w:t>
      </w:r>
      <w:proofErr w:type="spellEnd"/>
      <w:r>
        <w:t xml:space="preserve"> Mahkemesi de   </w:t>
      </w:r>
      <w:proofErr w:type="spellStart"/>
      <w:r>
        <w:t>Kırmızı</w:t>
      </w:r>
      <w:proofErr w:type="spellEnd"/>
      <w:r>
        <w:t xml:space="preserve"> </w:t>
      </w:r>
      <w:proofErr w:type="spellStart"/>
      <w:r>
        <w:t>Bülten</w:t>
      </w:r>
      <w:proofErr w:type="spellEnd"/>
      <w:r>
        <w:t xml:space="preserve"> </w:t>
      </w:r>
      <w:proofErr w:type="spellStart"/>
      <w:r>
        <w:t>kararı</w:t>
      </w:r>
      <w:proofErr w:type="spellEnd"/>
      <w:r>
        <w:t xml:space="preserve"> </w:t>
      </w:r>
      <w:proofErr w:type="spellStart"/>
      <w:r>
        <w:t>verdiği</w:t>
      </w:r>
      <w:proofErr w:type="spellEnd"/>
      <w:r>
        <w:t xml:space="preserve"> </w:t>
      </w:r>
      <w:proofErr w:type="spellStart"/>
      <w:r>
        <w:t>anlaşılmasına</w:t>
      </w:r>
      <w:proofErr w:type="spellEnd"/>
      <w:r>
        <w:t xml:space="preserve"> </w:t>
      </w:r>
      <w:proofErr w:type="spellStart"/>
      <w:r>
        <w:t>göre</w:t>
      </w:r>
      <w:proofErr w:type="spellEnd"/>
      <w:r>
        <w:t xml:space="preserve"> ;</w:t>
      </w:r>
    </w:p>
    <w:p w14:paraId="6B4D74BA" w14:textId="77777777" w:rsidR="00915042" w:rsidRDefault="00915042" w:rsidP="00915042">
      <w:proofErr w:type="spellStart"/>
      <w:r>
        <w:t>Yakalama</w:t>
      </w:r>
      <w:proofErr w:type="spellEnd"/>
      <w:r>
        <w:t xml:space="preserve"> </w:t>
      </w:r>
      <w:proofErr w:type="spellStart"/>
      <w:r>
        <w:t>kararları</w:t>
      </w:r>
      <w:proofErr w:type="spellEnd"/>
      <w:r>
        <w:t xml:space="preserve"> </w:t>
      </w:r>
      <w:proofErr w:type="spellStart"/>
      <w:r>
        <w:t>yalnız</w:t>
      </w:r>
      <w:proofErr w:type="spellEnd"/>
      <w:r>
        <w:t xml:space="preserve"> </w:t>
      </w:r>
      <w:proofErr w:type="spellStart"/>
      <w:r>
        <w:t>sanıkları</w:t>
      </w:r>
      <w:proofErr w:type="spellEnd"/>
      <w:r>
        <w:t xml:space="preserve"> </w:t>
      </w:r>
      <w:proofErr w:type="spellStart"/>
      <w:r>
        <w:t>değil</w:t>
      </w:r>
      <w:proofErr w:type="spellEnd"/>
      <w:r>
        <w:t xml:space="preserve">, </w:t>
      </w:r>
      <w:proofErr w:type="spellStart"/>
      <w:r>
        <w:t>devletlerin</w:t>
      </w:r>
      <w:proofErr w:type="spellEnd"/>
      <w:r>
        <w:t xml:space="preserve"> </w:t>
      </w:r>
      <w:proofErr w:type="spellStart"/>
      <w:r>
        <w:t>hukuka</w:t>
      </w:r>
      <w:proofErr w:type="spellEnd"/>
      <w:r>
        <w:t xml:space="preserve"> </w:t>
      </w:r>
      <w:proofErr w:type="spellStart"/>
      <w:r>
        <w:t>sadakatini</w:t>
      </w:r>
      <w:proofErr w:type="spellEnd"/>
      <w:r>
        <w:t xml:space="preserve"> de </w:t>
      </w:r>
      <w:proofErr w:type="spellStart"/>
      <w:r>
        <w:t>sınar</w:t>
      </w:r>
      <w:proofErr w:type="spellEnd"/>
      <w:r>
        <w:t>.</w:t>
      </w:r>
    </w:p>
    <w:p w14:paraId="1583E461" w14:textId="77777777" w:rsidR="00915042" w:rsidRDefault="00915042" w:rsidP="00915042">
      <w:proofErr w:type="spellStart"/>
      <w:r>
        <w:t>Bizler</w:t>
      </w:r>
      <w:proofErr w:type="spellEnd"/>
      <w:r>
        <w:t xml:space="preserve">, </w:t>
      </w:r>
      <w:proofErr w:type="spellStart"/>
      <w:r>
        <w:t>yakalama</w:t>
      </w:r>
      <w:proofErr w:type="spellEnd"/>
      <w:r>
        <w:t xml:space="preserve"> </w:t>
      </w:r>
      <w:proofErr w:type="spellStart"/>
      <w:r>
        <w:t>kararlarının</w:t>
      </w:r>
      <w:proofErr w:type="spellEnd"/>
      <w:r>
        <w:t xml:space="preserve"> </w:t>
      </w:r>
      <w:proofErr w:type="spellStart"/>
      <w:r>
        <w:t>diplomatik</w:t>
      </w:r>
      <w:proofErr w:type="spellEnd"/>
      <w:r>
        <w:t xml:space="preserve"> </w:t>
      </w:r>
      <w:proofErr w:type="spellStart"/>
      <w:r>
        <w:t>çekmecelerde</w:t>
      </w:r>
      <w:proofErr w:type="spellEnd"/>
      <w:r>
        <w:t xml:space="preserve"> </w:t>
      </w:r>
      <w:proofErr w:type="spellStart"/>
      <w:r>
        <w:t>unutulmamasını</w:t>
      </w:r>
      <w:proofErr w:type="spellEnd"/>
      <w:r>
        <w:t xml:space="preserve">; </w:t>
      </w:r>
      <w:proofErr w:type="spellStart"/>
      <w:r>
        <w:t>mahkemelerin</w:t>
      </w:r>
      <w:proofErr w:type="spellEnd"/>
      <w:r>
        <w:t xml:space="preserve"> </w:t>
      </w:r>
      <w:proofErr w:type="spellStart"/>
      <w:r>
        <w:t>verdiği</w:t>
      </w:r>
      <w:proofErr w:type="spellEnd"/>
      <w:r>
        <w:t xml:space="preserve"> </w:t>
      </w:r>
      <w:proofErr w:type="spellStart"/>
      <w:r>
        <w:t>kararların</w:t>
      </w:r>
      <w:proofErr w:type="spellEnd"/>
      <w:r>
        <w:t xml:space="preserve"> </w:t>
      </w:r>
      <w:proofErr w:type="spellStart"/>
      <w:r>
        <w:t>devletlerin</w:t>
      </w:r>
      <w:proofErr w:type="spellEnd"/>
      <w:r>
        <w:t xml:space="preserve"> </w:t>
      </w:r>
      <w:proofErr w:type="spellStart"/>
      <w:r>
        <w:t>siyasal</w:t>
      </w:r>
      <w:proofErr w:type="spellEnd"/>
      <w:r>
        <w:t xml:space="preserve"> </w:t>
      </w:r>
      <w:proofErr w:type="spellStart"/>
      <w:r>
        <w:t>hesaplarından</w:t>
      </w:r>
      <w:proofErr w:type="spellEnd"/>
      <w:r>
        <w:t xml:space="preserve"> </w:t>
      </w:r>
      <w:proofErr w:type="spellStart"/>
      <w:r>
        <w:t>daha</w:t>
      </w:r>
      <w:proofErr w:type="spellEnd"/>
      <w:r>
        <w:t xml:space="preserve"> değersiz sayılmamasını istiyoruz.’</w:t>
      </w:r>
    </w:p>
    <w:p w14:paraId="7FDD2AC9" w14:textId="77777777" w:rsidR="00915042" w:rsidRDefault="00915042" w:rsidP="00915042"/>
    <w:p w14:paraId="62BF6125" w14:textId="77777777" w:rsidR="00915042" w:rsidRDefault="00915042" w:rsidP="00915042">
      <w:r>
        <w:t xml:space="preserve">                                                                                 İMZAYA ÇAĞRI</w:t>
      </w:r>
    </w:p>
    <w:p w14:paraId="62FEB9A8" w14:textId="77777777" w:rsidR="00915042" w:rsidRDefault="00915042" w:rsidP="00915042">
      <w:proofErr w:type="spellStart"/>
      <w:r>
        <w:lastRenderedPageBreak/>
        <w:t>Meslektaşlarımızı</w:t>
      </w:r>
      <w:proofErr w:type="spellEnd"/>
      <w:r>
        <w:t xml:space="preserve">, </w:t>
      </w:r>
      <w:proofErr w:type="spellStart"/>
      <w:r>
        <w:t>hukuk</w:t>
      </w:r>
      <w:proofErr w:type="spellEnd"/>
      <w:r>
        <w:t xml:space="preserve"> </w:t>
      </w:r>
      <w:proofErr w:type="spellStart"/>
      <w:r>
        <w:t>akademisyenlerini</w:t>
      </w:r>
      <w:proofErr w:type="spellEnd"/>
      <w:r>
        <w:t xml:space="preserve">, </w:t>
      </w:r>
      <w:proofErr w:type="spellStart"/>
      <w:r>
        <w:t>baroları</w:t>
      </w:r>
      <w:proofErr w:type="spellEnd"/>
      <w:r>
        <w:t xml:space="preserve"> </w:t>
      </w:r>
      <w:proofErr w:type="spellStart"/>
      <w:r>
        <w:t>ve</w:t>
      </w:r>
      <w:proofErr w:type="spellEnd"/>
      <w:r>
        <w:t xml:space="preserve"> </w:t>
      </w:r>
      <w:proofErr w:type="spellStart"/>
      <w:r>
        <w:t>insan</w:t>
      </w:r>
      <w:proofErr w:type="spellEnd"/>
      <w:r>
        <w:t xml:space="preserve"> </w:t>
      </w:r>
      <w:proofErr w:type="spellStart"/>
      <w:r>
        <w:t>hakları</w:t>
      </w:r>
      <w:proofErr w:type="spellEnd"/>
      <w:r>
        <w:t xml:space="preserve"> </w:t>
      </w:r>
      <w:proofErr w:type="spellStart"/>
      <w:r>
        <w:t>savunucularını</w:t>
      </w:r>
      <w:proofErr w:type="spellEnd"/>
      <w:r>
        <w:t xml:space="preserve"> </w:t>
      </w:r>
      <w:proofErr w:type="spellStart"/>
      <w:r>
        <w:t>bu</w:t>
      </w:r>
      <w:proofErr w:type="spellEnd"/>
      <w:r>
        <w:t xml:space="preserve"> </w:t>
      </w:r>
      <w:proofErr w:type="spellStart"/>
      <w:r>
        <w:t>metni</w:t>
      </w:r>
      <w:proofErr w:type="spellEnd"/>
      <w:r>
        <w:t xml:space="preserve"> </w:t>
      </w:r>
      <w:proofErr w:type="spellStart"/>
      <w:r>
        <w:t>imzalamaya</w:t>
      </w:r>
      <w:proofErr w:type="spellEnd"/>
      <w:r>
        <w:t xml:space="preserve">; </w:t>
      </w:r>
      <w:proofErr w:type="spellStart"/>
      <w:r>
        <w:t>ulusal</w:t>
      </w:r>
      <w:proofErr w:type="spellEnd"/>
      <w:r>
        <w:t xml:space="preserve"> </w:t>
      </w:r>
      <w:proofErr w:type="spellStart"/>
      <w:r>
        <w:t>ve</w:t>
      </w:r>
      <w:proofErr w:type="spellEnd"/>
      <w:r>
        <w:t xml:space="preserve"> </w:t>
      </w:r>
      <w:proofErr w:type="spellStart"/>
      <w:r>
        <w:t>uluslararası</w:t>
      </w:r>
      <w:proofErr w:type="spellEnd"/>
      <w:r>
        <w:t xml:space="preserve"> </w:t>
      </w:r>
      <w:proofErr w:type="spellStart"/>
      <w:r>
        <w:t>hukuk</w:t>
      </w:r>
      <w:proofErr w:type="spellEnd"/>
      <w:r>
        <w:t xml:space="preserve"> </w:t>
      </w:r>
      <w:proofErr w:type="spellStart"/>
      <w:r>
        <w:t>yollarının</w:t>
      </w:r>
      <w:proofErr w:type="spellEnd"/>
      <w:r>
        <w:t xml:space="preserve"> </w:t>
      </w:r>
      <w:proofErr w:type="spellStart"/>
      <w:r>
        <w:t>birlikte</w:t>
      </w:r>
      <w:proofErr w:type="spellEnd"/>
      <w:r>
        <w:t xml:space="preserve"> </w:t>
      </w:r>
      <w:proofErr w:type="spellStart"/>
      <w:r>
        <w:t>işletilmesi</w:t>
      </w:r>
      <w:proofErr w:type="spellEnd"/>
      <w:r>
        <w:t xml:space="preserve"> </w:t>
      </w:r>
      <w:proofErr w:type="spellStart"/>
      <w:r>
        <w:t>için</w:t>
      </w:r>
      <w:proofErr w:type="spellEnd"/>
      <w:r>
        <w:t xml:space="preserve"> </w:t>
      </w:r>
      <w:proofErr w:type="spellStart"/>
      <w:r>
        <w:t>oluşturulacak</w:t>
      </w:r>
      <w:proofErr w:type="spellEnd"/>
      <w:r>
        <w:t xml:space="preserve"> </w:t>
      </w:r>
      <w:proofErr w:type="spellStart"/>
      <w:r>
        <w:t>hukuk</w:t>
      </w:r>
      <w:proofErr w:type="spellEnd"/>
      <w:r>
        <w:t xml:space="preserve"> </w:t>
      </w:r>
      <w:proofErr w:type="spellStart"/>
      <w:r>
        <w:t>heyetine</w:t>
      </w:r>
      <w:proofErr w:type="spellEnd"/>
      <w:r>
        <w:t xml:space="preserve"> </w:t>
      </w:r>
      <w:proofErr w:type="spellStart"/>
      <w:r>
        <w:t>katılmaya</w:t>
      </w:r>
      <w:proofErr w:type="spellEnd"/>
      <w:r>
        <w:t xml:space="preserve"> </w:t>
      </w:r>
      <w:proofErr w:type="spellStart"/>
      <w:r>
        <w:t>çağırıyoruz</w:t>
      </w:r>
      <w:proofErr w:type="spellEnd"/>
      <w:r>
        <w:t>. 20/07/2026</w:t>
      </w:r>
    </w:p>
    <w:p w14:paraId="61254D7A" w14:textId="77777777" w:rsidR="00915042" w:rsidRDefault="00915042" w:rsidP="00915042"/>
    <w:p w14:paraId="6F1A2D4A" w14:textId="77777777" w:rsidR="00915042" w:rsidRDefault="00915042" w:rsidP="00915042">
      <w:r>
        <w:t>İNSANLIK ADINA EŞİT HUKUKA ÇAĞRI KAMPANYASI</w:t>
      </w:r>
    </w:p>
    <w:p w14:paraId="534FCC87" w14:textId="4BFC4B95" w:rsidR="00915042" w:rsidRDefault="00915042" w:rsidP="00915042">
      <w:proofErr w:type="spellStart"/>
      <w:r>
        <w:t>İletişim</w:t>
      </w:r>
      <w:proofErr w:type="spellEnd"/>
      <w:r>
        <w:t xml:space="preserve"> </w:t>
      </w:r>
      <w:proofErr w:type="spellStart"/>
      <w:r>
        <w:t>için</w:t>
      </w:r>
      <w:proofErr w:type="spellEnd"/>
      <w:r>
        <w:t xml:space="preserve">:  </w:t>
      </w:r>
      <w:hyperlink r:id="rId9" w:history="1">
        <w:r w:rsidR="005D77C6" w:rsidRPr="00023BA8">
          <w:rPr>
            <w:rStyle w:val="Kpr"/>
          </w:rPr>
          <w:t>insanlik.adina.esit.hukuk@gmail.com</w:t>
        </w:r>
      </w:hyperlink>
    </w:p>
    <w:p w14:paraId="029BFB40" w14:textId="77777777" w:rsidR="005D77C6" w:rsidRDefault="005D77C6" w:rsidP="00915042"/>
    <w:p w14:paraId="1281A7BB" w14:textId="77777777" w:rsidR="005D77C6" w:rsidRDefault="005D77C6" w:rsidP="00915042"/>
    <w:p w14:paraId="6A93AB3F" w14:textId="77777777" w:rsidR="005D77C6" w:rsidRDefault="005D77C6" w:rsidP="00915042"/>
    <w:p w14:paraId="0D226B91" w14:textId="77777777" w:rsidR="005D77C6" w:rsidRDefault="005D77C6" w:rsidP="00915042"/>
    <w:p w14:paraId="2406FF26" w14:textId="77777777" w:rsidR="005D77C6" w:rsidRDefault="005D77C6" w:rsidP="00915042"/>
    <w:p w14:paraId="627F6D11" w14:textId="77777777" w:rsidR="005D77C6" w:rsidRDefault="005D77C6" w:rsidP="00915042"/>
    <w:p w14:paraId="75C7C8B1" w14:textId="77777777" w:rsidR="005D77C6" w:rsidRDefault="005D77C6" w:rsidP="00915042"/>
    <w:p w14:paraId="03E17F46" w14:textId="77777777" w:rsidR="005D77C6" w:rsidRDefault="005D77C6" w:rsidP="00915042"/>
    <w:p w14:paraId="2B4F5FAC" w14:textId="77777777" w:rsidR="005D77C6" w:rsidRDefault="005D77C6" w:rsidP="00915042"/>
    <w:p w14:paraId="2B006ABF" w14:textId="77777777" w:rsidR="005D77C6" w:rsidRDefault="005D77C6" w:rsidP="00915042"/>
    <w:p w14:paraId="458CD5F4" w14:textId="77777777" w:rsidR="005D77C6" w:rsidRDefault="005D77C6" w:rsidP="00915042"/>
    <w:p w14:paraId="5204BAF5" w14:textId="77777777" w:rsidR="005D77C6" w:rsidRDefault="005D77C6" w:rsidP="00915042"/>
    <w:p w14:paraId="0284F3E7" w14:textId="77777777" w:rsidR="005D77C6" w:rsidRDefault="005D77C6" w:rsidP="00915042"/>
    <w:p w14:paraId="6D4D8CB2" w14:textId="77777777" w:rsidR="005D77C6" w:rsidRDefault="005D77C6" w:rsidP="00915042"/>
    <w:p w14:paraId="5F2B4354" w14:textId="77777777" w:rsidR="005D77C6" w:rsidRDefault="005D77C6" w:rsidP="00915042"/>
    <w:p w14:paraId="6035E1ED" w14:textId="77777777" w:rsidR="005D77C6" w:rsidRDefault="005D77C6" w:rsidP="00915042"/>
    <w:p w14:paraId="5EA9E4EE" w14:textId="77777777" w:rsidR="005D77C6" w:rsidRDefault="005D77C6" w:rsidP="00915042"/>
    <w:p w14:paraId="0D24E6D8" w14:textId="77777777" w:rsidR="005D77C6" w:rsidRDefault="005D77C6" w:rsidP="00915042"/>
    <w:p w14:paraId="56E5212D" w14:textId="77777777" w:rsidR="005D77C6" w:rsidRDefault="005D77C6" w:rsidP="00915042"/>
    <w:p w14:paraId="5F282007" w14:textId="77777777" w:rsidR="005D77C6" w:rsidRDefault="005D77C6" w:rsidP="00915042"/>
    <w:p w14:paraId="35870E1C" w14:textId="77777777" w:rsidR="005D77C6" w:rsidRDefault="005D77C6" w:rsidP="00915042"/>
    <w:p w14:paraId="26863D57" w14:textId="77777777" w:rsidR="005D77C6" w:rsidRDefault="005D77C6" w:rsidP="00915042"/>
    <w:p w14:paraId="2789AFE4" w14:textId="77777777" w:rsidR="005D77C6" w:rsidRDefault="005D77C6" w:rsidP="00915042"/>
    <w:p w14:paraId="35F585C1" w14:textId="77777777" w:rsidR="005D77C6" w:rsidRDefault="005D77C6" w:rsidP="00915042"/>
    <w:p w14:paraId="06F752CF" w14:textId="77777777" w:rsidR="005D77C6" w:rsidRDefault="005D77C6" w:rsidP="00915042"/>
    <w:p w14:paraId="3714815F" w14:textId="77777777" w:rsidR="005D77C6" w:rsidRDefault="005D77C6" w:rsidP="00915042"/>
    <w:p w14:paraId="192A0547" w14:textId="77777777" w:rsidR="005D77C6" w:rsidRDefault="005D77C6" w:rsidP="00915042"/>
    <w:p w14:paraId="6D52C36A" w14:textId="77777777" w:rsidR="005D77C6" w:rsidRDefault="005D77C6" w:rsidP="00915042"/>
    <w:p w14:paraId="2AB711C8" w14:textId="77777777" w:rsidR="005D77C6" w:rsidRDefault="005D77C6" w:rsidP="00915042"/>
    <w:p w14:paraId="30D68E57" w14:textId="77777777" w:rsidR="005D77C6" w:rsidRDefault="005D77C6" w:rsidP="00915042"/>
    <w:p w14:paraId="7D43736B" w14:textId="77777777" w:rsidR="005D77C6" w:rsidRDefault="005D77C6" w:rsidP="00915042"/>
    <w:p w14:paraId="359AA86A" w14:textId="77777777" w:rsidR="005D77C6" w:rsidRDefault="005D77C6" w:rsidP="00915042"/>
    <w:p w14:paraId="51EE9E46" w14:textId="77777777" w:rsidR="005D77C6" w:rsidRDefault="005D77C6" w:rsidP="00915042"/>
    <w:p w14:paraId="4D19939B" w14:textId="77777777" w:rsidR="005D77C6" w:rsidRDefault="005D77C6" w:rsidP="00915042"/>
    <w:p w14:paraId="6984D531" w14:textId="77777777" w:rsidR="005D77C6" w:rsidRDefault="005D77C6" w:rsidP="00915042"/>
    <w:p w14:paraId="47B4BF16" w14:textId="77777777" w:rsidR="005D77C6" w:rsidRDefault="005D77C6" w:rsidP="00915042"/>
    <w:p w14:paraId="11EE6227" w14:textId="77777777" w:rsidR="005D77C6" w:rsidRDefault="005D77C6" w:rsidP="00915042"/>
    <w:p w14:paraId="62F4B202" w14:textId="77777777" w:rsidR="005D77C6" w:rsidRDefault="005D77C6" w:rsidP="00915042"/>
    <w:p w14:paraId="0B1F9BEB" w14:textId="77777777" w:rsidR="005D77C6" w:rsidRDefault="005D77C6" w:rsidP="00915042"/>
    <w:p w14:paraId="1BE67501" w14:textId="77777777" w:rsidR="005D77C6" w:rsidRDefault="005D77C6" w:rsidP="005D77C6">
      <w:r>
        <w:t xml:space="preserve">[13:12, 22.07.2026] Cemile Seçilmiş: </w:t>
      </w:r>
      <w:proofErr w:type="spellStart"/>
      <w:r>
        <w:t>Tamamm</w:t>
      </w:r>
      <w:proofErr w:type="spellEnd"/>
    </w:p>
    <w:p w14:paraId="732374C3" w14:textId="77777777" w:rsidR="005D77C6" w:rsidRDefault="005D77C6" w:rsidP="005D77C6">
      <w:r>
        <w:t xml:space="preserve">[13:12, 22.07.2026] </w:t>
      </w:r>
      <w:proofErr w:type="spellStart"/>
      <w:r>
        <w:t>Senih</w:t>
      </w:r>
      <w:proofErr w:type="spellEnd"/>
      <w:r>
        <w:t xml:space="preserve"> Abi: </w:t>
      </w:r>
      <w:proofErr w:type="spellStart"/>
      <w:r>
        <w:t>طلب</w:t>
      </w:r>
      <w:proofErr w:type="spellEnd"/>
      <w:r>
        <w:t xml:space="preserve"> </w:t>
      </w:r>
      <w:proofErr w:type="spellStart"/>
      <w:r>
        <w:t>مشترك</w:t>
      </w:r>
      <w:proofErr w:type="spellEnd"/>
      <w:r>
        <w:t xml:space="preserve"> </w:t>
      </w:r>
      <w:proofErr w:type="spellStart"/>
      <w:r>
        <w:t>بشأن</w:t>
      </w:r>
      <w:proofErr w:type="spellEnd"/>
      <w:r>
        <w:t xml:space="preserve"> </w:t>
      </w:r>
      <w:proofErr w:type="spellStart"/>
      <w:r>
        <w:t>التنفيذ</w:t>
      </w:r>
      <w:proofErr w:type="spellEnd"/>
      <w:r>
        <w:t xml:space="preserve"> </w:t>
      </w:r>
      <w:proofErr w:type="spellStart"/>
      <w:r>
        <w:t>الفعّال</w:t>
      </w:r>
      <w:proofErr w:type="spellEnd"/>
      <w:r>
        <w:t xml:space="preserve"> </w:t>
      </w:r>
      <w:proofErr w:type="spellStart"/>
      <w:r>
        <w:t>للعدالة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ومتابعة</w:t>
      </w:r>
      <w:proofErr w:type="spellEnd"/>
      <w:r>
        <w:t xml:space="preserve"> </w:t>
      </w:r>
      <w:proofErr w:type="spellStart"/>
      <w:r>
        <w:t>إجراءات</w:t>
      </w:r>
      <w:proofErr w:type="spellEnd"/>
      <w:r>
        <w:t xml:space="preserve"> </w:t>
      </w:r>
      <w:proofErr w:type="spellStart"/>
      <w:r>
        <w:t>مذكرة</w:t>
      </w:r>
      <w:proofErr w:type="spellEnd"/>
      <w:r>
        <w:t xml:space="preserve"> </w:t>
      </w:r>
      <w:proofErr w:type="spellStart"/>
      <w:r>
        <w:t>التوقيف</w:t>
      </w:r>
      <w:proofErr w:type="spellEnd"/>
      <w:r>
        <w:t xml:space="preserve"> / </w:t>
      </w:r>
      <w:proofErr w:type="spellStart"/>
      <w:r>
        <w:t>النشرة</w:t>
      </w:r>
      <w:proofErr w:type="spellEnd"/>
      <w:r>
        <w:t xml:space="preserve"> </w:t>
      </w:r>
      <w:proofErr w:type="spellStart"/>
      <w:r>
        <w:t>الحمراء</w:t>
      </w:r>
      <w:proofErr w:type="spellEnd"/>
      <w:r>
        <w:t xml:space="preserve"> </w:t>
      </w:r>
      <w:proofErr w:type="spellStart"/>
      <w:r>
        <w:t>للإنتربول</w:t>
      </w:r>
      <w:proofErr w:type="spellEnd"/>
      <w:r>
        <w:t xml:space="preserve"> </w:t>
      </w:r>
      <w:proofErr w:type="spellStart"/>
      <w:r>
        <w:t>بحق</w:t>
      </w:r>
      <w:proofErr w:type="spellEnd"/>
      <w:r>
        <w:t xml:space="preserve"> </w:t>
      </w:r>
      <w:proofErr w:type="spellStart"/>
      <w:r>
        <w:t>بنيامين</w:t>
      </w:r>
      <w:proofErr w:type="spellEnd"/>
      <w:r>
        <w:t xml:space="preserve"> </w:t>
      </w:r>
      <w:proofErr w:type="spellStart"/>
      <w:r>
        <w:t>نتنياهو</w:t>
      </w:r>
      <w:proofErr w:type="spellEnd"/>
    </w:p>
    <w:p w14:paraId="32434F08" w14:textId="77777777" w:rsidR="005D77C6" w:rsidRDefault="005D77C6" w:rsidP="005D77C6"/>
    <w:p w14:paraId="5B3BB8DA" w14:textId="77777777" w:rsidR="005D77C6" w:rsidRDefault="005D77C6" w:rsidP="005D77C6">
      <w:r>
        <w:t xml:space="preserve">117 </w:t>
      </w:r>
      <w:proofErr w:type="spellStart"/>
      <w:r>
        <w:t>محامياً</w:t>
      </w:r>
      <w:proofErr w:type="spellEnd"/>
      <w:r>
        <w:t xml:space="preserve"> </w:t>
      </w:r>
      <w:proofErr w:type="spellStart"/>
      <w:r>
        <w:t>ومحامية</w:t>
      </w:r>
      <w:proofErr w:type="spellEnd"/>
      <w:r>
        <w:t xml:space="preserve"> </w:t>
      </w:r>
      <w:proofErr w:type="spellStart"/>
      <w:r>
        <w:t>من</w:t>
      </w:r>
      <w:proofErr w:type="spellEnd"/>
      <w:r>
        <w:t xml:space="preserve"> </w:t>
      </w:r>
      <w:proofErr w:type="spellStart"/>
      <w:r>
        <w:t>الموقّعين</w:t>
      </w:r>
      <w:proofErr w:type="spellEnd"/>
    </w:p>
    <w:p w14:paraId="1D2F5FF6" w14:textId="77777777" w:rsidR="005D77C6" w:rsidRDefault="005D77C6" w:rsidP="005D77C6"/>
    <w:p w14:paraId="3D810EE6" w14:textId="77777777" w:rsidR="005D77C6" w:rsidRDefault="005D77C6" w:rsidP="005D77C6">
      <w:proofErr w:type="spellStart"/>
      <w:r>
        <w:t>عنوان</w:t>
      </w:r>
      <w:proofErr w:type="spellEnd"/>
      <w:r>
        <w:t xml:space="preserve"> </w:t>
      </w:r>
      <w:proofErr w:type="spellStart"/>
      <w:r>
        <w:t>المراسلات</w:t>
      </w:r>
      <w:proofErr w:type="spellEnd"/>
      <w:r>
        <w:t xml:space="preserve"> </w:t>
      </w:r>
      <w:proofErr w:type="spellStart"/>
      <w:r>
        <w:t>المشترك</w:t>
      </w:r>
      <w:proofErr w:type="spellEnd"/>
      <w:r>
        <w:t xml:space="preserve">: ⁦Av. </w:t>
      </w:r>
      <w:proofErr w:type="spellStart"/>
      <w:r>
        <w:t>Hıdır</w:t>
      </w:r>
      <w:proofErr w:type="spellEnd"/>
      <w:r>
        <w:t xml:space="preserve"> </w:t>
      </w:r>
      <w:proofErr w:type="spellStart"/>
      <w:r>
        <w:t>Kırkıcı</w:t>
      </w:r>
      <w:proofErr w:type="spellEnd"/>
      <w:r>
        <w:t xml:space="preserve"> - Av. </w:t>
      </w:r>
      <w:proofErr w:type="spellStart"/>
      <w:r>
        <w:t>Senih</w:t>
      </w:r>
      <w:proofErr w:type="spellEnd"/>
      <w:r>
        <w:t xml:space="preserve"> Özay, Gazi Kemal Mah., 1308 Sok. No: 36-38, Çam </w:t>
      </w:r>
      <w:proofErr w:type="spellStart"/>
      <w:r>
        <w:t>Stüdyo</w:t>
      </w:r>
      <w:proofErr w:type="spellEnd"/>
      <w:r>
        <w:t xml:space="preserve"> </w:t>
      </w:r>
      <w:proofErr w:type="spellStart"/>
      <w:r>
        <w:t>Daireleri</w:t>
      </w:r>
      <w:proofErr w:type="spellEnd"/>
      <w:r>
        <w:t xml:space="preserve"> No: 19, Merkez / </w:t>
      </w:r>
      <w:proofErr w:type="spellStart"/>
      <w:r>
        <w:t>Isparta</w:t>
      </w:r>
      <w:proofErr w:type="spellEnd"/>
      <w:r>
        <w:t>, Türkiye⁩</w:t>
      </w:r>
    </w:p>
    <w:p w14:paraId="1B255FAE" w14:textId="77777777" w:rsidR="005D77C6" w:rsidRDefault="005D77C6" w:rsidP="005D77C6"/>
    <w:p w14:paraId="03D44CB0" w14:textId="77777777" w:rsidR="005D77C6" w:rsidRDefault="005D77C6" w:rsidP="005D77C6">
      <w:proofErr w:type="spellStart"/>
      <w:r>
        <w:t>الهاتف</w:t>
      </w:r>
      <w:proofErr w:type="spellEnd"/>
      <w:r>
        <w:t xml:space="preserve"> </w:t>
      </w:r>
      <w:proofErr w:type="spellStart"/>
      <w:r>
        <w:t>المحمول</w:t>
      </w:r>
      <w:proofErr w:type="spellEnd"/>
      <w:r>
        <w:t>: ⁦+90 532 656 08 09⁩</w:t>
      </w:r>
    </w:p>
    <w:p w14:paraId="028EB171" w14:textId="77777777" w:rsidR="005D77C6" w:rsidRDefault="005D77C6" w:rsidP="005D77C6"/>
    <w:p w14:paraId="3739E3B0" w14:textId="77777777" w:rsidR="005D77C6" w:rsidRDefault="005D77C6" w:rsidP="005D77C6">
      <w:proofErr w:type="spellStart"/>
      <w:r>
        <w:t>البريد</w:t>
      </w:r>
      <w:proofErr w:type="spellEnd"/>
      <w:r>
        <w:t xml:space="preserve"> </w:t>
      </w:r>
      <w:proofErr w:type="spellStart"/>
      <w:r>
        <w:t>الإلكتروني</w:t>
      </w:r>
      <w:proofErr w:type="spellEnd"/>
      <w:r>
        <w:t>: ⁦avsenih@gmail.com⁩</w:t>
      </w:r>
    </w:p>
    <w:p w14:paraId="42E0B427" w14:textId="77777777" w:rsidR="005D77C6" w:rsidRDefault="005D77C6" w:rsidP="005D77C6"/>
    <w:p w14:paraId="416C0526" w14:textId="77777777" w:rsidR="005D77C6" w:rsidRDefault="005D77C6" w:rsidP="005D77C6">
      <w:proofErr w:type="spellStart"/>
      <w:r>
        <w:t>الكتاب</w:t>
      </w:r>
      <w:proofErr w:type="spellEnd"/>
      <w:r>
        <w:t xml:space="preserve"> </w:t>
      </w:r>
      <w:proofErr w:type="spellStart"/>
      <w:r>
        <w:t>الإلكتروني</w:t>
      </w:r>
      <w:proofErr w:type="spellEnd"/>
      <w:r>
        <w:t xml:space="preserve"> / </w:t>
      </w:r>
      <w:proofErr w:type="spellStart"/>
      <w:r>
        <w:t>الموقع</w:t>
      </w:r>
      <w:proofErr w:type="spellEnd"/>
      <w:r>
        <w:t>: ⁦https://senihozay.com⁩</w:t>
      </w:r>
    </w:p>
    <w:p w14:paraId="680E597F" w14:textId="77777777" w:rsidR="005D77C6" w:rsidRDefault="005D77C6" w:rsidP="005D77C6"/>
    <w:p w14:paraId="098C3D0C" w14:textId="77777777" w:rsidR="005D77C6" w:rsidRDefault="005D77C6" w:rsidP="005D77C6">
      <w:proofErr w:type="spellStart"/>
      <w:r>
        <w:t>الجهات</w:t>
      </w:r>
      <w:proofErr w:type="spellEnd"/>
      <w:r>
        <w:t xml:space="preserve"> </w:t>
      </w:r>
      <w:proofErr w:type="spellStart"/>
      <w:r>
        <w:t>الموجّه</w:t>
      </w:r>
      <w:proofErr w:type="spellEnd"/>
      <w:r>
        <w:t xml:space="preserve"> </w:t>
      </w:r>
      <w:proofErr w:type="spellStart"/>
      <w:r>
        <w:t>إليها</w:t>
      </w:r>
      <w:proofErr w:type="spellEnd"/>
    </w:p>
    <w:p w14:paraId="640EBC04" w14:textId="77777777" w:rsidR="005D77C6" w:rsidRDefault="005D77C6" w:rsidP="005D77C6"/>
    <w:p w14:paraId="244FCA4F" w14:textId="77777777" w:rsidR="005D77C6" w:rsidRDefault="005D77C6" w:rsidP="005D77C6">
      <w:proofErr w:type="spellStart"/>
      <w:r>
        <w:t>الرقم</w:t>
      </w:r>
      <w:proofErr w:type="spellEnd"/>
    </w:p>
    <w:p w14:paraId="2410FEE9" w14:textId="77777777" w:rsidR="005D77C6" w:rsidRDefault="005D77C6" w:rsidP="005D77C6"/>
    <w:p w14:paraId="3B0FEBB0" w14:textId="77777777" w:rsidR="005D77C6" w:rsidRDefault="005D77C6" w:rsidP="005D77C6">
      <w:proofErr w:type="spellStart"/>
      <w:r>
        <w:t>الجهة</w:t>
      </w:r>
      <w:proofErr w:type="spellEnd"/>
    </w:p>
    <w:p w14:paraId="6CD19DDF" w14:textId="77777777" w:rsidR="005D77C6" w:rsidRDefault="005D77C6" w:rsidP="005D77C6"/>
    <w:p w14:paraId="40A2532C" w14:textId="77777777" w:rsidR="005D77C6" w:rsidRDefault="005D77C6" w:rsidP="005D77C6">
      <w:proofErr w:type="spellStart"/>
      <w:r>
        <w:t>العنوان</w:t>
      </w:r>
      <w:proofErr w:type="spellEnd"/>
      <w:r>
        <w:t xml:space="preserve"> / </w:t>
      </w:r>
      <w:proofErr w:type="spellStart"/>
      <w:r>
        <w:t>بيانات</w:t>
      </w:r>
      <w:proofErr w:type="spellEnd"/>
      <w:r>
        <w:t xml:space="preserve"> </w:t>
      </w:r>
      <w:proofErr w:type="spellStart"/>
      <w:r>
        <w:t>الاتصال</w:t>
      </w:r>
      <w:proofErr w:type="spellEnd"/>
    </w:p>
    <w:p w14:paraId="2E5D8CD6" w14:textId="77777777" w:rsidR="005D77C6" w:rsidRDefault="005D77C6" w:rsidP="005D77C6"/>
    <w:p w14:paraId="55F0BD04" w14:textId="77777777" w:rsidR="005D77C6" w:rsidRDefault="005D77C6" w:rsidP="005D77C6">
      <w:r>
        <w:t>1</w:t>
      </w:r>
    </w:p>
    <w:p w14:paraId="0F90230A" w14:textId="77777777" w:rsidR="005D77C6" w:rsidRDefault="005D77C6" w:rsidP="005D77C6"/>
    <w:p w14:paraId="279CEF48" w14:textId="77777777" w:rsidR="005D77C6" w:rsidRDefault="005D77C6" w:rsidP="005D77C6">
      <w:proofErr w:type="spellStart"/>
      <w:r>
        <w:t>محكمة</w:t>
      </w:r>
      <w:proofErr w:type="spellEnd"/>
      <w:r>
        <w:t xml:space="preserve"> </w:t>
      </w:r>
      <w:proofErr w:type="spellStart"/>
      <w:r>
        <w:t>الجنايات</w:t>
      </w:r>
      <w:proofErr w:type="spellEnd"/>
      <w:r>
        <w:t xml:space="preserve"> </w:t>
      </w:r>
      <w:proofErr w:type="spellStart"/>
      <w:r>
        <w:t>الحادية</w:t>
      </w:r>
      <w:proofErr w:type="spellEnd"/>
      <w:r>
        <w:t xml:space="preserve"> </w:t>
      </w:r>
      <w:proofErr w:type="spellStart"/>
      <w:r>
        <w:t>عشرة</w:t>
      </w:r>
      <w:proofErr w:type="spellEnd"/>
      <w:r>
        <w:t xml:space="preserve"> </w:t>
      </w:r>
      <w:proofErr w:type="spellStart"/>
      <w:r>
        <w:t>في</w:t>
      </w:r>
      <w:proofErr w:type="spellEnd"/>
      <w:r>
        <w:t xml:space="preserve"> </w:t>
      </w:r>
      <w:proofErr w:type="spellStart"/>
      <w:r>
        <w:t>إسطنبول</w:t>
      </w:r>
      <w:proofErr w:type="spellEnd"/>
    </w:p>
    <w:p w14:paraId="4A945CEB" w14:textId="77777777" w:rsidR="005D77C6" w:rsidRDefault="005D77C6" w:rsidP="005D77C6"/>
    <w:p w14:paraId="38BD9351" w14:textId="77777777" w:rsidR="005D77C6" w:rsidRDefault="005D77C6" w:rsidP="005D77C6">
      <w:r>
        <w:t xml:space="preserve">Istanbul Courthouse, Block C1, 1st Floor, Room 149, Çağlayan / </w:t>
      </w:r>
      <w:proofErr w:type="spellStart"/>
      <w:r>
        <w:t>Şişli</w:t>
      </w:r>
      <w:proofErr w:type="spellEnd"/>
      <w:r>
        <w:t xml:space="preserve"> / Istanbul, Türkiye</w:t>
      </w:r>
    </w:p>
    <w:p w14:paraId="5BC94C23" w14:textId="77777777" w:rsidR="005D77C6" w:rsidRDefault="005D77C6" w:rsidP="005D77C6">
      <w:r>
        <w:t>Tel: +90 212 568 30 - 568 31 - 568 32</w:t>
      </w:r>
    </w:p>
    <w:p w14:paraId="547AC004" w14:textId="77777777" w:rsidR="005D77C6" w:rsidRDefault="005D77C6" w:rsidP="005D77C6"/>
    <w:p w14:paraId="0425497A" w14:textId="77777777" w:rsidR="005D77C6" w:rsidRDefault="005D77C6" w:rsidP="005D77C6">
      <w:r>
        <w:t>2</w:t>
      </w:r>
    </w:p>
    <w:p w14:paraId="25806FA4" w14:textId="77777777" w:rsidR="005D77C6" w:rsidRDefault="005D77C6" w:rsidP="005D77C6"/>
    <w:p w14:paraId="4B47A165" w14:textId="77777777" w:rsidR="005D77C6" w:rsidRDefault="005D77C6" w:rsidP="005D77C6">
      <w:proofErr w:type="spellStart"/>
      <w:r>
        <w:t>الأمانة</w:t>
      </w:r>
      <w:proofErr w:type="spellEnd"/>
      <w:r>
        <w:t xml:space="preserve"> </w:t>
      </w:r>
      <w:proofErr w:type="spellStart"/>
      <w:r>
        <w:t>العامة</w:t>
      </w:r>
      <w:proofErr w:type="spellEnd"/>
      <w:r>
        <w:t xml:space="preserve"> </w:t>
      </w:r>
      <w:proofErr w:type="spellStart"/>
      <w:r>
        <w:t>للإنتربول</w:t>
      </w:r>
      <w:proofErr w:type="spellEnd"/>
    </w:p>
    <w:p w14:paraId="16079016" w14:textId="77777777" w:rsidR="005D77C6" w:rsidRDefault="005D77C6" w:rsidP="005D77C6"/>
    <w:p w14:paraId="3B2F6127" w14:textId="77777777" w:rsidR="005D77C6" w:rsidRDefault="005D77C6" w:rsidP="005D77C6">
      <w:r>
        <w:t>200 Quai Charles de Gaulle, 69006 Lyon, France</w:t>
      </w:r>
    </w:p>
    <w:p w14:paraId="23AEE1BF" w14:textId="77777777" w:rsidR="005D77C6" w:rsidRDefault="005D77C6" w:rsidP="005D77C6">
      <w:r>
        <w:t>Tel: +33 4 72 44 70 00 | Fax: +33 4 72 44 71 63</w:t>
      </w:r>
    </w:p>
    <w:p w14:paraId="0717284B" w14:textId="77777777" w:rsidR="005D77C6" w:rsidRDefault="005D77C6" w:rsidP="005D77C6"/>
    <w:p w14:paraId="1E7178CD" w14:textId="77777777" w:rsidR="005D77C6" w:rsidRDefault="005D77C6" w:rsidP="005D77C6">
      <w:r>
        <w:t>3</w:t>
      </w:r>
    </w:p>
    <w:p w14:paraId="023402C1" w14:textId="77777777" w:rsidR="005D77C6" w:rsidRDefault="005D77C6" w:rsidP="005D77C6"/>
    <w:p w14:paraId="205A5505" w14:textId="77777777" w:rsidR="005D77C6" w:rsidRDefault="005D77C6" w:rsidP="005D77C6">
      <w:proofErr w:type="spellStart"/>
      <w:r>
        <w:t>المحكمة</w:t>
      </w:r>
      <w:proofErr w:type="spellEnd"/>
      <w:r>
        <w:t xml:space="preserve"> </w:t>
      </w:r>
      <w:proofErr w:type="spellStart"/>
      <w:r>
        <w:t>الجنائية</w:t>
      </w:r>
      <w:proofErr w:type="spellEnd"/>
      <w:r>
        <w:t xml:space="preserve"> </w:t>
      </w:r>
      <w:proofErr w:type="spellStart"/>
      <w:r>
        <w:t>الدولية</w:t>
      </w:r>
      <w:proofErr w:type="spellEnd"/>
    </w:p>
    <w:p w14:paraId="447C6F6B" w14:textId="77777777" w:rsidR="005D77C6" w:rsidRDefault="005D77C6" w:rsidP="005D77C6"/>
    <w:p w14:paraId="74CB3B1A" w14:textId="77777777" w:rsidR="005D77C6" w:rsidRDefault="005D77C6" w:rsidP="005D77C6">
      <w:r>
        <w:t xml:space="preserve">Oude </w:t>
      </w:r>
      <w:proofErr w:type="spellStart"/>
      <w:r>
        <w:t>Waalsdorperweg</w:t>
      </w:r>
      <w:proofErr w:type="spellEnd"/>
      <w:r>
        <w:t xml:space="preserve"> 10, 2597 AK The Hague, The Netherlands</w:t>
      </w:r>
    </w:p>
    <w:p w14:paraId="33A74F7B" w14:textId="77777777" w:rsidR="005D77C6" w:rsidRDefault="005D77C6" w:rsidP="005D77C6">
      <w:r>
        <w:t>Website: www.icc-cpi.int</w:t>
      </w:r>
    </w:p>
    <w:p w14:paraId="34A0DF0D" w14:textId="77777777" w:rsidR="005D77C6" w:rsidRDefault="005D77C6" w:rsidP="005D77C6"/>
    <w:p w14:paraId="1A99C67F" w14:textId="77777777" w:rsidR="005D77C6" w:rsidRDefault="005D77C6" w:rsidP="005D77C6">
      <w:r>
        <w:t>4</w:t>
      </w:r>
    </w:p>
    <w:p w14:paraId="1860C8A3" w14:textId="77777777" w:rsidR="005D77C6" w:rsidRDefault="005D77C6" w:rsidP="005D77C6"/>
    <w:p w14:paraId="53FDC82A" w14:textId="77777777" w:rsidR="005D77C6" w:rsidRDefault="005D77C6" w:rsidP="005D77C6">
      <w:proofErr w:type="spellStart"/>
      <w:r>
        <w:t>مجلس</w:t>
      </w:r>
      <w:proofErr w:type="spellEnd"/>
      <w:r>
        <w:t xml:space="preserve"> </w:t>
      </w:r>
      <w:proofErr w:type="spellStart"/>
      <w:r>
        <w:t>أوروبا</w:t>
      </w:r>
      <w:proofErr w:type="spellEnd"/>
      <w:r>
        <w:t xml:space="preserve"> - </w:t>
      </w:r>
      <w:proofErr w:type="spellStart"/>
      <w:r>
        <w:t>مديرية</w:t>
      </w:r>
      <w:proofErr w:type="spellEnd"/>
      <w:r>
        <w:t xml:space="preserve"> </w:t>
      </w:r>
      <w:proofErr w:type="spellStart"/>
      <w:r>
        <w:t>الشؤون</w:t>
      </w:r>
      <w:proofErr w:type="spellEnd"/>
      <w:r>
        <w:t xml:space="preserve"> </w:t>
      </w:r>
      <w:proofErr w:type="spellStart"/>
      <w:r>
        <w:t>السياسية</w:t>
      </w:r>
      <w:proofErr w:type="spellEnd"/>
      <w:r>
        <w:t xml:space="preserve"> </w:t>
      </w:r>
      <w:proofErr w:type="spellStart"/>
      <w:r>
        <w:t>والعلاقات</w:t>
      </w:r>
      <w:proofErr w:type="spellEnd"/>
      <w:r>
        <w:t xml:space="preserve"> </w:t>
      </w:r>
      <w:proofErr w:type="spellStart"/>
      <w:r>
        <w:t>الخارجية</w:t>
      </w:r>
      <w:proofErr w:type="spellEnd"/>
    </w:p>
    <w:p w14:paraId="49F4E0E1" w14:textId="77777777" w:rsidR="005D77C6" w:rsidRDefault="005D77C6" w:rsidP="005D77C6"/>
    <w:p w14:paraId="5263E79C" w14:textId="77777777" w:rsidR="005D77C6" w:rsidRDefault="005D77C6" w:rsidP="005D77C6">
      <w:r>
        <w:t xml:space="preserve">Council of Europe, Avenue de </w:t>
      </w:r>
      <w:proofErr w:type="spellStart"/>
      <w:r>
        <w:t>l'Europe</w:t>
      </w:r>
      <w:proofErr w:type="spellEnd"/>
      <w:r>
        <w:t>, F-67075 Strasbourg Cedex, France</w:t>
      </w:r>
    </w:p>
    <w:p w14:paraId="5DB93DA3" w14:textId="77777777" w:rsidR="005D77C6" w:rsidRDefault="005D77C6" w:rsidP="005D77C6"/>
    <w:p w14:paraId="267E7A9F" w14:textId="77777777" w:rsidR="005D77C6" w:rsidRDefault="005D77C6" w:rsidP="005D77C6">
      <w:r>
        <w:t>5</w:t>
      </w:r>
    </w:p>
    <w:p w14:paraId="5D32E885" w14:textId="77777777" w:rsidR="005D77C6" w:rsidRDefault="005D77C6" w:rsidP="005D77C6"/>
    <w:p w14:paraId="050F3074" w14:textId="77777777" w:rsidR="005D77C6" w:rsidRDefault="005D77C6" w:rsidP="005D77C6">
      <w:proofErr w:type="spellStart"/>
      <w:r>
        <w:t>مكتب</w:t>
      </w:r>
      <w:proofErr w:type="spellEnd"/>
      <w:r>
        <w:t xml:space="preserve"> </w:t>
      </w:r>
      <w:proofErr w:type="spellStart"/>
      <w:r>
        <w:t>الأمين</w:t>
      </w:r>
      <w:proofErr w:type="spellEnd"/>
      <w:r>
        <w:t xml:space="preserve"> </w:t>
      </w:r>
      <w:proofErr w:type="spellStart"/>
      <w:r>
        <w:t>العام</w:t>
      </w:r>
      <w:proofErr w:type="spellEnd"/>
      <w:r>
        <w:t xml:space="preserve"> </w:t>
      </w:r>
      <w:proofErr w:type="spellStart"/>
      <w:r>
        <w:t>للأمم</w:t>
      </w:r>
      <w:proofErr w:type="spellEnd"/>
      <w:r>
        <w:t xml:space="preserve"> </w:t>
      </w:r>
      <w:proofErr w:type="spellStart"/>
      <w:r>
        <w:t>المتحدة</w:t>
      </w:r>
      <w:proofErr w:type="spellEnd"/>
    </w:p>
    <w:p w14:paraId="32C28877" w14:textId="77777777" w:rsidR="005D77C6" w:rsidRDefault="005D77C6" w:rsidP="005D77C6"/>
    <w:p w14:paraId="6BFA0B27" w14:textId="77777777" w:rsidR="005D77C6" w:rsidRDefault="005D77C6" w:rsidP="005D77C6">
      <w:r>
        <w:t>United Nations Headquarters, 760 United Nations Plaza, New York, NY 10017, USA</w:t>
      </w:r>
    </w:p>
    <w:p w14:paraId="728AD3C5" w14:textId="77777777" w:rsidR="005D77C6" w:rsidRDefault="005D77C6" w:rsidP="005D77C6">
      <w:r>
        <w:t>Secretary-General: António Guterres</w:t>
      </w:r>
    </w:p>
    <w:p w14:paraId="52EB2F77" w14:textId="77777777" w:rsidR="005D77C6" w:rsidRDefault="005D77C6" w:rsidP="005D77C6"/>
    <w:p w14:paraId="2388CEA9" w14:textId="77777777" w:rsidR="005D77C6" w:rsidRDefault="005D77C6" w:rsidP="005D77C6">
      <w:r>
        <w:t>6</w:t>
      </w:r>
    </w:p>
    <w:p w14:paraId="526CE87C" w14:textId="77777777" w:rsidR="005D77C6" w:rsidRDefault="005D77C6" w:rsidP="005D77C6"/>
    <w:p w14:paraId="371FB4A4" w14:textId="77777777" w:rsidR="005D77C6" w:rsidRDefault="005D77C6" w:rsidP="005D77C6">
      <w:proofErr w:type="spellStart"/>
      <w:r>
        <w:t>اتحاد</w:t>
      </w:r>
      <w:proofErr w:type="spellEnd"/>
      <w:r>
        <w:t xml:space="preserve"> </w:t>
      </w:r>
      <w:proofErr w:type="spellStart"/>
      <w:r>
        <w:t>نقابات</w:t>
      </w:r>
      <w:proofErr w:type="spellEnd"/>
      <w:r>
        <w:t xml:space="preserve"> </w:t>
      </w:r>
      <w:proofErr w:type="spellStart"/>
      <w:r>
        <w:t>المحامين</w:t>
      </w:r>
      <w:proofErr w:type="spellEnd"/>
      <w:r>
        <w:t xml:space="preserve"> </w:t>
      </w:r>
      <w:proofErr w:type="spellStart"/>
      <w:r>
        <w:t>في</w:t>
      </w:r>
      <w:proofErr w:type="spellEnd"/>
      <w:r>
        <w:t xml:space="preserve"> Türkiye</w:t>
      </w:r>
    </w:p>
    <w:p w14:paraId="5661B804" w14:textId="77777777" w:rsidR="005D77C6" w:rsidRDefault="005D77C6" w:rsidP="005D77C6"/>
    <w:p w14:paraId="7DDD5362" w14:textId="77777777" w:rsidR="005D77C6" w:rsidRDefault="005D77C6" w:rsidP="005D77C6">
      <w:proofErr w:type="spellStart"/>
      <w:r>
        <w:t>Oğuzlar</w:t>
      </w:r>
      <w:proofErr w:type="spellEnd"/>
      <w:r>
        <w:t xml:space="preserve"> Mah., Barış </w:t>
      </w:r>
      <w:proofErr w:type="spellStart"/>
      <w:r>
        <w:t>Manço</w:t>
      </w:r>
      <w:proofErr w:type="spellEnd"/>
      <w:r>
        <w:t xml:space="preserve"> Cad., Av. Özdemir Özok Sok. No. 8, 06520 </w:t>
      </w:r>
      <w:proofErr w:type="spellStart"/>
      <w:r>
        <w:t>Balgat</w:t>
      </w:r>
      <w:proofErr w:type="spellEnd"/>
      <w:r>
        <w:t xml:space="preserve"> / Çankaya / Ankara, Türkiye</w:t>
      </w:r>
    </w:p>
    <w:p w14:paraId="2ED4BFF4" w14:textId="77777777" w:rsidR="005D77C6" w:rsidRDefault="005D77C6" w:rsidP="005D77C6">
      <w:r>
        <w:t>Tel: +90 312 292 59 00</w:t>
      </w:r>
    </w:p>
    <w:p w14:paraId="32D4B61A" w14:textId="77777777" w:rsidR="005D77C6" w:rsidRDefault="005D77C6" w:rsidP="005D77C6"/>
    <w:p w14:paraId="255AE1B5" w14:textId="77777777" w:rsidR="005D77C6" w:rsidRDefault="005D77C6" w:rsidP="005D77C6">
      <w:r>
        <w:t>7</w:t>
      </w:r>
    </w:p>
    <w:p w14:paraId="2A91A390" w14:textId="77777777" w:rsidR="005D77C6" w:rsidRDefault="005D77C6" w:rsidP="005D77C6"/>
    <w:p w14:paraId="303C97B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F9611FE" w14:textId="77777777" w:rsidR="005D77C6" w:rsidRDefault="005D77C6" w:rsidP="005D77C6"/>
    <w:p w14:paraId="5B3CF911" w14:textId="77777777" w:rsidR="005D77C6" w:rsidRDefault="005D77C6" w:rsidP="005D77C6">
      <w:proofErr w:type="spellStart"/>
      <w:r>
        <w:t>İstiklal</w:t>
      </w:r>
      <w:proofErr w:type="spellEnd"/>
      <w:r>
        <w:t xml:space="preserve"> Cad., Orhan Adli Apaydın Sok. No. 2, 34430 Beyoğlu / Istanbul, Türkiye</w:t>
      </w:r>
    </w:p>
    <w:p w14:paraId="4D2BD911" w14:textId="77777777" w:rsidR="005D77C6" w:rsidRDefault="005D77C6" w:rsidP="005D77C6">
      <w:r>
        <w:t>Tel: +90 212 393 07 00 - 444 18 78</w:t>
      </w:r>
    </w:p>
    <w:p w14:paraId="26333D7D" w14:textId="77777777" w:rsidR="005D77C6" w:rsidRDefault="005D77C6" w:rsidP="005D77C6"/>
    <w:p w14:paraId="16CAB5DC" w14:textId="77777777" w:rsidR="005D77C6" w:rsidRDefault="005D77C6" w:rsidP="005D77C6">
      <w:r>
        <w:t>8</w:t>
      </w:r>
    </w:p>
    <w:p w14:paraId="79AF7D67" w14:textId="77777777" w:rsidR="005D77C6" w:rsidRDefault="005D77C6" w:rsidP="005D77C6"/>
    <w:p w14:paraId="5C6AD95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0A21DC38" w14:textId="77777777" w:rsidR="005D77C6" w:rsidRDefault="005D77C6" w:rsidP="005D77C6"/>
    <w:p w14:paraId="500A077E" w14:textId="77777777" w:rsidR="005D77C6" w:rsidRDefault="005D77C6" w:rsidP="005D77C6">
      <w:r>
        <w:t xml:space="preserve">Atatürk </w:t>
      </w:r>
      <w:proofErr w:type="spellStart"/>
      <w:r>
        <w:t>Bulvarı</w:t>
      </w:r>
      <w:proofErr w:type="spellEnd"/>
      <w:r>
        <w:t xml:space="preserve"> No. 40, Courthouse, 5th Floor, </w:t>
      </w:r>
      <w:proofErr w:type="spellStart"/>
      <w:r>
        <w:t>Sıhhiye</w:t>
      </w:r>
      <w:proofErr w:type="spellEnd"/>
      <w:r>
        <w:t xml:space="preserve"> / Ankara, Türkiye</w:t>
      </w:r>
    </w:p>
    <w:p w14:paraId="2BCE3AA0" w14:textId="77777777" w:rsidR="005D77C6" w:rsidRDefault="005D77C6" w:rsidP="005D77C6"/>
    <w:p w14:paraId="21ABDB67" w14:textId="77777777" w:rsidR="005D77C6" w:rsidRDefault="005D77C6" w:rsidP="005D77C6">
      <w:r>
        <w:t>9</w:t>
      </w:r>
    </w:p>
    <w:p w14:paraId="590CB8A3" w14:textId="77777777" w:rsidR="005D77C6" w:rsidRDefault="005D77C6" w:rsidP="005D77C6"/>
    <w:p w14:paraId="5814243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إزمير</w:t>
      </w:r>
      <w:proofErr w:type="spellEnd"/>
    </w:p>
    <w:p w14:paraId="17BE84D6" w14:textId="77777777" w:rsidR="005D77C6" w:rsidRDefault="005D77C6" w:rsidP="005D77C6"/>
    <w:p w14:paraId="02FACF53" w14:textId="77777777" w:rsidR="005D77C6" w:rsidRDefault="005D77C6" w:rsidP="005D77C6">
      <w:r>
        <w:t xml:space="preserve">1456 Sokak No. 14, </w:t>
      </w:r>
      <w:proofErr w:type="spellStart"/>
      <w:r>
        <w:t>Alsancak</w:t>
      </w:r>
      <w:proofErr w:type="spellEnd"/>
      <w:r>
        <w:t xml:space="preserve"> / Konak / Izmir, Türkiye</w:t>
      </w:r>
    </w:p>
    <w:p w14:paraId="6AF064DD" w14:textId="77777777" w:rsidR="005D77C6" w:rsidRDefault="005D77C6" w:rsidP="005D77C6"/>
    <w:p w14:paraId="235A5798" w14:textId="77777777" w:rsidR="005D77C6" w:rsidRDefault="005D77C6" w:rsidP="005D77C6">
      <w:r>
        <w:t>10</w:t>
      </w:r>
    </w:p>
    <w:p w14:paraId="5BDF1C96" w14:textId="77777777" w:rsidR="005D77C6" w:rsidRDefault="005D77C6" w:rsidP="005D77C6"/>
    <w:p w14:paraId="19589371" w14:textId="77777777" w:rsidR="005D77C6" w:rsidRDefault="005D77C6" w:rsidP="005D77C6">
      <w:proofErr w:type="spellStart"/>
      <w:r>
        <w:t>وزارة</w:t>
      </w:r>
      <w:proofErr w:type="spellEnd"/>
      <w:r>
        <w:t xml:space="preserve"> </w:t>
      </w:r>
      <w:proofErr w:type="spellStart"/>
      <w:r>
        <w:t>العدل</w:t>
      </w:r>
      <w:proofErr w:type="spellEnd"/>
      <w:r>
        <w:t xml:space="preserve"> </w:t>
      </w:r>
      <w:proofErr w:type="spellStart"/>
      <w:r>
        <w:t>في</w:t>
      </w:r>
      <w:proofErr w:type="spellEnd"/>
      <w:r>
        <w:t xml:space="preserve"> </w:t>
      </w:r>
      <w:proofErr w:type="spellStart"/>
      <w:r>
        <w:t>جمهورية</w:t>
      </w:r>
      <w:proofErr w:type="spellEnd"/>
      <w:r>
        <w:t xml:space="preserve"> Türkiye</w:t>
      </w:r>
    </w:p>
    <w:p w14:paraId="761D0D92" w14:textId="77777777" w:rsidR="005D77C6" w:rsidRDefault="005D77C6" w:rsidP="005D77C6"/>
    <w:p w14:paraId="539E8ABB" w14:textId="77777777" w:rsidR="005D77C6" w:rsidRDefault="005D77C6" w:rsidP="005D77C6">
      <w:r>
        <w:lastRenderedPageBreak/>
        <w:t xml:space="preserve">Annex Building, Block B, </w:t>
      </w:r>
      <w:proofErr w:type="spellStart"/>
      <w:r>
        <w:t>Namık</w:t>
      </w:r>
      <w:proofErr w:type="spellEnd"/>
      <w:r>
        <w:t xml:space="preserve"> Kemal Mah., Milli </w:t>
      </w:r>
      <w:proofErr w:type="spellStart"/>
      <w:r>
        <w:t>Müdafaa</w:t>
      </w:r>
      <w:proofErr w:type="spellEnd"/>
      <w:r>
        <w:t xml:space="preserve"> Cad. No. 22, 06659 Çankaya / Ankara, Türkiye</w:t>
      </w:r>
    </w:p>
    <w:p w14:paraId="043D08F8" w14:textId="77777777" w:rsidR="005D77C6" w:rsidRDefault="005D77C6" w:rsidP="005D77C6"/>
    <w:p w14:paraId="348DCE30" w14:textId="77777777" w:rsidR="005D77C6" w:rsidRDefault="005D77C6" w:rsidP="005D77C6">
      <w:proofErr w:type="spellStart"/>
      <w:r>
        <w:t>الموضوع</w:t>
      </w:r>
      <w:proofErr w:type="spellEnd"/>
      <w:r>
        <w:t xml:space="preserve">: </w:t>
      </w:r>
      <w:proofErr w:type="spellStart"/>
      <w:r>
        <w:t>طلب</w:t>
      </w:r>
      <w:proofErr w:type="spellEnd"/>
      <w:r>
        <w:t xml:space="preserve"> </w:t>
      </w:r>
      <w:proofErr w:type="spellStart"/>
      <w:r>
        <w:t>التنفيذ</w:t>
      </w:r>
      <w:proofErr w:type="spellEnd"/>
      <w:r>
        <w:t xml:space="preserve"> </w:t>
      </w:r>
      <w:proofErr w:type="spellStart"/>
      <w:r>
        <w:t>الفعّال</w:t>
      </w:r>
      <w:proofErr w:type="spellEnd"/>
      <w:r>
        <w:t xml:space="preserve"> </w:t>
      </w:r>
      <w:proofErr w:type="spellStart"/>
      <w:r>
        <w:t>لقرارات</w:t>
      </w:r>
      <w:proofErr w:type="spellEnd"/>
      <w:r>
        <w:t xml:space="preserve"> </w:t>
      </w:r>
      <w:proofErr w:type="spellStart"/>
      <w:r>
        <w:t>المحكمة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ومحكمة</w:t>
      </w:r>
      <w:proofErr w:type="spellEnd"/>
      <w:r>
        <w:t xml:space="preserve"> </w:t>
      </w:r>
      <w:proofErr w:type="spellStart"/>
      <w:r>
        <w:t>الجنايات</w:t>
      </w:r>
      <w:proofErr w:type="spellEnd"/>
      <w:r>
        <w:t xml:space="preserve"> </w:t>
      </w:r>
      <w:proofErr w:type="spellStart"/>
      <w:r>
        <w:t>الحادية</w:t>
      </w:r>
      <w:proofErr w:type="spellEnd"/>
      <w:r>
        <w:t xml:space="preserve"> </w:t>
      </w:r>
      <w:proofErr w:type="spellStart"/>
      <w:r>
        <w:t>عشرة</w:t>
      </w:r>
      <w:proofErr w:type="spellEnd"/>
      <w:r>
        <w:t xml:space="preserve"> </w:t>
      </w:r>
      <w:proofErr w:type="spellStart"/>
      <w:r>
        <w:t>في</w:t>
      </w:r>
      <w:proofErr w:type="spellEnd"/>
      <w:r>
        <w:t xml:space="preserve"> </w:t>
      </w:r>
      <w:proofErr w:type="spellStart"/>
      <w:r>
        <w:t>إسطنبول</w:t>
      </w:r>
      <w:proofErr w:type="spellEnd"/>
      <w:r>
        <w:t xml:space="preserve">، </w:t>
      </w:r>
      <w:proofErr w:type="spellStart"/>
      <w:r>
        <w:t>ومتابعة</w:t>
      </w:r>
      <w:proofErr w:type="spellEnd"/>
      <w:r>
        <w:t xml:space="preserve"> </w:t>
      </w:r>
      <w:proofErr w:type="spellStart"/>
      <w:r>
        <w:t>الإجراءات</w:t>
      </w:r>
      <w:proofErr w:type="spellEnd"/>
      <w:r>
        <w:t xml:space="preserve"> </w:t>
      </w:r>
      <w:proofErr w:type="spellStart"/>
      <w:r>
        <w:t>من</w:t>
      </w:r>
      <w:proofErr w:type="spellEnd"/>
      <w:r>
        <w:t xml:space="preserve"> </w:t>
      </w:r>
      <w:proofErr w:type="spellStart"/>
      <w:r>
        <w:t>قبل</w:t>
      </w:r>
      <w:proofErr w:type="spellEnd"/>
      <w:r>
        <w:t xml:space="preserve"> </w:t>
      </w:r>
      <w:proofErr w:type="spellStart"/>
      <w:r>
        <w:t>المؤسسات</w:t>
      </w:r>
      <w:proofErr w:type="spellEnd"/>
      <w:r>
        <w:t xml:space="preserve"> </w:t>
      </w:r>
      <w:proofErr w:type="spellStart"/>
      <w:r>
        <w:t>الوطنية</w:t>
      </w:r>
      <w:proofErr w:type="spellEnd"/>
      <w:r>
        <w:t xml:space="preserve"> </w:t>
      </w:r>
      <w:proofErr w:type="spellStart"/>
      <w:r>
        <w:t>والدولية</w:t>
      </w:r>
      <w:proofErr w:type="spellEnd"/>
      <w:r>
        <w:t>.</w:t>
      </w:r>
    </w:p>
    <w:p w14:paraId="3F2BD4D7" w14:textId="77777777" w:rsidR="005D77C6" w:rsidRDefault="005D77C6" w:rsidP="005D77C6"/>
    <w:p w14:paraId="0F9107F0" w14:textId="77777777" w:rsidR="005D77C6" w:rsidRDefault="005D77C6" w:rsidP="005D77C6">
      <w:proofErr w:type="spellStart"/>
      <w:r>
        <w:t>بيان</w:t>
      </w:r>
      <w:proofErr w:type="spellEnd"/>
      <w:r>
        <w:t xml:space="preserve"> </w:t>
      </w:r>
      <w:proofErr w:type="spellStart"/>
      <w:r>
        <w:t>الأسباب</w:t>
      </w:r>
      <w:proofErr w:type="spellEnd"/>
    </w:p>
    <w:p w14:paraId="49EA2EC5" w14:textId="77777777" w:rsidR="005D77C6" w:rsidRDefault="005D77C6" w:rsidP="005D77C6"/>
    <w:p w14:paraId="38111854" w14:textId="77777777" w:rsidR="005D77C6" w:rsidRDefault="005D77C6" w:rsidP="005D77C6">
      <w:proofErr w:type="spellStart"/>
      <w:r>
        <w:t>نحن</w:t>
      </w:r>
      <w:proofErr w:type="spellEnd"/>
      <w:r>
        <w:t xml:space="preserve"> </w:t>
      </w:r>
      <w:proofErr w:type="spellStart"/>
      <w:r>
        <w:t>المحامين</w:t>
      </w:r>
      <w:proofErr w:type="spellEnd"/>
      <w:r>
        <w:t xml:space="preserve"> </w:t>
      </w:r>
      <w:proofErr w:type="spellStart"/>
      <w:r>
        <w:t>والمحاميات</w:t>
      </w:r>
      <w:proofErr w:type="spellEnd"/>
      <w:r>
        <w:t xml:space="preserve"> </w:t>
      </w:r>
      <w:proofErr w:type="spellStart"/>
      <w:r>
        <w:t>الذين</w:t>
      </w:r>
      <w:proofErr w:type="spellEnd"/>
      <w:r>
        <w:t xml:space="preserve"> </w:t>
      </w:r>
      <w:proofErr w:type="spellStart"/>
      <w:r>
        <w:t>ترد</w:t>
      </w:r>
      <w:proofErr w:type="spellEnd"/>
      <w:r>
        <w:t xml:space="preserve"> </w:t>
      </w:r>
      <w:proofErr w:type="spellStart"/>
      <w:r>
        <w:t>أسماؤنا</w:t>
      </w:r>
      <w:proofErr w:type="spellEnd"/>
      <w:r>
        <w:t xml:space="preserve"> </w:t>
      </w:r>
      <w:proofErr w:type="spellStart"/>
      <w:r>
        <w:t>ونقاباتنا</w:t>
      </w:r>
      <w:proofErr w:type="spellEnd"/>
      <w:r>
        <w:t xml:space="preserve"> </w:t>
      </w:r>
      <w:proofErr w:type="spellStart"/>
      <w:r>
        <w:t>وبيانات</w:t>
      </w:r>
      <w:proofErr w:type="spellEnd"/>
      <w:r>
        <w:t xml:space="preserve"> </w:t>
      </w:r>
      <w:proofErr w:type="spellStart"/>
      <w:r>
        <w:t>قيدنا</w:t>
      </w:r>
      <w:proofErr w:type="spellEnd"/>
      <w:r>
        <w:t xml:space="preserve"> </w:t>
      </w:r>
      <w:proofErr w:type="spellStart"/>
      <w:r>
        <w:t>في</w:t>
      </w:r>
      <w:proofErr w:type="spellEnd"/>
      <w:r>
        <w:t xml:space="preserve"> </w:t>
      </w:r>
      <w:proofErr w:type="spellStart"/>
      <w:r>
        <w:t>القائمة</w:t>
      </w:r>
      <w:proofErr w:type="spellEnd"/>
      <w:r>
        <w:t xml:space="preserve"> </w:t>
      </w:r>
      <w:proofErr w:type="spellStart"/>
      <w:r>
        <w:t>المرفقة</w:t>
      </w:r>
      <w:proofErr w:type="spellEnd"/>
      <w:r>
        <w:t xml:space="preserve">، </w:t>
      </w:r>
      <w:proofErr w:type="spellStart"/>
      <w:r>
        <w:t>قد</w:t>
      </w:r>
      <w:proofErr w:type="spellEnd"/>
      <w:r>
        <w:t xml:space="preserve"> </w:t>
      </w:r>
      <w:proofErr w:type="spellStart"/>
      <w:r>
        <w:t>اجتمعنا</w:t>
      </w:r>
      <w:proofErr w:type="spellEnd"/>
      <w:r>
        <w:t xml:space="preserve"> </w:t>
      </w:r>
      <w:proofErr w:type="spellStart"/>
      <w:r>
        <w:t>من</w:t>
      </w:r>
      <w:proofErr w:type="spellEnd"/>
      <w:r>
        <w:t xml:space="preserve"> </w:t>
      </w:r>
      <w:proofErr w:type="spellStart"/>
      <w:r>
        <w:t>أجل</w:t>
      </w:r>
      <w:proofErr w:type="spellEnd"/>
      <w:r>
        <w:t xml:space="preserve"> </w:t>
      </w:r>
      <w:proofErr w:type="spellStart"/>
      <w:r>
        <w:t>منع</w:t>
      </w:r>
      <w:proofErr w:type="spellEnd"/>
      <w:r>
        <w:t xml:space="preserve"> </w:t>
      </w:r>
      <w:proofErr w:type="spellStart"/>
      <w:r>
        <w:t>الإفلات</w:t>
      </w:r>
      <w:proofErr w:type="spellEnd"/>
      <w:r>
        <w:t xml:space="preserve"> </w:t>
      </w:r>
      <w:proofErr w:type="spellStart"/>
      <w:r>
        <w:t>من</w:t>
      </w:r>
      <w:proofErr w:type="spellEnd"/>
      <w:r>
        <w:t xml:space="preserve"> </w:t>
      </w:r>
      <w:proofErr w:type="spellStart"/>
      <w:r>
        <w:t>العقاب</w:t>
      </w:r>
      <w:proofErr w:type="spellEnd"/>
      <w:r>
        <w:t xml:space="preserve"> </w:t>
      </w:r>
      <w:proofErr w:type="spellStart"/>
      <w:r>
        <w:t>على</w:t>
      </w:r>
      <w:proofErr w:type="spellEnd"/>
      <w:r>
        <w:t xml:space="preserve"> </w:t>
      </w:r>
      <w:proofErr w:type="spellStart"/>
      <w:r>
        <w:t>الجرائم</w:t>
      </w:r>
      <w:proofErr w:type="spellEnd"/>
      <w:r>
        <w:t xml:space="preserve"> </w:t>
      </w:r>
      <w:proofErr w:type="spellStart"/>
      <w:r>
        <w:t>الدولية</w:t>
      </w:r>
      <w:proofErr w:type="spellEnd"/>
      <w:r>
        <w:t xml:space="preserve"> </w:t>
      </w:r>
      <w:proofErr w:type="spellStart"/>
      <w:r>
        <w:t>وضمان</w:t>
      </w:r>
      <w:proofErr w:type="spellEnd"/>
      <w:r>
        <w:t xml:space="preserve"> </w:t>
      </w:r>
      <w:proofErr w:type="spellStart"/>
      <w:r>
        <w:t>عدم</w:t>
      </w:r>
      <w:proofErr w:type="spellEnd"/>
      <w:r>
        <w:t xml:space="preserve"> </w:t>
      </w:r>
      <w:proofErr w:type="spellStart"/>
      <w:r>
        <w:t>ترك</w:t>
      </w:r>
      <w:proofErr w:type="spellEnd"/>
      <w:r>
        <w:t xml:space="preserve"> </w:t>
      </w:r>
      <w:proofErr w:type="spellStart"/>
      <w:r>
        <w:t>القرارات</w:t>
      </w:r>
      <w:proofErr w:type="spellEnd"/>
      <w:r>
        <w:t xml:space="preserve"> </w:t>
      </w:r>
      <w:proofErr w:type="spellStart"/>
      <w:r>
        <w:t>القضائية</w:t>
      </w:r>
      <w:proofErr w:type="spellEnd"/>
      <w:r>
        <w:t xml:space="preserve"> </w:t>
      </w:r>
      <w:proofErr w:type="spellStart"/>
      <w:r>
        <w:t>رهينة</w:t>
      </w:r>
      <w:proofErr w:type="spellEnd"/>
      <w:r>
        <w:t xml:space="preserve"> </w:t>
      </w:r>
      <w:proofErr w:type="spellStart"/>
      <w:r>
        <w:t>للحسابات</w:t>
      </w:r>
      <w:proofErr w:type="spellEnd"/>
      <w:r>
        <w:t xml:space="preserve"> </w:t>
      </w:r>
      <w:proofErr w:type="spellStart"/>
      <w:r>
        <w:t>السياسية</w:t>
      </w:r>
      <w:proofErr w:type="spellEnd"/>
      <w:r>
        <w:t>.</w:t>
      </w:r>
    </w:p>
    <w:p w14:paraId="02DF236A" w14:textId="77777777" w:rsidR="005D77C6" w:rsidRDefault="005D77C6" w:rsidP="005D77C6"/>
    <w:p w14:paraId="455E4544" w14:textId="77777777" w:rsidR="005D77C6" w:rsidRDefault="005D77C6" w:rsidP="005D77C6">
      <w:proofErr w:type="spellStart"/>
      <w:r>
        <w:t>تستحضر</w:t>
      </w:r>
      <w:proofErr w:type="spellEnd"/>
      <w:r>
        <w:t xml:space="preserve"> </w:t>
      </w:r>
      <w:proofErr w:type="spellStart"/>
      <w:r>
        <w:t>هذه</w:t>
      </w:r>
      <w:proofErr w:type="spellEnd"/>
      <w:r>
        <w:t xml:space="preserve"> </w:t>
      </w:r>
      <w:proofErr w:type="spellStart"/>
      <w:r>
        <w:t>المبادرة</w:t>
      </w:r>
      <w:proofErr w:type="spellEnd"/>
      <w:r>
        <w:t xml:space="preserve"> </w:t>
      </w:r>
      <w:proofErr w:type="spellStart"/>
      <w:r>
        <w:t>المسار</w:t>
      </w:r>
      <w:proofErr w:type="spellEnd"/>
      <w:r>
        <w:t xml:space="preserve"> </w:t>
      </w:r>
      <w:proofErr w:type="spellStart"/>
      <w:r>
        <w:t>الذي</w:t>
      </w:r>
      <w:proofErr w:type="spellEnd"/>
      <w:r>
        <w:t xml:space="preserve"> </w:t>
      </w:r>
      <w:proofErr w:type="spellStart"/>
      <w:r>
        <w:t>فتحته</w:t>
      </w:r>
      <w:proofErr w:type="spellEnd"/>
      <w:r>
        <w:t xml:space="preserve"> </w:t>
      </w:r>
      <w:proofErr w:type="spellStart"/>
      <w:r>
        <w:t>في</w:t>
      </w:r>
      <w:proofErr w:type="spellEnd"/>
      <w:r>
        <w:t xml:space="preserve"> </w:t>
      </w:r>
      <w:proofErr w:type="spellStart"/>
      <w:r>
        <w:t>تاريخ</w:t>
      </w:r>
      <w:proofErr w:type="spellEnd"/>
      <w:r>
        <w:t xml:space="preserve"> </w:t>
      </w:r>
      <w:proofErr w:type="spellStart"/>
      <w:r>
        <w:t>القانون</w:t>
      </w:r>
      <w:proofErr w:type="spellEnd"/>
      <w:r>
        <w:t xml:space="preserve"> </w:t>
      </w:r>
      <w:proofErr w:type="spellStart"/>
      <w:r>
        <w:t>الإجراءات</w:t>
      </w:r>
      <w:proofErr w:type="spellEnd"/>
      <w:r>
        <w:t xml:space="preserve"> </w:t>
      </w:r>
      <w:proofErr w:type="spellStart"/>
      <w:r>
        <w:t>التي</w:t>
      </w:r>
      <w:proofErr w:type="spellEnd"/>
      <w:r>
        <w:t xml:space="preserve"> </w:t>
      </w:r>
      <w:proofErr w:type="spellStart"/>
      <w:r>
        <w:t>باشرها</w:t>
      </w:r>
      <w:proofErr w:type="spellEnd"/>
      <w:r>
        <w:t xml:space="preserve"> </w:t>
      </w:r>
      <w:proofErr w:type="spellStart"/>
      <w:r>
        <w:t>القضاء</w:t>
      </w:r>
      <w:proofErr w:type="spellEnd"/>
      <w:r>
        <w:t xml:space="preserve"> </w:t>
      </w:r>
      <w:proofErr w:type="spellStart"/>
      <w:r>
        <w:t>الإسباني</w:t>
      </w:r>
      <w:proofErr w:type="spellEnd"/>
      <w:r>
        <w:t xml:space="preserve"> </w:t>
      </w:r>
      <w:proofErr w:type="spellStart"/>
      <w:r>
        <w:t>ضد</w:t>
      </w:r>
      <w:proofErr w:type="spellEnd"/>
      <w:r>
        <w:t xml:space="preserve"> </w:t>
      </w:r>
      <w:proofErr w:type="spellStart"/>
      <w:r>
        <w:t>أوغستو</w:t>
      </w:r>
      <w:proofErr w:type="spellEnd"/>
      <w:r>
        <w:t xml:space="preserve"> </w:t>
      </w:r>
      <w:proofErr w:type="spellStart"/>
      <w:r>
        <w:t>بينوشيه</w:t>
      </w:r>
      <w:proofErr w:type="spellEnd"/>
      <w:r>
        <w:t xml:space="preserve"> </w:t>
      </w:r>
      <w:proofErr w:type="spellStart"/>
      <w:r>
        <w:t>وانتهت</w:t>
      </w:r>
      <w:proofErr w:type="spellEnd"/>
      <w:r>
        <w:t xml:space="preserve"> </w:t>
      </w:r>
      <w:proofErr w:type="spellStart"/>
      <w:r>
        <w:t>بتوقيفه</w:t>
      </w:r>
      <w:proofErr w:type="spellEnd"/>
      <w:r>
        <w:t xml:space="preserve"> </w:t>
      </w:r>
      <w:proofErr w:type="spellStart"/>
      <w:r>
        <w:t>في</w:t>
      </w:r>
      <w:proofErr w:type="spellEnd"/>
      <w:r>
        <w:t xml:space="preserve"> </w:t>
      </w:r>
      <w:proofErr w:type="spellStart"/>
      <w:r>
        <w:t>المملكة</w:t>
      </w:r>
      <w:proofErr w:type="spellEnd"/>
      <w:r>
        <w:t xml:space="preserve"> </w:t>
      </w:r>
      <w:proofErr w:type="spellStart"/>
      <w:r>
        <w:t>المتحدة</w:t>
      </w:r>
      <w:proofErr w:type="spellEnd"/>
      <w:r>
        <w:t xml:space="preserve">. </w:t>
      </w:r>
      <w:proofErr w:type="spellStart"/>
      <w:r>
        <w:t>وقد</w:t>
      </w:r>
      <w:proofErr w:type="spellEnd"/>
      <w:r>
        <w:t xml:space="preserve"> </w:t>
      </w:r>
      <w:proofErr w:type="spellStart"/>
      <w:r>
        <w:t>أثبتت</w:t>
      </w:r>
      <w:proofErr w:type="spellEnd"/>
      <w:r>
        <w:t xml:space="preserve"> </w:t>
      </w:r>
      <w:proofErr w:type="spellStart"/>
      <w:r>
        <w:t>قضية</w:t>
      </w:r>
      <w:proofErr w:type="spellEnd"/>
      <w:r>
        <w:t xml:space="preserve"> </w:t>
      </w:r>
      <w:proofErr w:type="spellStart"/>
      <w:r>
        <w:t>بينوشيه</w:t>
      </w:r>
      <w:proofErr w:type="spellEnd"/>
      <w:r>
        <w:t xml:space="preserve"> </w:t>
      </w:r>
      <w:proofErr w:type="spellStart"/>
      <w:r>
        <w:t>للعالم</w:t>
      </w:r>
      <w:proofErr w:type="spellEnd"/>
      <w:r>
        <w:t xml:space="preserve"> </w:t>
      </w:r>
      <w:proofErr w:type="spellStart"/>
      <w:r>
        <w:t>أن</w:t>
      </w:r>
      <w:proofErr w:type="spellEnd"/>
      <w:r>
        <w:t xml:space="preserve"> </w:t>
      </w:r>
      <w:proofErr w:type="spellStart"/>
      <w:r>
        <w:t>رؤساء</w:t>
      </w:r>
      <w:proofErr w:type="spellEnd"/>
      <w:r>
        <w:t xml:space="preserve"> </w:t>
      </w:r>
      <w:proofErr w:type="spellStart"/>
      <w:r>
        <w:t>الدول</w:t>
      </w:r>
      <w:proofErr w:type="spellEnd"/>
      <w:r>
        <w:t xml:space="preserve"> </w:t>
      </w:r>
      <w:proofErr w:type="spellStart"/>
      <w:r>
        <w:t>السابقين</w:t>
      </w:r>
      <w:proofErr w:type="spellEnd"/>
      <w:r>
        <w:t xml:space="preserve"> </w:t>
      </w:r>
      <w:proofErr w:type="spellStart"/>
      <w:r>
        <w:t>لا</w:t>
      </w:r>
      <w:proofErr w:type="spellEnd"/>
      <w:r>
        <w:t xml:space="preserve"> </w:t>
      </w:r>
      <w:proofErr w:type="spellStart"/>
      <w:r>
        <w:t>يتمتعون</w:t>
      </w:r>
      <w:proofErr w:type="spellEnd"/>
      <w:r>
        <w:t xml:space="preserve"> </w:t>
      </w:r>
      <w:proofErr w:type="spellStart"/>
      <w:r>
        <w:t>بحصانة</w:t>
      </w:r>
      <w:proofErr w:type="spellEnd"/>
      <w:r>
        <w:t xml:space="preserve"> </w:t>
      </w:r>
      <w:proofErr w:type="spellStart"/>
      <w:r>
        <w:t>مطلقة</w:t>
      </w:r>
      <w:proofErr w:type="spellEnd"/>
      <w:r>
        <w:t xml:space="preserve"> </w:t>
      </w:r>
      <w:proofErr w:type="spellStart"/>
      <w:r>
        <w:t>فيما</w:t>
      </w:r>
      <w:proofErr w:type="spellEnd"/>
      <w:r>
        <w:t xml:space="preserve"> </w:t>
      </w:r>
      <w:proofErr w:type="spellStart"/>
      <w:r>
        <w:t>يتعلق</w:t>
      </w:r>
      <w:proofErr w:type="spellEnd"/>
      <w:r>
        <w:t xml:space="preserve"> </w:t>
      </w:r>
      <w:proofErr w:type="spellStart"/>
      <w:r>
        <w:t>بالتعذيب</w:t>
      </w:r>
      <w:proofErr w:type="spellEnd"/>
      <w:r>
        <w:t xml:space="preserve"> </w:t>
      </w:r>
      <w:proofErr w:type="spellStart"/>
      <w:r>
        <w:t>والجرائم</w:t>
      </w:r>
      <w:proofErr w:type="spellEnd"/>
      <w:r>
        <w:t xml:space="preserve"> </w:t>
      </w:r>
      <w:proofErr w:type="spellStart"/>
      <w:r>
        <w:t>ضد</w:t>
      </w:r>
      <w:proofErr w:type="spellEnd"/>
      <w:r>
        <w:t xml:space="preserve"> </w:t>
      </w:r>
      <w:proofErr w:type="spellStart"/>
      <w:r>
        <w:t>الإنسانية</w:t>
      </w:r>
      <w:proofErr w:type="spellEnd"/>
      <w:r>
        <w:t xml:space="preserve">، </w:t>
      </w:r>
      <w:proofErr w:type="spellStart"/>
      <w:r>
        <w:t>وأن</w:t>
      </w:r>
      <w:proofErr w:type="spellEnd"/>
      <w:r>
        <w:t xml:space="preserve"> </w:t>
      </w:r>
      <w:proofErr w:type="spellStart"/>
      <w:r>
        <w:t>الجرائم</w:t>
      </w:r>
      <w:proofErr w:type="spellEnd"/>
      <w:r>
        <w:t xml:space="preserve"> </w:t>
      </w:r>
      <w:proofErr w:type="spellStart"/>
      <w:r>
        <w:t>الدولية</w:t>
      </w:r>
      <w:proofErr w:type="spellEnd"/>
      <w:r>
        <w:t xml:space="preserve"> </w:t>
      </w:r>
      <w:proofErr w:type="spellStart"/>
      <w:r>
        <w:t>لا</w:t>
      </w:r>
      <w:proofErr w:type="spellEnd"/>
      <w:r>
        <w:t xml:space="preserve"> </w:t>
      </w:r>
      <w:proofErr w:type="spellStart"/>
      <w:r>
        <w:t>يمكن</w:t>
      </w:r>
      <w:proofErr w:type="spellEnd"/>
      <w:r>
        <w:t xml:space="preserve"> </w:t>
      </w:r>
      <w:proofErr w:type="spellStart"/>
      <w:r>
        <w:t>إخراجها</w:t>
      </w:r>
      <w:proofErr w:type="spellEnd"/>
      <w:r>
        <w:t xml:space="preserve"> </w:t>
      </w:r>
      <w:proofErr w:type="spellStart"/>
      <w:r>
        <w:t>من</w:t>
      </w:r>
      <w:proofErr w:type="spellEnd"/>
      <w:r>
        <w:t xml:space="preserve"> </w:t>
      </w:r>
      <w:proofErr w:type="spellStart"/>
      <w:r>
        <w:t>نطاق</w:t>
      </w:r>
      <w:proofErr w:type="spellEnd"/>
      <w:r>
        <w:t xml:space="preserve"> </w:t>
      </w:r>
      <w:proofErr w:type="spellStart"/>
      <w:r>
        <w:t>القانون</w:t>
      </w:r>
      <w:proofErr w:type="spellEnd"/>
      <w:r>
        <w:t xml:space="preserve"> </w:t>
      </w:r>
      <w:proofErr w:type="spellStart"/>
      <w:r>
        <w:t>بذريعة</w:t>
      </w:r>
      <w:proofErr w:type="spellEnd"/>
      <w:r>
        <w:t xml:space="preserve"> </w:t>
      </w:r>
      <w:proofErr w:type="spellStart"/>
      <w:r>
        <w:t>المنصب</w:t>
      </w:r>
      <w:proofErr w:type="spellEnd"/>
      <w:r>
        <w:t xml:space="preserve"> </w:t>
      </w:r>
      <w:proofErr w:type="spellStart"/>
      <w:r>
        <w:t>أو</w:t>
      </w:r>
      <w:proofErr w:type="spellEnd"/>
      <w:r>
        <w:t xml:space="preserve"> </w:t>
      </w:r>
      <w:proofErr w:type="spellStart"/>
      <w:r>
        <w:t>القوة</w:t>
      </w:r>
      <w:proofErr w:type="spellEnd"/>
      <w:r>
        <w:t>.</w:t>
      </w:r>
    </w:p>
    <w:p w14:paraId="4C941E8B" w14:textId="77777777" w:rsidR="005D77C6" w:rsidRDefault="005D77C6" w:rsidP="005D77C6"/>
    <w:p w14:paraId="696486FF" w14:textId="77777777" w:rsidR="005D77C6" w:rsidRDefault="005D77C6" w:rsidP="005D77C6">
      <w:proofErr w:type="spellStart"/>
      <w:r>
        <w:t>واليوم</w:t>
      </w:r>
      <w:proofErr w:type="spellEnd"/>
      <w:r>
        <w:t xml:space="preserve"> </w:t>
      </w:r>
      <w:proofErr w:type="spellStart"/>
      <w:r>
        <w:t>تواجه</w:t>
      </w:r>
      <w:proofErr w:type="spellEnd"/>
      <w:r>
        <w:t xml:space="preserve"> </w:t>
      </w:r>
      <w:proofErr w:type="spellStart"/>
      <w:r>
        <w:t>القرارات</w:t>
      </w:r>
      <w:proofErr w:type="spellEnd"/>
      <w:r>
        <w:t xml:space="preserve"> </w:t>
      </w:r>
      <w:proofErr w:type="spellStart"/>
      <w:r>
        <w:t>الصادرة</w:t>
      </w:r>
      <w:proofErr w:type="spellEnd"/>
      <w:r>
        <w:t xml:space="preserve"> </w:t>
      </w:r>
      <w:proofErr w:type="spellStart"/>
      <w:r>
        <w:t>بحق</w:t>
      </w:r>
      <w:proofErr w:type="spellEnd"/>
      <w:r>
        <w:t xml:space="preserve"> </w:t>
      </w:r>
      <w:proofErr w:type="spellStart"/>
      <w:r>
        <w:t>بنيامين</w:t>
      </w:r>
      <w:proofErr w:type="spellEnd"/>
      <w:r>
        <w:t xml:space="preserve"> </w:t>
      </w:r>
      <w:proofErr w:type="spellStart"/>
      <w:r>
        <w:t>نتنياهو</w:t>
      </w:r>
      <w:proofErr w:type="spellEnd"/>
      <w:r>
        <w:t xml:space="preserve"> </w:t>
      </w:r>
      <w:proofErr w:type="spellStart"/>
      <w:r>
        <w:t>الاختبار</w:t>
      </w:r>
      <w:proofErr w:type="spellEnd"/>
      <w:r>
        <w:t xml:space="preserve"> </w:t>
      </w:r>
      <w:proofErr w:type="spellStart"/>
      <w:r>
        <w:t>التاريخي</w:t>
      </w:r>
      <w:proofErr w:type="spellEnd"/>
      <w:r>
        <w:t xml:space="preserve"> </w:t>
      </w:r>
      <w:proofErr w:type="spellStart"/>
      <w:r>
        <w:t>والقانوني</w:t>
      </w:r>
      <w:proofErr w:type="spellEnd"/>
      <w:r>
        <w:t xml:space="preserve"> </w:t>
      </w:r>
      <w:proofErr w:type="spellStart"/>
      <w:r>
        <w:t>ذاته</w:t>
      </w:r>
      <w:proofErr w:type="spellEnd"/>
      <w:r>
        <w:t xml:space="preserve">. </w:t>
      </w:r>
      <w:proofErr w:type="spellStart"/>
      <w:r>
        <w:t>فالقيمة</w:t>
      </w:r>
      <w:proofErr w:type="spellEnd"/>
      <w:r>
        <w:t xml:space="preserve"> </w:t>
      </w:r>
      <w:proofErr w:type="spellStart"/>
      <w:r>
        <w:t>الحقيقية</w:t>
      </w:r>
      <w:proofErr w:type="spellEnd"/>
      <w:r>
        <w:t xml:space="preserve"> </w:t>
      </w:r>
      <w:proofErr w:type="spellStart"/>
      <w:r>
        <w:t>لمذكرة</w:t>
      </w:r>
      <w:proofErr w:type="spellEnd"/>
      <w:r>
        <w:t xml:space="preserve"> </w:t>
      </w:r>
      <w:proofErr w:type="spellStart"/>
      <w:r>
        <w:t>التوقيف</w:t>
      </w:r>
      <w:proofErr w:type="spellEnd"/>
      <w:r>
        <w:t xml:space="preserve"> </w:t>
      </w:r>
      <w:proofErr w:type="spellStart"/>
      <w:r>
        <w:t>لا</w:t>
      </w:r>
      <w:proofErr w:type="spellEnd"/>
      <w:r>
        <w:t xml:space="preserve"> </w:t>
      </w:r>
      <w:proofErr w:type="spellStart"/>
      <w:r>
        <w:t>تكمن</w:t>
      </w:r>
      <w:proofErr w:type="spellEnd"/>
      <w:r>
        <w:t xml:space="preserve"> </w:t>
      </w:r>
      <w:proofErr w:type="spellStart"/>
      <w:r>
        <w:t>في</w:t>
      </w:r>
      <w:proofErr w:type="spellEnd"/>
      <w:r>
        <w:t xml:space="preserve"> </w:t>
      </w:r>
      <w:proofErr w:type="spellStart"/>
      <w:r>
        <w:t>إصدارها</w:t>
      </w:r>
      <w:proofErr w:type="spellEnd"/>
      <w:r>
        <w:t xml:space="preserve"> </w:t>
      </w:r>
      <w:proofErr w:type="spellStart"/>
      <w:r>
        <w:t>فحسب</w:t>
      </w:r>
      <w:proofErr w:type="spellEnd"/>
      <w:r>
        <w:t xml:space="preserve">، </w:t>
      </w:r>
      <w:proofErr w:type="spellStart"/>
      <w:r>
        <w:t>بل</w:t>
      </w:r>
      <w:proofErr w:type="spellEnd"/>
      <w:r>
        <w:t xml:space="preserve"> </w:t>
      </w:r>
      <w:proofErr w:type="spellStart"/>
      <w:r>
        <w:t>في</w:t>
      </w:r>
      <w:proofErr w:type="spellEnd"/>
      <w:r>
        <w:t xml:space="preserve"> </w:t>
      </w:r>
      <w:proofErr w:type="spellStart"/>
      <w:r>
        <w:t>الإرادة</w:t>
      </w:r>
      <w:proofErr w:type="spellEnd"/>
      <w:r>
        <w:t xml:space="preserve"> </w:t>
      </w:r>
      <w:proofErr w:type="spellStart"/>
      <w:r>
        <w:t>القانونية</w:t>
      </w:r>
      <w:proofErr w:type="spellEnd"/>
      <w:r>
        <w:t xml:space="preserve"> </w:t>
      </w:r>
      <w:proofErr w:type="spellStart"/>
      <w:r>
        <w:t>المبذولة</w:t>
      </w:r>
      <w:proofErr w:type="spellEnd"/>
      <w:r>
        <w:t xml:space="preserve"> </w:t>
      </w:r>
      <w:proofErr w:type="spellStart"/>
      <w:r>
        <w:t>لتنفيذها</w:t>
      </w:r>
      <w:proofErr w:type="spellEnd"/>
      <w:r>
        <w:t xml:space="preserve">. </w:t>
      </w:r>
      <w:proofErr w:type="spellStart"/>
      <w:r>
        <w:t>وعندما</w:t>
      </w:r>
      <w:proofErr w:type="spellEnd"/>
      <w:r>
        <w:t xml:space="preserve"> </w:t>
      </w:r>
      <w:proofErr w:type="spellStart"/>
      <w:r>
        <w:t>لا</w:t>
      </w:r>
      <w:proofErr w:type="spellEnd"/>
      <w:r>
        <w:t xml:space="preserve"> </w:t>
      </w:r>
      <w:proofErr w:type="spellStart"/>
      <w:r>
        <w:t>يُطبّق</w:t>
      </w:r>
      <w:proofErr w:type="spellEnd"/>
      <w:r>
        <w:t xml:space="preserve"> </w:t>
      </w:r>
      <w:proofErr w:type="spellStart"/>
      <w:r>
        <w:t>القانون</w:t>
      </w:r>
      <w:proofErr w:type="spellEnd"/>
      <w:r>
        <w:t xml:space="preserve"> </w:t>
      </w:r>
      <w:proofErr w:type="spellStart"/>
      <w:r>
        <w:t>على</w:t>
      </w:r>
      <w:proofErr w:type="spellEnd"/>
      <w:r>
        <w:t xml:space="preserve"> </w:t>
      </w:r>
      <w:proofErr w:type="spellStart"/>
      <w:r>
        <w:t>قادة</w:t>
      </w:r>
      <w:proofErr w:type="spellEnd"/>
      <w:r>
        <w:t xml:space="preserve"> </w:t>
      </w:r>
      <w:proofErr w:type="spellStart"/>
      <w:r>
        <w:t>الدول</w:t>
      </w:r>
      <w:proofErr w:type="spellEnd"/>
      <w:r>
        <w:t xml:space="preserve"> </w:t>
      </w:r>
      <w:proofErr w:type="spellStart"/>
      <w:r>
        <w:t>القوية</w:t>
      </w:r>
      <w:proofErr w:type="spellEnd"/>
      <w:r>
        <w:t xml:space="preserve">، </w:t>
      </w:r>
      <w:proofErr w:type="spellStart"/>
      <w:r>
        <w:t>فإنه</w:t>
      </w:r>
      <w:proofErr w:type="spellEnd"/>
      <w:r>
        <w:t xml:space="preserve"> </w:t>
      </w:r>
      <w:proofErr w:type="spellStart"/>
      <w:r>
        <w:t>يتحول</w:t>
      </w:r>
      <w:proofErr w:type="spellEnd"/>
      <w:r>
        <w:t xml:space="preserve"> </w:t>
      </w:r>
      <w:proofErr w:type="spellStart"/>
      <w:r>
        <w:t>إلى</w:t>
      </w:r>
      <w:proofErr w:type="spellEnd"/>
      <w:r>
        <w:t xml:space="preserve"> </w:t>
      </w:r>
      <w:proofErr w:type="spellStart"/>
      <w:r>
        <w:t>أداة</w:t>
      </w:r>
      <w:proofErr w:type="spellEnd"/>
      <w:r>
        <w:t xml:space="preserve"> </w:t>
      </w:r>
      <w:proofErr w:type="spellStart"/>
      <w:r>
        <w:t>عقاب</w:t>
      </w:r>
      <w:proofErr w:type="spellEnd"/>
      <w:r>
        <w:t xml:space="preserve"> </w:t>
      </w:r>
      <w:proofErr w:type="spellStart"/>
      <w:r>
        <w:t>انتقائية</w:t>
      </w:r>
      <w:proofErr w:type="spellEnd"/>
      <w:r>
        <w:t xml:space="preserve"> </w:t>
      </w:r>
      <w:proofErr w:type="spellStart"/>
      <w:r>
        <w:t>لا</w:t>
      </w:r>
      <w:proofErr w:type="spellEnd"/>
      <w:r>
        <w:t xml:space="preserve"> </w:t>
      </w:r>
      <w:proofErr w:type="spellStart"/>
      <w:r>
        <w:t>تعمل</w:t>
      </w:r>
      <w:proofErr w:type="spellEnd"/>
      <w:r>
        <w:t xml:space="preserve"> </w:t>
      </w:r>
      <w:proofErr w:type="spellStart"/>
      <w:r>
        <w:t>إلا</w:t>
      </w:r>
      <w:proofErr w:type="spellEnd"/>
      <w:r>
        <w:t xml:space="preserve"> </w:t>
      </w:r>
      <w:proofErr w:type="spellStart"/>
      <w:r>
        <w:t>ضد</w:t>
      </w:r>
      <w:proofErr w:type="spellEnd"/>
      <w:r>
        <w:t xml:space="preserve"> </w:t>
      </w:r>
      <w:proofErr w:type="spellStart"/>
      <w:r>
        <w:t>الضعفاء</w:t>
      </w:r>
      <w:proofErr w:type="spellEnd"/>
      <w:r>
        <w:t xml:space="preserve"> </w:t>
      </w:r>
      <w:proofErr w:type="spellStart"/>
      <w:r>
        <w:t>والمهزومين</w:t>
      </w:r>
      <w:proofErr w:type="spellEnd"/>
      <w:r>
        <w:t xml:space="preserve"> </w:t>
      </w:r>
      <w:proofErr w:type="spellStart"/>
      <w:r>
        <w:t>وغير</w:t>
      </w:r>
      <w:proofErr w:type="spellEnd"/>
      <w:r>
        <w:t xml:space="preserve"> </w:t>
      </w:r>
      <w:proofErr w:type="spellStart"/>
      <w:r>
        <w:t>المحميين</w:t>
      </w:r>
      <w:proofErr w:type="spellEnd"/>
      <w:r>
        <w:t>.</w:t>
      </w:r>
    </w:p>
    <w:p w14:paraId="509BCFEF" w14:textId="77777777" w:rsidR="005D77C6" w:rsidRDefault="005D77C6" w:rsidP="005D77C6"/>
    <w:p w14:paraId="0484E1DD" w14:textId="77777777" w:rsidR="005D77C6" w:rsidRDefault="005D77C6" w:rsidP="005D77C6">
      <w:proofErr w:type="spellStart"/>
      <w:r>
        <w:t>الإطار</w:t>
      </w:r>
      <w:proofErr w:type="spellEnd"/>
      <w:r>
        <w:t xml:space="preserve"> </w:t>
      </w:r>
      <w:proofErr w:type="spellStart"/>
      <w:r>
        <w:t>القانوني</w:t>
      </w:r>
      <w:proofErr w:type="spellEnd"/>
      <w:r>
        <w:t xml:space="preserve"> </w:t>
      </w:r>
      <w:proofErr w:type="spellStart"/>
      <w:r>
        <w:t>والوقائعي</w:t>
      </w:r>
      <w:proofErr w:type="spellEnd"/>
    </w:p>
    <w:p w14:paraId="78D98D2F" w14:textId="77777777" w:rsidR="005D77C6" w:rsidRDefault="005D77C6" w:rsidP="005D77C6"/>
    <w:p w14:paraId="4D0A433A" w14:textId="77777777" w:rsidR="005D77C6" w:rsidRDefault="005D77C6" w:rsidP="005D77C6">
      <w:proofErr w:type="spellStart"/>
      <w:r>
        <w:t>في</w:t>
      </w:r>
      <w:proofErr w:type="spellEnd"/>
      <w:r>
        <w:t xml:space="preserve"> 21 </w:t>
      </w:r>
      <w:proofErr w:type="spellStart"/>
      <w:r>
        <w:t>نوفمبر</w:t>
      </w:r>
      <w:proofErr w:type="spellEnd"/>
      <w:r>
        <w:t xml:space="preserve"> 2024، </w:t>
      </w:r>
      <w:proofErr w:type="spellStart"/>
      <w:r>
        <w:t>أصدرت</w:t>
      </w:r>
      <w:proofErr w:type="spellEnd"/>
      <w:r>
        <w:t xml:space="preserve"> </w:t>
      </w:r>
      <w:proofErr w:type="spellStart"/>
      <w:r>
        <w:t>المحكمة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مذكرة</w:t>
      </w:r>
      <w:proofErr w:type="spellEnd"/>
      <w:r>
        <w:t xml:space="preserve"> </w:t>
      </w:r>
      <w:proofErr w:type="spellStart"/>
      <w:r>
        <w:t>توقيف</w:t>
      </w:r>
      <w:proofErr w:type="spellEnd"/>
      <w:r>
        <w:t xml:space="preserve"> </w:t>
      </w:r>
      <w:proofErr w:type="spellStart"/>
      <w:r>
        <w:t>بحق</w:t>
      </w:r>
      <w:proofErr w:type="spellEnd"/>
      <w:r>
        <w:t xml:space="preserve"> </w:t>
      </w:r>
      <w:proofErr w:type="spellStart"/>
      <w:r>
        <w:t>رئيس</w:t>
      </w:r>
      <w:proofErr w:type="spellEnd"/>
      <w:r>
        <w:t xml:space="preserve"> </w:t>
      </w:r>
      <w:proofErr w:type="spellStart"/>
      <w:r>
        <w:t>الوزراء</w:t>
      </w:r>
      <w:proofErr w:type="spellEnd"/>
      <w:r>
        <w:t xml:space="preserve"> </w:t>
      </w:r>
      <w:proofErr w:type="spellStart"/>
      <w:r>
        <w:t>الإسرائيلي</w:t>
      </w:r>
      <w:proofErr w:type="spellEnd"/>
      <w:r>
        <w:t xml:space="preserve"> </w:t>
      </w:r>
      <w:proofErr w:type="spellStart"/>
      <w:r>
        <w:t>بنيامين</w:t>
      </w:r>
      <w:proofErr w:type="spellEnd"/>
      <w:r>
        <w:t xml:space="preserve"> </w:t>
      </w:r>
      <w:proofErr w:type="spellStart"/>
      <w:r>
        <w:t>نتنياهو</w:t>
      </w:r>
      <w:proofErr w:type="spellEnd"/>
      <w:r>
        <w:t xml:space="preserve"> </w:t>
      </w:r>
      <w:proofErr w:type="spellStart"/>
      <w:r>
        <w:t>على</w:t>
      </w:r>
      <w:proofErr w:type="spellEnd"/>
      <w:r>
        <w:t xml:space="preserve"> </w:t>
      </w:r>
      <w:proofErr w:type="spellStart"/>
      <w:r>
        <w:t>خلفية</w:t>
      </w:r>
      <w:proofErr w:type="spellEnd"/>
      <w:r>
        <w:t xml:space="preserve"> </w:t>
      </w:r>
      <w:proofErr w:type="spellStart"/>
      <w:r>
        <w:t>اتهامات</w:t>
      </w:r>
      <w:proofErr w:type="spellEnd"/>
      <w:r>
        <w:t xml:space="preserve"> </w:t>
      </w:r>
      <w:proofErr w:type="spellStart"/>
      <w:r>
        <w:t>بارتكاب</w:t>
      </w:r>
      <w:proofErr w:type="spellEnd"/>
      <w:r>
        <w:t xml:space="preserve"> </w:t>
      </w:r>
      <w:proofErr w:type="spellStart"/>
      <w:r>
        <w:t>جرائم</w:t>
      </w:r>
      <w:proofErr w:type="spellEnd"/>
      <w:r>
        <w:t xml:space="preserve"> </w:t>
      </w:r>
      <w:proofErr w:type="spellStart"/>
      <w:r>
        <w:t>حرب</w:t>
      </w:r>
      <w:proofErr w:type="spellEnd"/>
      <w:r>
        <w:t xml:space="preserve"> </w:t>
      </w:r>
      <w:proofErr w:type="spellStart"/>
      <w:r>
        <w:t>وجرائم</w:t>
      </w:r>
      <w:proofErr w:type="spellEnd"/>
      <w:r>
        <w:t xml:space="preserve"> </w:t>
      </w:r>
      <w:proofErr w:type="spellStart"/>
      <w:r>
        <w:t>ضد</w:t>
      </w:r>
      <w:proofErr w:type="spellEnd"/>
      <w:r>
        <w:t xml:space="preserve"> </w:t>
      </w:r>
      <w:proofErr w:type="spellStart"/>
      <w:r>
        <w:t>الإنسانية</w:t>
      </w:r>
      <w:proofErr w:type="spellEnd"/>
      <w:r>
        <w:t>.</w:t>
      </w:r>
    </w:p>
    <w:p w14:paraId="1DC1EB5A" w14:textId="77777777" w:rsidR="005D77C6" w:rsidRDefault="005D77C6" w:rsidP="005D77C6"/>
    <w:p w14:paraId="336EA906" w14:textId="77777777" w:rsidR="005D77C6" w:rsidRDefault="005D77C6" w:rsidP="005D77C6">
      <w:proofErr w:type="spellStart"/>
      <w:r>
        <w:t>وفي</w:t>
      </w:r>
      <w:proofErr w:type="spellEnd"/>
      <w:r>
        <w:t xml:space="preserve"> </w:t>
      </w:r>
      <w:proofErr w:type="spellStart"/>
      <w:r>
        <w:t>الدعوى</w:t>
      </w:r>
      <w:proofErr w:type="spellEnd"/>
      <w:r>
        <w:t xml:space="preserve"> </w:t>
      </w:r>
      <w:proofErr w:type="spellStart"/>
      <w:r>
        <w:t>المنظورة</w:t>
      </w:r>
      <w:proofErr w:type="spellEnd"/>
      <w:r>
        <w:t xml:space="preserve"> </w:t>
      </w:r>
      <w:proofErr w:type="spellStart"/>
      <w:r>
        <w:t>بشأن</w:t>
      </w:r>
      <w:proofErr w:type="spellEnd"/>
      <w:r>
        <w:t xml:space="preserve"> </w:t>
      </w:r>
      <w:proofErr w:type="spellStart"/>
      <w:r>
        <w:t>التدخل</w:t>
      </w:r>
      <w:proofErr w:type="spellEnd"/>
      <w:r>
        <w:t xml:space="preserve"> </w:t>
      </w:r>
      <w:proofErr w:type="spellStart"/>
      <w:r>
        <w:t>ضد</w:t>
      </w:r>
      <w:proofErr w:type="spellEnd"/>
      <w:r>
        <w:t xml:space="preserve"> </w:t>
      </w:r>
      <w:proofErr w:type="spellStart"/>
      <w:r>
        <w:t>أسطول</w:t>
      </w:r>
      <w:proofErr w:type="spellEnd"/>
      <w:r>
        <w:t xml:space="preserve"> </w:t>
      </w:r>
      <w:proofErr w:type="spellStart"/>
      <w:r>
        <w:t>الصمود</w:t>
      </w:r>
      <w:proofErr w:type="spellEnd"/>
      <w:r>
        <w:t xml:space="preserve"> </w:t>
      </w:r>
      <w:proofErr w:type="spellStart"/>
      <w:r>
        <w:t>الذي</w:t>
      </w:r>
      <w:proofErr w:type="spellEnd"/>
      <w:r>
        <w:t xml:space="preserve"> </w:t>
      </w:r>
      <w:proofErr w:type="spellStart"/>
      <w:r>
        <w:t>كان</w:t>
      </w:r>
      <w:proofErr w:type="spellEnd"/>
      <w:r>
        <w:t xml:space="preserve"> </w:t>
      </w:r>
      <w:proofErr w:type="spellStart"/>
      <w:r>
        <w:t>ينقل</w:t>
      </w:r>
      <w:proofErr w:type="spellEnd"/>
      <w:r>
        <w:t xml:space="preserve"> </w:t>
      </w:r>
      <w:proofErr w:type="spellStart"/>
      <w:r>
        <w:t>مساعدات</w:t>
      </w:r>
      <w:proofErr w:type="spellEnd"/>
      <w:r>
        <w:t xml:space="preserve"> </w:t>
      </w:r>
      <w:proofErr w:type="spellStart"/>
      <w:r>
        <w:t>إنسانية</w:t>
      </w:r>
      <w:proofErr w:type="spellEnd"/>
      <w:r>
        <w:t xml:space="preserve"> </w:t>
      </w:r>
      <w:proofErr w:type="spellStart"/>
      <w:r>
        <w:t>إلى</w:t>
      </w:r>
      <w:proofErr w:type="spellEnd"/>
      <w:r>
        <w:t xml:space="preserve"> </w:t>
      </w:r>
      <w:proofErr w:type="spellStart"/>
      <w:r>
        <w:t>غزة</w:t>
      </w:r>
      <w:proofErr w:type="spellEnd"/>
      <w:r>
        <w:t xml:space="preserve">، </w:t>
      </w:r>
      <w:proofErr w:type="spellStart"/>
      <w:r>
        <w:t>قررت</w:t>
      </w:r>
      <w:proofErr w:type="spellEnd"/>
      <w:r>
        <w:t xml:space="preserve"> </w:t>
      </w:r>
      <w:proofErr w:type="spellStart"/>
      <w:r>
        <w:t>محكمة</w:t>
      </w:r>
      <w:proofErr w:type="spellEnd"/>
      <w:r>
        <w:t xml:space="preserve"> </w:t>
      </w:r>
      <w:proofErr w:type="spellStart"/>
      <w:r>
        <w:t>الجنايات</w:t>
      </w:r>
      <w:proofErr w:type="spellEnd"/>
      <w:r>
        <w:t xml:space="preserve"> </w:t>
      </w:r>
      <w:proofErr w:type="spellStart"/>
      <w:r>
        <w:t>الحادية</w:t>
      </w:r>
      <w:proofErr w:type="spellEnd"/>
      <w:r>
        <w:t xml:space="preserve"> </w:t>
      </w:r>
      <w:proofErr w:type="spellStart"/>
      <w:r>
        <w:t>عشرة</w:t>
      </w:r>
      <w:proofErr w:type="spellEnd"/>
      <w:r>
        <w:t xml:space="preserve"> </w:t>
      </w:r>
      <w:proofErr w:type="spellStart"/>
      <w:r>
        <w:t>في</w:t>
      </w:r>
      <w:proofErr w:type="spellEnd"/>
      <w:r>
        <w:t xml:space="preserve"> </w:t>
      </w:r>
      <w:proofErr w:type="spellStart"/>
      <w:r>
        <w:t>إسطنبول</w:t>
      </w:r>
      <w:proofErr w:type="spellEnd"/>
      <w:r>
        <w:t xml:space="preserve">، </w:t>
      </w:r>
      <w:proofErr w:type="spellStart"/>
      <w:r>
        <w:t>بموجب</w:t>
      </w:r>
      <w:proofErr w:type="spellEnd"/>
      <w:r>
        <w:t xml:space="preserve"> </w:t>
      </w:r>
      <w:proofErr w:type="spellStart"/>
      <w:r>
        <w:t>قرارها</w:t>
      </w:r>
      <w:proofErr w:type="spellEnd"/>
      <w:r>
        <w:t xml:space="preserve"> </w:t>
      </w:r>
      <w:proofErr w:type="spellStart"/>
      <w:r>
        <w:t>التمهيدي</w:t>
      </w:r>
      <w:proofErr w:type="spellEnd"/>
      <w:r>
        <w:t xml:space="preserve"> </w:t>
      </w:r>
      <w:proofErr w:type="spellStart"/>
      <w:r>
        <w:t>المؤرخ</w:t>
      </w:r>
      <w:proofErr w:type="spellEnd"/>
      <w:r>
        <w:t xml:space="preserve"> 14 </w:t>
      </w:r>
      <w:proofErr w:type="spellStart"/>
      <w:r>
        <w:t>يوليو</w:t>
      </w:r>
      <w:proofErr w:type="spellEnd"/>
      <w:r>
        <w:t xml:space="preserve"> 2026، </w:t>
      </w:r>
      <w:proofErr w:type="spellStart"/>
      <w:r>
        <w:t>اتخاذ</w:t>
      </w:r>
      <w:proofErr w:type="spellEnd"/>
      <w:r>
        <w:t xml:space="preserve"> </w:t>
      </w:r>
      <w:proofErr w:type="spellStart"/>
      <w:r>
        <w:t>الإجراءات</w:t>
      </w:r>
      <w:proofErr w:type="spellEnd"/>
      <w:r>
        <w:t xml:space="preserve"> </w:t>
      </w:r>
      <w:proofErr w:type="spellStart"/>
      <w:r>
        <w:t>اللازمة</w:t>
      </w:r>
      <w:proofErr w:type="spellEnd"/>
      <w:r>
        <w:t xml:space="preserve"> </w:t>
      </w:r>
      <w:proofErr w:type="spellStart"/>
      <w:r>
        <w:t>لإصدار</w:t>
      </w:r>
      <w:proofErr w:type="spellEnd"/>
      <w:r>
        <w:t xml:space="preserve"> </w:t>
      </w:r>
      <w:proofErr w:type="spellStart"/>
      <w:r>
        <w:t>نشرة</w:t>
      </w:r>
      <w:proofErr w:type="spellEnd"/>
      <w:r>
        <w:t xml:space="preserve"> </w:t>
      </w:r>
      <w:proofErr w:type="spellStart"/>
      <w:r>
        <w:t>حمراء</w:t>
      </w:r>
      <w:proofErr w:type="spellEnd"/>
      <w:r>
        <w:t xml:space="preserve"> </w:t>
      </w:r>
      <w:proofErr w:type="spellStart"/>
      <w:r>
        <w:t>للإنتربول</w:t>
      </w:r>
      <w:proofErr w:type="spellEnd"/>
      <w:r>
        <w:t xml:space="preserve"> </w:t>
      </w:r>
      <w:proofErr w:type="spellStart"/>
      <w:r>
        <w:t>بحق</w:t>
      </w:r>
      <w:proofErr w:type="spellEnd"/>
      <w:r>
        <w:t xml:space="preserve"> </w:t>
      </w:r>
      <w:proofErr w:type="spellStart"/>
      <w:r>
        <w:t>نتنياهو</w:t>
      </w:r>
      <w:proofErr w:type="spellEnd"/>
      <w:r>
        <w:t>.</w:t>
      </w:r>
    </w:p>
    <w:p w14:paraId="3757100A" w14:textId="77777777" w:rsidR="005D77C6" w:rsidRDefault="005D77C6" w:rsidP="005D77C6"/>
    <w:p w14:paraId="220F26B4" w14:textId="77777777" w:rsidR="005D77C6" w:rsidRDefault="005D77C6" w:rsidP="005D77C6">
      <w:proofErr w:type="spellStart"/>
      <w:r>
        <w:t>هذان</w:t>
      </w:r>
      <w:proofErr w:type="spellEnd"/>
      <w:r>
        <w:t xml:space="preserve"> </w:t>
      </w:r>
      <w:proofErr w:type="spellStart"/>
      <w:r>
        <w:t>القراران</w:t>
      </w:r>
      <w:proofErr w:type="spellEnd"/>
      <w:r>
        <w:t xml:space="preserve"> </w:t>
      </w:r>
      <w:proofErr w:type="spellStart"/>
      <w:r>
        <w:t>ليسا</w:t>
      </w:r>
      <w:proofErr w:type="spellEnd"/>
      <w:r>
        <w:t xml:space="preserve"> </w:t>
      </w:r>
      <w:proofErr w:type="spellStart"/>
      <w:r>
        <w:t>واقعتين</w:t>
      </w:r>
      <w:proofErr w:type="spellEnd"/>
      <w:r>
        <w:t xml:space="preserve"> </w:t>
      </w:r>
      <w:proofErr w:type="spellStart"/>
      <w:r>
        <w:t>قانونيتين</w:t>
      </w:r>
      <w:proofErr w:type="spellEnd"/>
      <w:r>
        <w:t xml:space="preserve"> </w:t>
      </w:r>
      <w:proofErr w:type="spellStart"/>
      <w:r>
        <w:t>منفصلتين</w:t>
      </w:r>
      <w:proofErr w:type="spellEnd"/>
      <w:r>
        <w:t xml:space="preserve">؛ </w:t>
      </w:r>
      <w:proofErr w:type="spellStart"/>
      <w:r>
        <w:t>فأحدهما</w:t>
      </w:r>
      <w:proofErr w:type="spellEnd"/>
      <w:r>
        <w:t xml:space="preserve"> </w:t>
      </w:r>
      <w:proofErr w:type="spellStart"/>
      <w:r>
        <w:t>يمثل</w:t>
      </w:r>
      <w:proofErr w:type="spellEnd"/>
      <w:r>
        <w:t xml:space="preserve"> </w:t>
      </w:r>
      <w:proofErr w:type="spellStart"/>
      <w:r>
        <w:t>جواب</w:t>
      </w:r>
      <w:proofErr w:type="spellEnd"/>
      <w:r>
        <w:t xml:space="preserve"> </w:t>
      </w:r>
      <w:proofErr w:type="spellStart"/>
      <w:r>
        <w:t>العدالة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والآخر</w:t>
      </w:r>
      <w:proofErr w:type="spellEnd"/>
      <w:r>
        <w:t xml:space="preserve"> </w:t>
      </w:r>
      <w:proofErr w:type="spellStart"/>
      <w:r>
        <w:t>جواب</w:t>
      </w:r>
      <w:proofErr w:type="spellEnd"/>
      <w:r>
        <w:t xml:space="preserve"> </w:t>
      </w:r>
      <w:proofErr w:type="spellStart"/>
      <w:r>
        <w:t>القضاء</w:t>
      </w:r>
      <w:proofErr w:type="spellEnd"/>
      <w:r>
        <w:t xml:space="preserve"> </w:t>
      </w:r>
      <w:proofErr w:type="spellStart"/>
      <w:r>
        <w:t>الجنائي</w:t>
      </w:r>
      <w:proofErr w:type="spellEnd"/>
      <w:r>
        <w:t xml:space="preserve"> </w:t>
      </w:r>
      <w:proofErr w:type="spellStart"/>
      <w:r>
        <w:t>الوطني</w:t>
      </w:r>
      <w:proofErr w:type="spellEnd"/>
      <w:r>
        <w:t xml:space="preserve">، </w:t>
      </w:r>
      <w:proofErr w:type="spellStart"/>
      <w:r>
        <w:t>عن</w:t>
      </w:r>
      <w:proofErr w:type="spellEnd"/>
      <w:r>
        <w:t xml:space="preserve"> </w:t>
      </w:r>
      <w:proofErr w:type="spellStart"/>
      <w:r>
        <w:t>السؤال</w:t>
      </w:r>
      <w:proofErr w:type="spellEnd"/>
      <w:r>
        <w:t xml:space="preserve"> </w:t>
      </w:r>
      <w:proofErr w:type="spellStart"/>
      <w:r>
        <w:t>الأساسي</w:t>
      </w:r>
      <w:proofErr w:type="spellEnd"/>
      <w:r>
        <w:t xml:space="preserve"> </w:t>
      </w:r>
      <w:proofErr w:type="spellStart"/>
      <w:r>
        <w:t>ذاته</w:t>
      </w:r>
      <w:proofErr w:type="spellEnd"/>
      <w:r>
        <w:t xml:space="preserve">: </w:t>
      </w:r>
      <w:proofErr w:type="spellStart"/>
      <w:r>
        <w:t>هل</w:t>
      </w:r>
      <w:proofErr w:type="spellEnd"/>
      <w:r>
        <w:t xml:space="preserve"> </w:t>
      </w:r>
      <w:proofErr w:type="spellStart"/>
      <w:r>
        <w:t>يمكن</w:t>
      </w:r>
      <w:proofErr w:type="spellEnd"/>
      <w:r>
        <w:t xml:space="preserve"> </w:t>
      </w:r>
      <w:proofErr w:type="spellStart"/>
      <w:r>
        <w:t>للمنصب</w:t>
      </w:r>
      <w:proofErr w:type="spellEnd"/>
      <w:r>
        <w:t xml:space="preserve"> </w:t>
      </w:r>
      <w:proofErr w:type="spellStart"/>
      <w:r>
        <w:t>الذي</w:t>
      </w:r>
      <w:proofErr w:type="spellEnd"/>
      <w:r>
        <w:t xml:space="preserve"> </w:t>
      </w:r>
      <w:proofErr w:type="spellStart"/>
      <w:r>
        <w:t>يشغله</w:t>
      </w:r>
      <w:proofErr w:type="spellEnd"/>
      <w:r>
        <w:t xml:space="preserve"> </w:t>
      </w:r>
      <w:proofErr w:type="spellStart"/>
      <w:r>
        <w:t>قائد</w:t>
      </w:r>
      <w:proofErr w:type="spellEnd"/>
      <w:r>
        <w:t xml:space="preserve"> </w:t>
      </w:r>
      <w:proofErr w:type="spellStart"/>
      <w:r>
        <w:t>دولة</w:t>
      </w:r>
      <w:proofErr w:type="spellEnd"/>
      <w:r>
        <w:t xml:space="preserve"> </w:t>
      </w:r>
      <w:proofErr w:type="spellStart"/>
      <w:r>
        <w:t>أن</w:t>
      </w:r>
      <w:proofErr w:type="spellEnd"/>
      <w:r>
        <w:t xml:space="preserve"> </w:t>
      </w:r>
      <w:proofErr w:type="spellStart"/>
      <w:r>
        <w:t>يتحول</w:t>
      </w:r>
      <w:proofErr w:type="spellEnd"/>
      <w:r>
        <w:t xml:space="preserve"> </w:t>
      </w:r>
      <w:proofErr w:type="spellStart"/>
      <w:r>
        <w:t>إلى</w:t>
      </w:r>
      <w:proofErr w:type="spellEnd"/>
      <w:r>
        <w:t xml:space="preserve"> </w:t>
      </w:r>
      <w:proofErr w:type="spellStart"/>
      <w:r>
        <w:t>درع</w:t>
      </w:r>
      <w:proofErr w:type="spellEnd"/>
      <w:r>
        <w:t xml:space="preserve"> </w:t>
      </w:r>
      <w:proofErr w:type="spellStart"/>
      <w:r>
        <w:t>حصانة</w:t>
      </w:r>
      <w:proofErr w:type="spellEnd"/>
      <w:r>
        <w:t xml:space="preserve"> </w:t>
      </w:r>
      <w:proofErr w:type="spellStart"/>
      <w:r>
        <w:t>في</w:t>
      </w:r>
      <w:proofErr w:type="spellEnd"/>
      <w:r>
        <w:t xml:space="preserve"> </w:t>
      </w:r>
      <w:proofErr w:type="spellStart"/>
      <w:r>
        <w:t>مواجهة</w:t>
      </w:r>
      <w:proofErr w:type="spellEnd"/>
      <w:r>
        <w:t xml:space="preserve"> </w:t>
      </w:r>
      <w:proofErr w:type="spellStart"/>
      <w:r>
        <w:t>الجرائم</w:t>
      </w:r>
      <w:proofErr w:type="spellEnd"/>
      <w:r>
        <w:t xml:space="preserve"> </w:t>
      </w:r>
      <w:proofErr w:type="spellStart"/>
      <w:r>
        <w:t>الدولية</w:t>
      </w:r>
      <w:proofErr w:type="spellEnd"/>
      <w:r>
        <w:t>؟</w:t>
      </w:r>
    </w:p>
    <w:p w14:paraId="3A4C7D6A" w14:textId="77777777" w:rsidR="005D77C6" w:rsidRDefault="005D77C6" w:rsidP="005D77C6"/>
    <w:p w14:paraId="237423ED" w14:textId="77777777" w:rsidR="005D77C6" w:rsidRDefault="005D77C6" w:rsidP="005D77C6">
      <w:proofErr w:type="spellStart"/>
      <w:r>
        <w:t>إجابتنا</w:t>
      </w:r>
      <w:proofErr w:type="spellEnd"/>
      <w:r>
        <w:t xml:space="preserve"> </w:t>
      </w:r>
      <w:proofErr w:type="spellStart"/>
      <w:r>
        <w:t>نحن</w:t>
      </w:r>
      <w:proofErr w:type="spellEnd"/>
      <w:r>
        <w:t xml:space="preserve"> </w:t>
      </w:r>
      <w:proofErr w:type="spellStart"/>
      <w:r>
        <w:t>رجال</w:t>
      </w:r>
      <w:proofErr w:type="spellEnd"/>
      <w:r>
        <w:t xml:space="preserve"> </w:t>
      </w:r>
      <w:proofErr w:type="spellStart"/>
      <w:r>
        <w:t>ونساء</w:t>
      </w:r>
      <w:proofErr w:type="spellEnd"/>
      <w:r>
        <w:t xml:space="preserve"> </w:t>
      </w:r>
      <w:proofErr w:type="spellStart"/>
      <w:r>
        <w:t>القانون</w:t>
      </w:r>
      <w:proofErr w:type="spellEnd"/>
      <w:r>
        <w:t xml:space="preserve"> </w:t>
      </w:r>
      <w:proofErr w:type="spellStart"/>
      <w:r>
        <w:t>واضحة</w:t>
      </w:r>
      <w:proofErr w:type="spellEnd"/>
      <w:r>
        <w:t xml:space="preserve">: </w:t>
      </w:r>
      <w:proofErr w:type="spellStart"/>
      <w:r>
        <w:t>لا</w:t>
      </w:r>
      <w:proofErr w:type="spellEnd"/>
      <w:r>
        <w:t xml:space="preserve"> </w:t>
      </w:r>
      <w:proofErr w:type="spellStart"/>
      <w:r>
        <w:t>يجوز</w:t>
      </w:r>
      <w:proofErr w:type="spellEnd"/>
      <w:r>
        <w:t xml:space="preserve"> </w:t>
      </w:r>
      <w:proofErr w:type="spellStart"/>
      <w:r>
        <w:t>لأي</w:t>
      </w:r>
      <w:proofErr w:type="spellEnd"/>
      <w:r>
        <w:t xml:space="preserve"> </w:t>
      </w:r>
      <w:proofErr w:type="spellStart"/>
      <w:r>
        <w:t>منصب</w:t>
      </w:r>
      <w:proofErr w:type="spellEnd"/>
      <w:r>
        <w:t xml:space="preserve"> </w:t>
      </w:r>
      <w:proofErr w:type="spellStart"/>
      <w:r>
        <w:t>عام</w:t>
      </w:r>
      <w:proofErr w:type="spellEnd"/>
      <w:r>
        <w:t xml:space="preserve"> </w:t>
      </w:r>
      <w:proofErr w:type="spellStart"/>
      <w:r>
        <w:t>أن</w:t>
      </w:r>
      <w:proofErr w:type="spellEnd"/>
      <w:r>
        <w:t xml:space="preserve"> </w:t>
      </w:r>
      <w:proofErr w:type="spellStart"/>
      <w:r>
        <w:t>يضع</w:t>
      </w:r>
      <w:proofErr w:type="spellEnd"/>
      <w:r>
        <w:t xml:space="preserve"> </w:t>
      </w:r>
      <w:proofErr w:type="spellStart"/>
      <w:r>
        <w:t>تجويع</w:t>
      </w:r>
      <w:proofErr w:type="spellEnd"/>
      <w:r>
        <w:t xml:space="preserve"> </w:t>
      </w:r>
      <w:proofErr w:type="spellStart"/>
      <w:r>
        <w:t>المدنيين</w:t>
      </w:r>
      <w:proofErr w:type="spellEnd"/>
      <w:r>
        <w:t xml:space="preserve"> </w:t>
      </w:r>
      <w:proofErr w:type="spellStart"/>
      <w:r>
        <w:t>أو</w:t>
      </w:r>
      <w:proofErr w:type="spellEnd"/>
      <w:r>
        <w:t xml:space="preserve"> </w:t>
      </w:r>
      <w:proofErr w:type="spellStart"/>
      <w:r>
        <w:t>قتلهم</w:t>
      </w:r>
      <w:proofErr w:type="spellEnd"/>
      <w:r>
        <w:t xml:space="preserve"> </w:t>
      </w:r>
      <w:proofErr w:type="spellStart"/>
      <w:r>
        <w:t>أو</w:t>
      </w:r>
      <w:proofErr w:type="spellEnd"/>
      <w:r>
        <w:t xml:space="preserve"> </w:t>
      </w:r>
      <w:proofErr w:type="spellStart"/>
      <w:r>
        <w:t>تهجيرهم</w:t>
      </w:r>
      <w:proofErr w:type="spellEnd"/>
      <w:r>
        <w:t xml:space="preserve"> </w:t>
      </w:r>
      <w:proofErr w:type="spellStart"/>
      <w:r>
        <w:t>قسراً</w:t>
      </w:r>
      <w:proofErr w:type="spellEnd"/>
      <w:r>
        <w:t xml:space="preserve">، </w:t>
      </w:r>
      <w:proofErr w:type="spellStart"/>
      <w:r>
        <w:t>أو</w:t>
      </w:r>
      <w:proofErr w:type="spellEnd"/>
      <w:r>
        <w:t xml:space="preserve"> </w:t>
      </w:r>
      <w:proofErr w:type="spellStart"/>
      <w:r>
        <w:t>عرقلة</w:t>
      </w:r>
      <w:proofErr w:type="spellEnd"/>
      <w:r>
        <w:t xml:space="preserve"> </w:t>
      </w:r>
      <w:proofErr w:type="spellStart"/>
      <w:r>
        <w:t>المساعدات</w:t>
      </w:r>
      <w:proofErr w:type="spellEnd"/>
      <w:r>
        <w:t xml:space="preserve"> </w:t>
      </w:r>
      <w:proofErr w:type="spellStart"/>
      <w:r>
        <w:t>الإنسانية</w:t>
      </w:r>
      <w:proofErr w:type="spellEnd"/>
      <w:r>
        <w:t xml:space="preserve">، </w:t>
      </w:r>
      <w:proofErr w:type="spellStart"/>
      <w:r>
        <w:t>أو</w:t>
      </w:r>
      <w:proofErr w:type="spellEnd"/>
      <w:r>
        <w:t xml:space="preserve"> </w:t>
      </w:r>
      <w:proofErr w:type="spellStart"/>
      <w:r>
        <w:t>الاعتداء</w:t>
      </w:r>
      <w:proofErr w:type="spellEnd"/>
      <w:r>
        <w:t xml:space="preserve"> </w:t>
      </w:r>
      <w:proofErr w:type="spellStart"/>
      <w:r>
        <w:t>على</w:t>
      </w:r>
      <w:proofErr w:type="spellEnd"/>
      <w:r>
        <w:t xml:space="preserve"> </w:t>
      </w:r>
      <w:proofErr w:type="spellStart"/>
      <w:r>
        <w:t>العاملين</w:t>
      </w:r>
      <w:proofErr w:type="spellEnd"/>
      <w:r>
        <w:t xml:space="preserve"> </w:t>
      </w:r>
      <w:proofErr w:type="spellStart"/>
      <w:r>
        <w:t>في</w:t>
      </w:r>
      <w:proofErr w:type="spellEnd"/>
      <w:r>
        <w:t xml:space="preserve"> </w:t>
      </w:r>
      <w:proofErr w:type="spellStart"/>
      <w:r>
        <w:t>المجال</w:t>
      </w:r>
      <w:proofErr w:type="spellEnd"/>
      <w:r>
        <w:t xml:space="preserve"> </w:t>
      </w:r>
      <w:proofErr w:type="spellStart"/>
      <w:r>
        <w:t>الإنساني</w:t>
      </w:r>
      <w:proofErr w:type="spellEnd"/>
      <w:r>
        <w:t xml:space="preserve">، </w:t>
      </w:r>
      <w:proofErr w:type="spellStart"/>
      <w:r>
        <w:t>خارج</w:t>
      </w:r>
      <w:proofErr w:type="spellEnd"/>
      <w:r>
        <w:t xml:space="preserve"> </w:t>
      </w:r>
      <w:proofErr w:type="spellStart"/>
      <w:r>
        <w:t>نطاق</w:t>
      </w:r>
      <w:proofErr w:type="spellEnd"/>
      <w:r>
        <w:t xml:space="preserve"> </w:t>
      </w:r>
      <w:proofErr w:type="spellStart"/>
      <w:r>
        <w:t>القانون</w:t>
      </w:r>
      <w:proofErr w:type="spellEnd"/>
      <w:r>
        <w:t>.</w:t>
      </w:r>
    </w:p>
    <w:p w14:paraId="3992FB76" w14:textId="77777777" w:rsidR="005D77C6" w:rsidRDefault="005D77C6" w:rsidP="005D77C6"/>
    <w:p w14:paraId="56C5B8D4" w14:textId="77777777" w:rsidR="005D77C6" w:rsidRDefault="005D77C6" w:rsidP="005D77C6">
      <w:proofErr w:type="spellStart"/>
      <w:r>
        <w:t>قراراتنا</w:t>
      </w:r>
      <w:proofErr w:type="spellEnd"/>
      <w:r>
        <w:t xml:space="preserve"> </w:t>
      </w:r>
      <w:proofErr w:type="spellStart"/>
      <w:r>
        <w:t>وطلباتنا</w:t>
      </w:r>
      <w:proofErr w:type="spellEnd"/>
    </w:p>
    <w:p w14:paraId="7A508A7C" w14:textId="77777777" w:rsidR="005D77C6" w:rsidRDefault="005D77C6" w:rsidP="005D77C6"/>
    <w:p w14:paraId="7EDD9F58" w14:textId="77777777" w:rsidR="005D77C6" w:rsidRDefault="005D77C6" w:rsidP="005D77C6">
      <w:r>
        <w:t xml:space="preserve">1. </w:t>
      </w:r>
      <w:proofErr w:type="spellStart"/>
      <w:r>
        <w:t>تنفيذ</w:t>
      </w:r>
      <w:proofErr w:type="spellEnd"/>
      <w:r>
        <w:t xml:space="preserve"> </w:t>
      </w:r>
      <w:proofErr w:type="spellStart"/>
      <w:r>
        <w:t>القرار</w:t>
      </w:r>
      <w:proofErr w:type="spellEnd"/>
      <w:r>
        <w:t xml:space="preserve"> </w:t>
      </w:r>
      <w:proofErr w:type="spellStart"/>
      <w:r>
        <w:t>التمهيدي</w:t>
      </w:r>
      <w:proofErr w:type="spellEnd"/>
      <w:r>
        <w:t xml:space="preserve"> </w:t>
      </w:r>
      <w:proofErr w:type="spellStart"/>
      <w:r>
        <w:t>الصادر</w:t>
      </w:r>
      <w:proofErr w:type="spellEnd"/>
      <w:r>
        <w:t xml:space="preserve"> </w:t>
      </w:r>
      <w:proofErr w:type="spellStart"/>
      <w:r>
        <w:t>عن</w:t>
      </w:r>
      <w:proofErr w:type="spellEnd"/>
      <w:r>
        <w:t xml:space="preserve"> </w:t>
      </w:r>
      <w:proofErr w:type="spellStart"/>
      <w:r>
        <w:t>محكمة</w:t>
      </w:r>
      <w:proofErr w:type="spellEnd"/>
      <w:r>
        <w:t xml:space="preserve"> </w:t>
      </w:r>
      <w:proofErr w:type="spellStart"/>
      <w:r>
        <w:t>الجنايات</w:t>
      </w:r>
      <w:proofErr w:type="spellEnd"/>
      <w:r>
        <w:t xml:space="preserve"> </w:t>
      </w:r>
      <w:proofErr w:type="spellStart"/>
      <w:r>
        <w:t>الحادية</w:t>
      </w:r>
      <w:proofErr w:type="spellEnd"/>
      <w:r>
        <w:t xml:space="preserve"> </w:t>
      </w:r>
      <w:proofErr w:type="spellStart"/>
      <w:r>
        <w:t>عشرة</w:t>
      </w:r>
      <w:proofErr w:type="spellEnd"/>
      <w:r>
        <w:t xml:space="preserve"> </w:t>
      </w:r>
      <w:proofErr w:type="spellStart"/>
      <w:r>
        <w:t>في</w:t>
      </w:r>
      <w:proofErr w:type="spellEnd"/>
      <w:r>
        <w:t xml:space="preserve"> </w:t>
      </w:r>
      <w:proofErr w:type="spellStart"/>
      <w:r>
        <w:t>إسطنبول</w:t>
      </w:r>
      <w:proofErr w:type="spellEnd"/>
      <w:r>
        <w:t xml:space="preserve"> </w:t>
      </w:r>
      <w:proofErr w:type="spellStart"/>
      <w:r>
        <w:t>بتاريخ</w:t>
      </w:r>
      <w:proofErr w:type="spellEnd"/>
      <w:r>
        <w:t xml:space="preserve"> 14 </w:t>
      </w:r>
      <w:proofErr w:type="spellStart"/>
      <w:r>
        <w:t>يوليو</w:t>
      </w:r>
      <w:proofErr w:type="spellEnd"/>
      <w:r>
        <w:t xml:space="preserve"> 2026 </w:t>
      </w:r>
      <w:proofErr w:type="spellStart"/>
      <w:r>
        <w:t>من</w:t>
      </w:r>
      <w:proofErr w:type="spellEnd"/>
      <w:r>
        <w:t xml:space="preserve"> </w:t>
      </w:r>
      <w:proofErr w:type="spellStart"/>
      <w:r>
        <w:t>دون</w:t>
      </w:r>
      <w:proofErr w:type="spellEnd"/>
      <w:r>
        <w:t xml:space="preserve"> </w:t>
      </w:r>
      <w:proofErr w:type="spellStart"/>
      <w:r>
        <w:t>إبطاء</w:t>
      </w:r>
      <w:proofErr w:type="spellEnd"/>
      <w:r>
        <w:t xml:space="preserve">؛ </w:t>
      </w:r>
      <w:proofErr w:type="spellStart"/>
      <w:r>
        <w:t>وإحالته</w:t>
      </w:r>
      <w:proofErr w:type="spellEnd"/>
      <w:r>
        <w:t xml:space="preserve"> </w:t>
      </w:r>
      <w:proofErr w:type="spellStart"/>
      <w:r>
        <w:t>أصولاً</w:t>
      </w:r>
      <w:proofErr w:type="spellEnd"/>
      <w:r>
        <w:t xml:space="preserve">، </w:t>
      </w:r>
      <w:proofErr w:type="spellStart"/>
      <w:r>
        <w:t>بواسطة</w:t>
      </w:r>
      <w:proofErr w:type="spellEnd"/>
      <w:r>
        <w:t xml:space="preserve"> </w:t>
      </w:r>
      <w:proofErr w:type="spellStart"/>
      <w:r>
        <w:t>السلطات</w:t>
      </w:r>
      <w:proofErr w:type="spellEnd"/>
      <w:r>
        <w:t xml:space="preserve"> </w:t>
      </w:r>
      <w:proofErr w:type="spellStart"/>
      <w:r>
        <w:t>المختصة</w:t>
      </w:r>
      <w:proofErr w:type="spellEnd"/>
      <w:r>
        <w:t xml:space="preserve">، </w:t>
      </w:r>
      <w:proofErr w:type="spellStart"/>
      <w:r>
        <w:t>عبر</w:t>
      </w:r>
      <w:proofErr w:type="spellEnd"/>
      <w:r>
        <w:t xml:space="preserve"> </w:t>
      </w:r>
      <w:proofErr w:type="spellStart"/>
      <w:r>
        <w:t>قنوات</w:t>
      </w:r>
      <w:proofErr w:type="spellEnd"/>
      <w:r>
        <w:t xml:space="preserve"> </w:t>
      </w:r>
      <w:proofErr w:type="spellStart"/>
      <w:r>
        <w:t>الإنتربول</w:t>
      </w:r>
      <w:proofErr w:type="spellEnd"/>
      <w:r>
        <w:t xml:space="preserve">؛ </w:t>
      </w:r>
      <w:proofErr w:type="spellStart"/>
      <w:r>
        <w:t>وإطلاع</w:t>
      </w:r>
      <w:proofErr w:type="spellEnd"/>
      <w:r>
        <w:t xml:space="preserve"> </w:t>
      </w:r>
      <w:proofErr w:type="spellStart"/>
      <w:r>
        <w:t>الجمهور</w:t>
      </w:r>
      <w:proofErr w:type="spellEnd"/>
      <w:r>
        <w:t xml:space="preserve"> </w:t>
      </w:r>
      <w:proofErr w:type="spellStart"/>
      <w:r>
        <w:t>ومقدّمي</w:t>
      </w:r>
      <w:proofErr w:type="spellEnd"/>
      <w:r>
        <w:t xml:space="preserve"> </w:t>
      </w:r>
      <w:proofErr w:type="spellStart"/>
      <w:r>
        <w:t>الطلب</w:t>
      </w:r>
      <w:proofErr w:type="spellEnd"/>
      <w:r>
        <w:t xml:space="preserve"> </w:t>
      </w:r>
      <w:proofErr w:type="spellStart"/>
      <w:r>
        <w:t>على</w:t>
      </w:r>
      <w:proofErr w:type="spellEnd"/>
      <w:r>
        <w:t xml:space="preserve"> </w:t>
      </w:r>
      <w:proofErr w:type="spellStart"/>
      <w:r>
        <w:t>التدابير</w:t>
      </w:r>
      <w:proofErr w:type="spellEnd"/>
      <w:r>
        <w:t xml:space="preserve"> </w:t>
      </w:r>
      <w:proofErr w:type="spellStart"/>
      <w:r>
        <w:t>الإدارية</w:t>
      </w:r>
      <w:proofErr w:type="spellEnd"/>
      <w:r>
        <w:t xml:space="preserve"> </w:t>
      </w:r>
      <w:proofErr w:type="spellStart"/>
      <w:r>
        <w:t>والتنفيذية</w:t>
      </w:r>
      <w:proofErr w:type="spellEnd"/>
      <w:r>
        <w:t xml:space="preserve"> </w:t>
      </w:r>
      <w:proofErr w:type="spellStart"/>
      <w:r>
        <w:t>المتخذة</w:t>
      </w:r>
      <w:proofErr w:type="spellEnd"/>
      <w:r>
        <w:t xml:space="preserve"> </w:t>
      </w:r>
      <w:proofErr w:type="spellStart"/>
      <w:r>
        <w:t>ونتائجها</w:t>
      </w:r>
      <w:proofErr w:type="spellEnd"/>
      <w:r>
        <w:t>؛</w:t>
      </w:r>
    </w:p>
    <w:p w14:paraId="1736ED2E" w14:textId="77777777" w:rsidR="005D77C6" w:rsidRDefault="005D77C6" w:rsidP="005D77C6"/>
    <w:p w14:paraId="3135BB14" w14:textId="77777777" w:rsidR="005D77C6" w:rsidRDefault="005D77C6" w:rsidP="005D77C6">
      <w:r>
        <w:t xml:space="preserve">2. </w:t>
      </w:r>
      <w:proofErr w:type="spellStart"/>
      <w:r>
        <w:t>أن</w:t>
      </w:r>
      <w:proofErr w:type="spellEnd"/>
      <w:r>
        <w:t xml:space="preserve"> </w:t>
      </w:r>
      <w:proofErr w:type="spellStart"/>
      <w:r>
        <w:t>تقيّم</w:t>
      </w:r>
      <w:proofErr w:type="spellEnd"/>
      <w:r>
        <w:t xml:space="preserve"> </w:t>
      </w:r>
      <w:proofErr w:type="spellStart"/>
      <w:r>
        <w:t>الأمانة</w:t>
      </w:r>
      <w:proofErr w:type="spellEnd"/>
      <w:r>
        <w:t xml:space="preserve"> </w:t>
      </w:r>
      <w:proofErr w:type="spellStart"/>
      <w:r>
        <w:t>العامة</w:t>
      </w:r>
      <w:proofErr w:type="spellEnd"/>
      <w:r>
        <w:t xml:space="preserve"> </w:t>
      </w:r>
      <w:proofErr w:type="spellStart"/>
      <w:r>
        <w:t>للإنتربول</w:t>
      </w:r>
      <w:proofErr w:type="spellEnd"/>
      <w:r>
        <w:t xml:space="preserve"> </w:t>
      </w:r>
      <w:proofErr w:type="spellStart"/>
      <w:r>
        <w:t>أي</w:t>
      </w:r>
      <w:proofErr w:type="spellEnd"/>
      <w:r>
        <w:t xml:space="preserve"> </w:t>
      </w:r>
      <w:proofErr w:type="spellStart"/>
      <w:r>
        <w:t>طلب</w:t>
      </w:r>
      <w:proofErr w:type="spellEnd"/>
      <w:r>
        <w:t xml:space="preserve"> </w:t>
      </w:r>
      <w:proofErr w:type="spellStart"/>
      <w:r>
        <w:t>يُحال</w:t>
      </w:r>
      <w:proofErr w:type="spellEnd"/>
      <w:r>
        <w:t xml:space="preserve"> </w:t>
      </w:r>
      <w:proofErr w:type="spellStart"/>
      <w:r>
        <w:t>إليها</w:t>
      </w:r>
      <w:proofErr w:type="spellEnd"/>
      <w:r>
        <w:t xml:space="preserve"> </w:t>
      </w:r>
      <w:proofErr w:type="spellStart"/>
      <w:r>
        <w:t>لا</w:t>
      </w:r>
      <w:proofErr w:type="spellEnd"/>
      <w:r>
        <w:t xml:space="preserve"> </w:t>
      </w:r>
      <w:proofErr w:type="spellStart"/>
      <w:r>
        <w:t>وفقاً</w:t>
      </w:r>
      <w:proofErr w:type="spellEnd"/>
      <w:r>
        <w:t xml:space="preserve"> </w:t>
      </w:r>
      <w:proofErr w:type="spellStart"/>
      <w:r>
        <w:t>لموازين</w:t>
      </w:r>
      <w:proofErr w:type="spellEnd"/>
      <w:r>
        <w:t xml:space="preserve"> </w:t>
      </w:r>
      <w:proofErr w:type="spellStart"/>
      <w:r>
        <w:t>القوى</w:t>
      </w:r>
      <w:proofErr w:type="spellEnd"/>
      <w:r>
        <w:t xml:space="preserve"> </w:t>
      </w:r>
      <w:proofErr w:type="spellStart"/>
      <w:r>
        <w:t>السياسية</w:t>
      </w:r>
      <w:proofErr w:type="spellEnd"/>
      <w:r>
        <w:t xml:space="preserve">، </w:t>
      </w:r>
      <w:proofErr w:type="spellStart"/>
      <w:r>
        <w:t>بل</w:t>
      </w:r>
      <w:proofErr w:type="spellEnd"/>
      <w:r>
        <w:t xml:space="preserve"> </w:t>
      </w:r>
      <w:proofErr w:type="spellStart"/>
      <w:r>
        <w:t>وفقاً</w:t>
      </w:r>
      <w:proofErr w:type="spellEnd"/>
      <w:r>
        <w:t xml:space="preserve"> </w:t>
      </w:r>
      <w:proofErr w:type="spellStart"/>
      <w:r>
        <w:t>لدستور</w:t>
      </w:r>
      <w:proofErr w:type="spellEnd"/>
      <w:r>
        <w:t xml:space="preserve"> </w:t>
      </w:r>
      <w:proofErr w:type="spellStart"/>
      <w:r>
        <w:t>الإنتربول</w:t>
      </w:r>
      <w:proofErr w:type="spellEnd"/>
      <w:r>
        <w:t xml:space="preserve"> </w:t>
      </w:r>
      <w:proofErr w:type="spellStart"/>
      <w:r>
        <w:t>ومبادئ</w:t>
      </w:r>
      <w:proofErr w:type="spellEnd"/>
      <w:r>
        <w:t xml:space="preserve"> </w:t>
      </w:r>
      <w:proofErr w:type="spellStart"/>
      <w:r>
        <w:t>حقوق</w:t>
      </w:r>
      <w:proofErr w:type="spellEnd"/>
      <w:r>
        <w:t xml:space="preserve"> </w:t>
      </w:r>
      <w:proofErr w:type="spellStart"/>
      <w:r>
        <w:t>الإنسان</w:t>
      </w:r>
      <w:proofErr w:type="spellEnd"/>
      <w:r>
        <w:t xml:space="preserve"> </w:t>
      </w:r>
      <w:proofErr w:type="spellStart"/>
      <w:r>
        <w:t>الواجبة</w:t>
      </w:r>
      <w:proofErr w:type="spellEnd"/>
      <w:r>
        <w:t xml:space="preserve"> </w:t>
      </w:r>
      <w:proofErr w:type="spellStart"/>
      <w:r>
        <w:t>التطبيق</w:t>
      </w:r>
      <w:proofErr w:type="spellEnd"/>
      <w:r>
        <w:t xml:space="preserve"> </w:t>
      </w:r>
      <w:proofErr w:type="spellStart"/>
      <w:r>
        <w:t>وهدف</w:t>
      </w:r>
      <w:proofErr w:type="spellEnd"/>
      <w:r>
        <w:t xml:space="preserve"> </w:t>
      </w:r>
      <w:proofErr w:type="spellStart"/>
      <w:r>
        <w:t>مكافحة</w:t>
      </w:r>
      <w:proofErr w:type="spellEnd"/>
      <w:r>
        <w:t xml:space="preserve"> </w:t>
      </w:r>
      <w:proofErr w:type="spellStart"/>
      <w:r>
        <w:t>الجريمة</w:t>
      </w:r>
      <w:proofErr w:type="spellEnd"/>
      <w:r>
        <w:t xml:space="preserve"> </w:t>
      </w:r>
      <w:proofErr w:type="spellStart"/>
      <w:r>
        <w:t>الدولية</w:t>
      </w:r>
      <w:proofErr w:type="spellEnd"/>
      <w:r>
        <w:t xml:space="preserve">، </w:t>
      </w:r>
      <w:proofErr w:type="spellStart"/>
      <w:r>
        <w:t>وأن</w:t>
      </w:r>
      <w:proofErr w:type="spellEnd"/>
      <w:r>
        <w:t xml:space="preserve"> </w:t>
      </w:r>
      <w:proofErr w:type="spellStart"/>
      <w:r>
        <w:t>يتم</w:t>
      </w:r>
      <w:proofErr w:type="spellEnd"/>
      <w:r>
        <w:t xml:space="preserve"> </w:t>
      </w:r>
      <w:proofErr w:type="spellStart"/>
      <w:r>
        <w:t>إبلاغنا</w:t>
      </w:r>
      <w:proofErr w:type="spellEnd"/>
      <w:r>
        <w:t xml:space="preserve"> </w:t>
      </w:r>
      <w:proofErr w:type="spellStart"/>
      <w:r>
        <w:t>بمسار</w:t>
      </w:r>
      <w:proofErr w:type="spellEnd"/>
      <w:r>
        <w:t xml:space="preserve"> </w:t>
      </w:r>
      <w:proofErr w:type="spellStart"/>
      <w:r>
        <w:t>الإجراءات</w:t>
      </w:r>
      <w:proofErr w:type="spellEnd"/>
      <w:r>
        <w:t>؛</w:t>
      </w:r>
    </w:p>
    <w:p w14:paraId="7556BF09" w14:textId="77777777" w:rsidR="005D77C6" w:rsidRDefault="005D77C6" w:rsidP="005D77C6"/>
    <w:p w14:paraId="1BEBB522" w14:textId="77777777" w:rsidR="005D77C6" w:rsidRDefault="005D77C6" w:rsidP="005D77C6">
      <w:r>
        <w:t xml:space="preserve">3. </w:t>
      </w:r>
      <w:proofErr w:type="spellStart"/>
      <w:r>
        <w:t>أن</w:t>
      </w:r>
      <w:proofErr w:type="spellEnd"/>
      <w:r>
        <w:t xml:space="preserve"> </w:t>
      </w:r>
      <w:proofErr w:type="spellStart"/>
      <w:r>
        <w:t>تفي</w:t>
      </w:r>
      <w:proofErr w:type="spellEnd"/>
      <w:r>
        <w:t xml:space="preserve"> </w:t>
      </w:r>
      <w:proofErr w:type="spellStart"/>
      <w:r>
        <w:t>جميع</w:t>
      </w:r>
      <w:proofErr w:type="spellEnd"/>
      <w:r>
        <w:t xml:space="preserve"> </w:t>
      </w:r>
      <w:proofErr w:type="spellStart"/>
      <w:r>
        <w:t>الدول</w:t>
      </w:r>
      <w:proofErr w:type="spellEnd"/>
      <w:r>
        <w:t xml:space="preserve"> </w:t>
      </w:r>
      <w:proofErr w:type="spellStart"/>
      <w:r>
        <w:t>الأطراف</w:t>
      </w:r>
      <w:proofErr w:type="spellEnd"/>
      <w:r>
        <w:t xml:space="preserve"> </w:t>
      </w:r>
      <w:proofErr w:type="spellStart"/>
      <w:r>
        <w:t>في</w:t>
      </w:r>
      <w:proofErr w:type="spellEnd"/>
      <w:r>
        <w:t xml:space="preserve"> </w:t>
      </w:r>
      <w:proofErr w:type="spellStart"/>
      <w:r>
        <w:t>نظام</w:t>
      </w:r>
      <w:proofErr w:type="spellEnd"/>
      <w:r>
        <w:t xml:space="preserve"> </w:t>
      </w:r>
      <w:proofErr w:type="spellStart"/>
      <w:r>
        <w:t>روما</w:t>
      </w:r>
      <w:proofErr w:type="spellEnd"/>
      <w:r>
        <w:t xml:space="preserve"> </w:t>
      </w:r>
      <w:proofErr w:type="spellStart"/>
      <w:r>
        <w:t>الأساسي</w:t>
      </w:r>
      <w:proofErr w:type="spellEnd"/>
      <w:r>
        <w:t xml:space="preserve">، </w:t>
      </w:r>
      <w:proofErr w:type="spellStart"/>
      <w:r>
        <w:t>بصورة</w:t>
      </w:r>
      <w:proofErr w:type="spellEnd"/>
      <w:r>
        <w:t xml:space="preserve"> </w:t>
      </w:r>
      <w:proofErr w:type="spellStart"/>
      <w:r>
        <w:t>كاملة</w:t>
      </w:r>
      <w:proofErr w:type="spellEnd"/>
      <w:r>
        <w:t xml:space="preserve">، </w:t>
      </w:r>
      <w:proofErr w:type="spellStart"/>
      <w:r>
        <w:t>بالالتزامات</w:t>
      </w:r>
      <w:proofErr w:type="spellEnd"/>
      <w:r>
        <w:t xml:space="preserve"> </w:t>
      </w:r>
      <w:proofErr w:type="spellStart"/>
      <w:r>
        <w:t>الناشئة</w:t>
      </w:r>
      <w:proofErr w:type="spellEnd"/>
      <w:r>
        <w:t xml:space="preserve"> </w:t>
      </w:r>
      <w:proofErr w:type="spellStart"/>
      <w:r>
        <w:t>عن</w:t>
      </w:r>
      <w:proofErr w:type="spellEnd"/>
      <w:r>
        <w:t xml:space="preserve"> </w:t>
      </w:r>
      <w:proofErr w:type="spellStart"/>
      <w:r>
        <w:t>مذكرة</w:t>
      </w:r>
      <w:proofErr w:type="spellEnd"/>
      <w:r>
        <w:t xml:space="preserve"> </w:t>
      </w:r>
      <w:proofErr w:type="spellStart"/>
      <w:r>
        <w:t>التوقيف</w:t>
      </w:r>
      <w:proofErr w:type="spellEnd"/>
      <w:r>
        <w:t xml:space="preserve"> </w:t>
      </w:r>
      <w:proofErr w:type="spellStart"/>
      <w:r>
        <w:t>والتسليم</w:t>
      </w:r>
      <w:proofErr w:type="spellEnd"/>
      <w:r>
        <w:t xml:space="preserve"> </w:t>
      </w:r>
      <w:proofErr w:type="spellStart"/>
      <w:r>
        <w:t>الصادرة</w:t>
      </w:r>
      <w:proofErr w:type="spellEnd"/>
      <w:r>
        <w:t xml:space="preserve"> </w:t>
      </w:r>
      <w:proofErr w:type="spellStart"/>
      <w:r>
        <w:t>عن</w:t>
      </w:r>
      <w:proofErr w:type="spellEnd"/>
      <w:r>
        <w:t xml:space="preserve"> </w:t>
      </w:r>
      <w:proofErr w:type="spellStart"/>
      <w:r>
        <w:t>المحكمة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بحق</w:t>
      </w:r>
      <w:proofErr w:type="spellEnd"/>
      <w:r>
        <w:t xml:space="preserve"> </w:t>
      </w:r>
      <w:proofErr w:type="spellStart"/>
      <w:r>
        <w:t>نتنياهو</w:t>
      </w:r>
      <w:proofErr w:type="spellEnd"/>
      <w:r>
        <w:t xml:space="preserve">، </w:t>
      </w:r>
      <w:proofErr w:type="spellStart"/>
      <w:r>
        <w:t>وأن</w:t>
      </w:r>
      <w:proofErr w:type="spellEnd"/>
      <w:r>
        <w:t xml:space="preserve"> </w:t>
      </w:r>
      <w:proofErr w:type="spellStart"/>
      <w:r>
        <w:t>تراقب</w:t>
      </w:r>
      <w:proofErr w:type="spellEnd"/>
      <w:r>
        <w:t xml:space="preserve"> </w:t>
      </w:r>
      <w:proofErr w:type="spellStart"/>
      <w:r>
        <w:t>المؤسسات</w:t>
      </w:r>
      <w:proofErr w:type="spellEnd"/>
      <w:r>
        <w:t xml:space="preserve"> </w:t>
      </w:r>
      <w:proofErr w:type="spellStart"/>
      <w:r>
        <w:t>الدولية</w:t>
      </w:r>
      <w:proofErr w:type="spellEnd"/>
      <w:r>
        <w:t xml:space="preserve"> </w:t>
      </w:r>
      <w:proofErr w:type="spellStart"/>
      <w:r>
        <w:t>المختصة</w:t>
      </w:r>
      <w:proofErr w:type="spellEnd"/>
      <w:r>
        <w:t xml:space="preserve"> </w:t>
      </w:r>
      <w:proofErr w:type="spellStart"/>
      <w:r>
        <w:t>تنفيذ</w:t>
      </w:r>
      <w:proofErr w:type="spellEnd"/>
      <w:r>
        <w:t xml:space="preserve"> </w:t>
      </w:r>
      <w:proofErr w:type="spellStart"/>
      <w:r>
        <w:t>هذه</w:t>
      </w:r>
      <w:proofErr w:type="spellEnd"/>
      <w:r>
        <w:t xml:space="preserve"> </w:t>
      </w:r>
      <w:proofErr w:type="spellStart"/>
      <w:r>
        <w:t>الالتزامات</w:t>
      </w:r>
      <w:proofErr w:type="spellEnd"/>
      <w:r>
        <w:t xml:space="preserve"> </w:t>
      </w:r>
      <w:proofErr w:type="spellStart"/>
      <w:r>
        <w:t>بصورة</w:t>
      </w:r>
      <w:proofErr w:type="spellEnd"/>
      <w:r>
        <w:t xml:space="preserve"> </w:t>
      </w:r>
      <w:proofErr w:type="spellStart"/>
      <w:r>
        <w:t>فعّالة</w:t>
      </w:r>
      <w:proofErr w:type="spellEnd"/>
      <w:r>
        <w:t>؛</w:t>
      </w:r>
    </w:p>
    <w:p w14:paraId="3C908C61" w14:textId="77777777" w:rsidR="005D77C6" w:rsidRDefault="005D77C6" w:rsidP="005D77C6"/>
    <w:p w14:paraId="10663377" w14:textId="77777777" w:rsidR="005D77C6" w:rsidRDefault="005D77C6" w:rsidP="005D77C6">
      <w:r>
        <w:t xml:space="preserve">4. </w:t>
      </w:r>
      <w:proofErr w:type="spellStart"/>
      <w:r>
        <w:t>أن</w:t>
      </w:r>
      <w:proofErr w:type="spellEnd"/>
      <w:r>
        <w:t xml:space="preserve"> </w:t>
      </w:r>
      <w:proofErr w:type="spellStart"/>
      <w:r>
        <w:t>تدافع</w:t>
      </w:r>
      <w:proofErr w:type="spellEnd"/>
      <w:r>
        <w:t xml:space="preserve"> </w:t>
      </w:r>
      <w:proofErr w:type="spellStart"/>
      <w:r>
        <w:t>مؤسسات</w:t>
      </w:r>
      <w:proofErr w:type="spellEnd"/>
      <w:r>
        <w:t xml:space="preserve"> </w:t>
      </w:r>
      <w:proofErr w:type="spellStart"/>
      <w:r>
        <w:t>الاتحاد</w:t>
      </w:r>
      <w:proofErr w:type="spellEnd"/>
      <w:r>
        <w:t xml:space="preserve"> </w:t>
      </w:r>
      <w:proofErr w:type="spellStart"/>
      <w:r>
        <w:t>الأوروبي</w:t>
      </w:r>
      <w:proofErr w:type="spellEnd"/>
      <w:r>
        <w:t xml:space="preserve"> </w:t>
      </w:r>
      <w:proofErr w:type="spellStart"/>
      <w:r>
        <w:t>وأجهزة</w:t>
      </w:r>
      <w:proofErr w:type="spellEnd"/>
      <w:r>
        <w:t xml:space="preserve"> </w:t>
      </w:r>
      <w:proofErr w:type="spellStart"/>
      <w:r>
        <w:t>مجلس</w:t>
      </w:r>
      <w:proofErr w:type="spellEnd"/>
      <w:r>
        <w:t xml:space="preserve"> </w:t>
      </w:r>
      <w:proofErr w:type="spellStart"/>
      <w:r>
        <w:t>أوروبا</w:t>
      </w:r>
      <w:proofErr w:type="spellEnd"/>
      <w:r>
        <w:t xml:space="preserve"> </w:t>
      </w:r>
      <w:proofErr w:type="spellStart"/>
      <w:r>
        <w:t>والدول</w:t>
      </w:r>
      <w:proofErr w:type="spellEnd"/>
      <w:r>
        <w:t xml:space="preserve"> </w:t>
      </w:r>
      <w:proofErr w:type="spellStart"/>
      <w:r>
        <w:t>الأوروبية</w:t>
      </w:r>
      <w:proofErr w:type="spellEnd"/>
      <w:r>
        <w:t xml:space="preserve"> </w:t>
      </w:r>
      <w:proofErr w:type="spellStart"/>
      <w:r>
        <w:t>عن</w:t>
      </w:r>
      <w:proofErr w:type="spellEnd"/>
      <w:r>
        <w:t xml:space="preserve"> </w:t>
      </w:r>
      <w:proofErr w:type="spellStart"/>
      <w:r>
        <w:t>العدالة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من</w:t>
      </w:r>
      <w:proofErr w:type="spellEnd"/>
      <w:r>
        <w:t xml:space="preserve"> </w:t>
      </w:r>
      <w:proofErr w:type="spellStart"/>
      <w:r>
        <w:t>دون</w:t>
      </w:r>
      <w:proofErr w:type="spellEnd"/>
      <w:r>
        <w:t xml:space="preserve"> </w:t>
      </w:r>
      <w:proofErr w:type="spellStart"/>
      <w:r>
        <w:t>تمييز</w:t>
      </w:r>
      <w:proofErr w:type="spellEnd"/>
      <w:r>
        <w:t xml:space="preserve"> </w:t>
      </w:r>
      <w:proofErr w:type="spellStart"/>
      <w:r>
        <w:t>بين</w:t>
      </w:r>
      <w:proofErr w:type="spellEnd"/>
      <w:r>
        <w:t xml:space="preserve"> </w:t>
      </w:r>
      <w:proofErr w:type="spellStart"/>
      <w:r>
        <w:t>الدول</w:t>
      </w:r>
      <w:proofErr w:type="spellEnd"/>
      <w:r>
        <w:t xml:space="preserve">، </w:t>
      </w:r>
      <w:proofErr w:type="spellStart"/>
      <w:r>
        <w:t>وألا</w:t>
      </w:r>
      <w:proofErr w:type="spellEnd"/>
      <w:r>
        <w:t xml:space="preserve"> </w:t>
      </w:r>
      <w:proofErr w:type="spellStart"/>
      <w:r>
        <w:t>تسمح</w:t>
      </w:r>
      <w:proofErr w:type="spellEnd"/>
      <w:r>
        <w:t xml:space="preserve"> </w:t>
      </w:r>
      <w:proofErr w:type="spellStart"/>
      <w:r>
        <w:t>للاعتبارات</w:t>
      </w:r>
      <w:proofErr w:type="spellEnd"/>
      <w:r>
        <w:t xml:space="preserve"> </w:t>
      </w:r>
      <w:proofErr w:type="spellStart"/>
      <w:r>
        <w:t>الدبلوماسية</w:t>
      </w:r>
      <w:proofErr w:type="spellEnd"/>
      <w:r>
        <w:t xml:space="preserve"> </w:t>
      </w:r>
      <w:proofErr w:type="spellStart"/>
      <w:r>
        <w:t>أو</w:t>
      </w:r>
      <w:proofErr w:type="spellEnd"/>
      <w:r>
        <w:t xml:space="preserve"> </w:t>
      </w:r>
      <w:proofErr w:type="spellStart"/>
      <w:r>
        <w:t>السياسية</w:t>
      </w:r>
      <w:proofErr w:type="spellEnd"/>
      <w:r>
        <w:t xml:space="preserve"> </w:t>
      </w:r>
      <w:proofErr w:type="spellStart"/>
      <w:r>
        <w:t>بإفراغ</w:t>
      </w:r>
      <w:proofErr w:type="spellEnd"/>
      <w:r>
        <w:t xml:space="preserve"> </w:t>
      </w:r>
      <w:proofErr w:type="spellStart"/>
      <w:r>
        <w:t>القرارات</w:t>
      </w:r>
      <w:proofErr w:type="spellEnd"/>
      <w:r>
        <w:t xml:space="preserve"> </w:t>
      </w:r>
      <w:proofErr w:type="spellStart"/>
      <w:r>
        <w:t>القضائية</w:t>
      </w:r>
      <w:proofErr w:type="spellEnd"/>
      <w:r>
        <w:t xml:space="preserve"> </w:t>
      </w:r>
      <w:proofErr w:type="spellStart"/>
      <w:r>
        <w:t>من</w:t>
      </w:r>
      <w:proofErr w:type="spellEnd"/>
      <w:r>
        <w:t xml:space="preserve"> </w:t>
      </w:r>
      <w:proofErr w:type="spellStart"/>
      <w:r>
        <w:t>فعاليتها</w:t>
      </w:r>
      <w:proofErr w:type="spellEnd"/>
      <w:r>
        <w:t>؛</w:t>
      </w:r>
    </w:p>
    <w:p w14:paraId="3BD127FC" w14:textId="77777777" w:rsidR="005D77C6" w:rsidRDefault="005D77C6" w:rsidP="005D77C6"/>
    <w:p w14:paraId="61F7BA86" w14:textId="77777777" w:rsidR="005D77C6" w:rsidRDefault="005D77C6" w:rsidP="005D77C6">
      <w:r>
        <w:lastRenderedPageBreak/>
        <w:t xml:space="preserve">5. </w:t>
      </w:r>
      <w:proofErr w:type="spellStart"/>
      <w:r>
        <w:t>أن</w:t>
      </w:r>
      <w:proofErr w:type="spellEnd"/>
      <w:r>
        <w:t xml:space="preserve"> </w:t>
      </w:r>
      <w:proofErr w:type="spellStart"/>
      <w:r>
        <w:t>تتخذ</w:t>
      </w:r>
      <w:proofErr w:type="spellEnd"/>
      <w:r>
        <w:t xml:space="preserve"> </w:t>
      </w:r>
      <w:proofErr w:type="spellStart"/>
      <w:r>
        <w:t>الأمم</w:t>
      </w:r>
      <w:proofErr w:type="spellEnd"/>
      <w:r>
        <w:t xml:space="preserve"> </w:t>
      </w:r>
      <w:proofErr w:type="spellStart"/>
      <w:r>
        <w:t>المتحدة</w:t>
      </w:r>
      <w:proofErr w:type="spellEnd"/>
      <w:r>
        <w:t xml:space="preserve"> </w:t>
      </w:r>
      <w:proofErr w:type="spellStart"/>
      <w:r>
        <w:t>وآلياتها</w:t>
      </w:r>
      <w:proofErr w:type="spellEnd"/>
      <w:r>
        <w:t xml:space="preserve"> </w:t>
      </w:r>
      <w:proofErr w:type="spellStart"/>
      <w:r>
        <w:t>المعنية</w:t>
      </w:r>
      <w:proofErr w:type="spellEnd"/>
      <w:r>
        <w:t xml:space="preserve"> </w:t>
      </w:r>
      <w:proofErr w:type="spellStart"/>
      <w:r>
        <w:t>بحقوق</w:t>
      </w:r>
      <w:proofErr w:type="spellEnd"/>
      <w:r>
        <w:t xml:space="preserve"> </w:t>
      </w:r>
      <w:proofErr w:type="spellStart"/>
      <w:r>
        <w:t>الإنسان</w:t>
      </w:r>
      <w:proofErr w:type="spellEnd"/>
      <w:r>
        <w:t xml:space="preserve"> </w:t>
      </w:r>
      <w:proofErr w:type="spellStart"/>
      <w:r>
        <w:t>إجراءات</w:t>
      </w:r>
      <w:proofErr w:type="spellEnd"/>
      <w:r>
        <w:t xml:space="preserve"> </w:t>
      </w:r>
      <w:proofErr w:type="spellStart"/>
      <w:r>
        <w:t>فعّالة</w:t>
      </w:r>
      <w:proofErr w:type="spellEnd"/>
      <w:r>
        <w:t xml:space="preserve"> </w:t>
      </w:r>
      <w:proofErr w:type="spellStart"/>
      <w:r>
        <w:t>وشفافة</w:t>
      </w:r>
      <w:proofErr w:type="spellEnd"/>
      <w:r>
        <w:t xml:space="preserve"> </w:t>
      </w:r>
      <w:proofErr w:type="spellStart"/>
      <w:r>
        <w:t>وموجّهة</w:t>
      </w:r>
      <w:proofErr w:type="spellEnd"/>
      <w:r>
        <w:t xml:space="preserve"> </w:t>
      </w:r>
      <w:proofErr w:type="spellStart"/>
      <w:r>
        <w:t>نحو</w:t>
      </w:r>
      <w:proofErr w:type="spellEnd"/>
      <w:r>
        <w:t xml:space="preserve"> </w:t>
      </w:r>
      <w:proofErr w:type="spellStart"/>
      <w:r>
        <w:t>النتائج</w:t>
      </w:r>
      <w:proofErr w:type="spellEnd"/>
      <w:r>
        <w:t xml:space="preserve"> </w:t>
      </w:r>
      <w:proofErr w:type="spellStart"/>
      <w:r>
        <w:t>من</w:t>
      </w:r>
      <w:proofErr w:type="spellEnd"/>
      <w:r>
        <w:t xml:space="preserve"> </w:t>
      </w:r>
      <w:proofErr w:type="spellStart"/>
      <w:r>
        <w:t>أجل</w:t>
      </w:r>
      <w:proofErr w:type="spellEnd"/>
      <w:r>
        <w:t xml:space="preserve"> </w:t>
      </w:r>
      <w:proofErr w:type="spellStart"/>
      <w:r>
        <w:t>حفظ</w:t>
      </w:r>
      <w:proofErr w:type="spellEnd"/>
      <w:r>
        <w:t xml:space="preserve"> </w:t>
      </w:r>
      <w:proofErr w:type="spellStart"/>
      <w:r>
        <w:t>الأدلة</w:t>
      </w:r>
      <w:proofErr w:type="spellEnd"/>
      <w:r>
        <w:t xml:space="preserve"> </w:t>
      </w:r>
      <w:proofErr w:type="spellStart"/>
      <w:r>
        <w:t>المتعلقة</w:t>
      </w:r>
      <w:proofErr w:type="spellEnd"/>
      <w:r>
        <w:t xml:space="preserve"> </w:t>
      </w:r>
      <w:proofErr w:type="spellStart"/>
      <w:r>
        <w:t>بالجرائم</w:t>
      </w:r>
      <w:proofErr w:type="spellEnd"/>
      <w:r>
        <w:t xml:space="preserve"> </w:t>
      </w:r>
      <w:proofErr w:type="spellStart"/>
      <w:r>
        <w:t>الدولية</w:t>
      </w:r>
      <w:proofErr w:type="spellEnd"/>
      <w:r>
        <w:t xml:space="preserve"> </w:t>
      </w:r>
      <w:proofErr w:type="spellStart"/>
      <w:r>
        <w:t>التي</w:t>
      </w:r>
      <w:proofErr w:type="spellEnd"/>
      <w:r>
        <w:t xml:space="preserve"> </w:t>
      </w:r>
      <w:proofErr w:type="spellStart"/>
      <w:r>
        <w:t>يُدّعى</w:t>
      </w:r>
      <w:proofErr w:type="spellEnd"/>
      <w:r>
        <w:t xml:space="preserve"> </w:t>
      </w:r>
      <w:proofErr w:type="spellStart"/>
      <w:r>
        <w:t>ارتكابها</w:t>
      </w:r>
      <w:proofErr w:type="spellEnd"/>
      <w:r>
        <w:t xml:space="preserve"> </w:t>
      </w:r>
      <w:proofErr w:type="spellStart"/>
      <w:r>
        <w:t>في</w:t>
      </w:r>
      <w:proofErr w:type="spellEnd"/>
      <w:r>
        <w:t xml:space="preserve"> </w:t>
      </w:r>
      <w:proofErr w:type="spellStart"/>
      <w:r>
        <w:t>غزة</w:t>
      </w:r>
      <w:proofErr w:type="spellEnd"/>
      <w:r>
        <w:t xml:space="preserve">، </w:t>
      </w:r>
      <w:proofErr w:type="spellStart"/>
      <w:r>
        <w:t>وحماية</w:t>
      </w:r>
      <w:proofErr w:type="spellEnd"/>
      <w:r>
        <w:t xml:space="preserve"> </w:t>
      </w:r>
      <w:proofErr w:type="spellStart"/>
      <w:r>
        <w:t>الضحايا</w:t>
      </w:r>
      <w:proofErr w:type="spellEnd"/>
      <w:r>
        <w:t xml:space="preserve">، </w:t>
      </w:r>
      <w:proofErr w:type="spellStart"/>
      <w:r>
        <w:t>وضمان</w:t>
      </w:r>
      <w:proofErr w:type="spellEnd"/>
      <w:r>
        <w:t xml:space="preserve"> </w:t>
      </w:r>
      <w:proofErr w:type="spellStart"/>
      <w:r>
        <w:t>ملاحقة</w:t>
      </w:r>
      <w:proofErr w:type="spellEnd"/>
      <w:r>
        <w:t xml:space="preserve"> </w:t>
      </w:r>
      <w:proofErr w:type="spellStart"/>
      <w:r>
        <w:t>المسؤولين</w:t>
      </w:r>
      <w:proofErr w:type="spellEnd"/>
      <w:r>
        <w:t xml:space="preserve"> </w:t>
      </w:r>
      <w:proofErr w:type="spellStart"/>
      <w:r>
        <w:t>عنها</w:t>
      </w:r>
      <w:proofErr w:type="spellEnd"/>
      <w:r>
        <w:t>؛</w:t>
      </w:r>
    </w:p>
    <w:p w14:paraId="77BB878F" w14:textId="77777777" w:rsidR="005D77C6" w:rsidRDefault="005D77C6" w:rsidP="005D77C6"/>
    <w:p w14:paraId="704C73D4" w14:textId="77777777" w:rsidR="005D77C6" w:rsidRDefault="005D77C6" w:rsidP="005D77C6">
      <w:r>
        <w:t xml:space="preserve">6. </w:t>
      </w:r>
      <w:proofErr w:type="spellStart"/>
      <w:r>
        <w:t>أن</w:t>
      </w:r>
      <w:proofErr w:type="spellEnd"/>
      <w:r>
        <w:t xml:space="preserve"> </w:t>
      </w:r>
      <w:proofErr w:type="spellStart"/>
      <w:r>
        <w:t>يتابع</w:t>
      </w:r>
      <w:proofErr w:type="spellEnd"/>
      <w:r>
        <w:t xml:space="preserve"> </w:t>
      </w:r>
      <w:proofErr w:type="spellStart"/>
      <w:r>
        <w:t>اتحاد</w:t>
      </w:r>
      <w:proofErr w:type="spellEnd"/>
      <w:r>
        <w:t xml:space="preserve"> </w:t>
      </w:r>
      <w:proofErr w:type="spellStart"/>
      <w:r>
        <w:t>نقابات</w:t>
      </w:r>
      <w:proofErr w:type="spellEnd"/>
      <w:r>
        <w:t xml:space="preserve"> </w:t>
      </w:r>
      <w:proofErr w:type="spellStart"/>
      <w:r>
        <w:t>المحامين</w:t>
      </w:r>
      <w:proofErr w:type="spellEnd"/>
      <w:r>
        <w:t xml:space="preserve"> </w:t>
      </w:r>
      <w:proofErr w:type="spellStart"/>
      <w:r>
        <w:t>في</w:t>
      </w:r>
      <w:proofErr w:type="spellEnd"/>
      <w:r>
        <w:t xml:space="preserve"> Türkiye </w:t>
      </w:r>
      <w:proofErr w:type="spellStart"/>
      <w:r>
        <w:t>ونقابات</w:t>
      </w:r>
      <w:proofErr w:type="spellEnd"/>
      <w:r>
        <w:t xml:space="preserve"> </w:t>
      </w:r>
      <w:proofErr w:type="spellStart"/>
      <w:r>
        <w:t>المحامين</w:t>
      </w:r>
      <w:proofErr w:type="spellEnd"/>
      <w:r>
        <w:t xml:space="preserve"> </w:t>
      </w:r>
      <w:proofErr w:type="spellStart"/>
      <w:r>
        <w:t>وكليات</w:t>
      </w:r>
      <w:proofErr w:type="spellEnd"/>
      <w:r>
        <w:t xml:space="preserve"> </w:t>
      </w:r>
      <w:proofErr w:type="spellStart"/>
      <w:r>
        <w:t>الحقوق</w:t>
      </w:r>
      <w:proofErr w:type="spellEnd"/>
      <w:r>
        <w:t xml:space="preserve"> </w:t>
      </w:r>
      <w:proofErr w:type="spellStart"/>
      <w:r>
        <w:t>ومنظمات</w:t>
      </w:r>
      <w:proofErr w:type="spellEnd"/>
      <w:r>
        <w:t xml:space="preserve"> </w:t>
      </w:r>
      <w:proofErr w:type="spellStart"/>
      <w:r>
        <w:t>حقوق</w:t>
      </w:r>
      <w:proofErr w:type="spellEnd"/>
      <w:r>
        <w:t xml:space="preserve"> </w:t>
      </w:r>
      <w:proofErr w:type="spellStart"/>
      <w:r>
        <w:t>الإنسان</w:t>
      </w:r>
      <w:proofErr w:type="spellEnd"/>
      <w:r>
        <w:t xml:space="preserve"> </w:t>
      </w:r>
      <w:proofErr w:type="spellStart"/>
      <w:r>
        <w:t>والمنظمات</w:t>
      </w:r>
      <w:proofErr w:type="spellEnd"/>
      <w:r>
        <w:t xml:space="preserve"> </w:t>
      </w:r>
      <w:proofErr w:type="spellStart"/>
      <w:r>
        <w:t>القانونية</w:t>
      </w:r>
      <w:proofErr w:type="spellEnd"/>
      <w:r>
        <w:t xml:space="preserve"> </w:t>
      </w:r>
      <w:proofErr w:type="spellStart"/>
      <w:r>
        <w:t>الدولية</w:t>
      </w:r>
      <w:proofErr w:type="spellEnd"/>
      <w:r>
        <w:t xml:space="preserve"> </w:t>
      </w:r>
      <w:proofErr w:type="spellStart"/>
      <w:r>
        <w:t>الإجراءات</w:t>
      </w:r>
      <w:proofErr w:type="spellEnd"/>
      <w:r>
        <w:t xml:space="preserve"> </w:t>
      </w:r>
      <w:proofErr w:type="spellStart"/>
      <w:r>
        <w:t>بصورة</w:t>
      </w:r>
      <w:proofErr w:type="spellEnd"/>
      <w:r>
        <w:t xml:space="preserve"> </w:t>
      </w:r>
      <w:proofErr w:type="spellStart"/>
      <w:r>
        <w:t>مستمرة</w:t>
      </w:r>
      <w:proofErr w:type="spellEnd"/>
      <w:r>
        <w:t xml:space="preserve">؛ </w:t>
      </w:r>
      <w:proofErr w:type="spellStart"/>
      <w:r>
        <w:t>وأن</w:t>
      </w:r>
      <w:proofErr w:type="spellEnd"/>
      <w:r>
        <w:t xml:space="preserve"> </w:t>
      </w:r>
      <w:proofErr w:type="spellStart"/>
      <w:r>
        <w:t>يشكّلوا</w:t>
      </w:r>
      <w:proofErr w:type="spellEnd"/>
      <w:r>
        <w:t xml:space="preserve">، </w:t>
      </w:r>
      <w:proofErr w:type="spellStart"/>
      <w:r>
        <w:t>عند</w:t>
      </w:r>
      <w:proofErr w:type="spellEnd"/>
      <w:r>
        <w:t xml:space="preserve"> </w:t>
      </w:r>
      <w:proofErr w:type="spellStart"/>
      <w:r>
        <w:t>الاقتضاء</w:t>
      </w:r>
      <w:proofErr w:type="spellEnd"/>
      <w:r>
        <w:t xml:space="preserve">، </w:t>
      </w:r>
      <w:proofErr w:type="spellStart"/>
      <w:r>
        <w:t>وفداً</w:t>
      </w:r>
      <w:proofErr w:type="spellEnd"/>
      <w:r>
        <w:t xml:space="preserve"> </w:t>
      </w:r>
      <w:proofErr w:type="spellStart"/>
      <w:r>
        <w:t>قانونياً</w:t>
      </w:r>
      <w:proofErr w:type="spellEnd"/>
      <w:r>
        <w:t xml:space="preserve"> </w:t>
      </w:r>
      <w:proofErr w:type="spellStart"/>
      <w:r>
        <w:t>مشتركاً</w:t>
      </w:r>
      <w:proofErr w:type="spellEnd"/>
      <w:r>
        <w:t xml:space="preserve"> </w:t>
      </w:r>
      <w:proofErr w:type="spellStart"/>
      <w:r>
        <w:t>لتقديم</w:t>
      </w:r>
      <w:proofErr w:type="spellEnd"/>
      <w:r>
        <w:t xml:space="preserve"> </w:t>
      </w:r>
      <w:proofErr w:type="spellStart"/>
      <w:r>
        <w:t>مذكرة</w:t>
      </w:r>
      <w:proofErr w:type="spellEnd"/>
      <w:r>
        <w:t xml:space="preserve"> </w:t>
      </w:r>
      <w:proofErr w:type="spellStart"/>
      <w:r>
        <w:t>بصفة</w:t>
      </w:r>
      <w:proofErr w:type="spellEnd"/>
      <w:r>
        <w:t xml:space="preserve"> </w:t>
      </w:r>
      <w:proofErr w:type="spellStart"/>
      <w:r>
        <w:t>صديق</w:t>
      </w:r>
      <w:proofErr w:type="spellEnd"/>
      <w:r>
        <w:t xml:space="preserve"> </w:t>
      </w:r>
      <w:proofErr w:type="spellStart"/>
      <w:r>
        <w:t>المحكمة</w:t>
      </w:r>
      <w:proofErr w:type="spellEnd"/>
      <w:r>
        <w:t xml:space="preserve"> </w:t>
      </w:r>
      <w:proofErr w:type="spellStart"/>
      <w:r>
        <w:t>أمام</w:t>
      </w:r>
      <w:proofErr w:type="spellEnd"/>
      <w:r>
        <w:t xml:space="preserve"> </w:t>
      </w:r>
      <w:proofErr w:type="spellStart"/>
      <w:r>
        <w:t>المحكمة</w:t>
      </w:r>
      <w:proofErr w:type="spellEnd"/>
      <w:r>
        <w:t xml:space="preserve"> </w:t>
      </w:r>
      <w:proofErr w:type="spellStart"/>
      <w:r>
        <w:t>الجنائية</w:t>
      </w:r>
      <w:proofErr w:type="spellEnd"/>
      <w:r>
        <w:t xml:space="preserve"> </w:t>
      </w:r>
      <w:proofErr w:type="spellStart"/>
      <w:r>
        <w:t>الدولية</w:t>
      </w:r>
      <w:proofErr w:type="spellEnd"/>
      <w:r>
        <w:t xml:space="preserve"> </w:t>
      </w:r>
      <w:proofErr w:type="spellStart"/>
      <w:r>
        <w:t>ولسلوك</w:t>
      </w:r>
      <w:proofErr w:type="spellEnd"/>
      <w:r>
        <w:t xml:space="preserve"> </w:t>
      </w:r>
      <w:proofErr w:type="spellStart"/>
      <w:r>
        <w:t>سائر</w:t>
      </w:r>
      <w:proofErr w:type="spellEnd"/>
      <w:r>
        <w:t xml:space="preserve"> </w:t>
      </w:r>
      <w:proofErr w:type="spellStart"/>
      <w:r>
        <w:t>السبل</w:t>
      </w:r>
      <w:proofErr w:type="spellEnd"/>
      <w:r>
        <w:t xml:space="preserve"> </w:t>
      </w:r>
      <w:proofErr w:type="spellStart"/>
      <w:r>
        <w:t>القانونية</w:t>
      </w:r>
      <w:proofErr w:type="spellEnd"/>
      <w:r>
        <w:t xml:space="preserve"> </w:t>
      </w:r>
      <w:proofErr w:type="spellStart"/>
      <w:r>
        <w:t>المتاحة</w:t>
      </w:r>
      <w:proofErr w:type="spellEnd"/>
      <w:r>
        <w:t>؛</w:t>
      </w:r>
    </w:p>
    <w:p w14:paraId="40048806" w14:textId="77777777" w:rsidR="005D77C6" w:rsidRDefault="005D77C6" w:rsidP="005D77C6"/>
    <w:p w14:paraId="08E31956" w14:textId="77777777" w:rsidR="005D77C6" w:rsidRDefault="005D77C6" w:rsidP="005D77C6">
      <w:r>
        <w:t xml:space="preserve">7. </w:t>
      </w:r>
      <w:proofErr w:type="spellStart"/>
      <w:r>
        <w:t>أن</w:t>
      </w:r>
      <w:proofErr w:type="spellEnd"/>
      <w:r>
        <w:t xml:space="preserve"> </w:t>
      </w:r>
      <w:proofErr w:type="spellStart"/>
      <w:r>
        <w:t>تتابع</w:t>
      </w:r>
      <w:proofErr w:type="spellEnd"/>
      <w:r>
        <w:t xml:space="preserve"> </w:t>
      </w:r>
      <w:proofErr w:type="spellStart"/>
      <w:r>
        <w:t>الإجراءات</w:t>
      </w:r>
      <w:proofErr w:type="spellEnd"/>
      <w:r>
        <w:t xml:space="preserve"> </w:t>
      </w:r>
      <w:proofErr w:type="spellStart"/>
      <w:r>
        <w:t>القضائية</w:t>
      </w:r>
      <w:proofErr w:type="spellEnd"/>
      <w:r>
        <w:t xml:space="preserve"> </w:t>
      </w:r>
      <w:proofErr w:type="spellStart"/>
      <w:r>
        <w:t>في</w:t>
      </w:r>
      <w:proofErr w:type="spellEnd"/>
      <w:r>
        <w:t xml:space="preserve"> </w:t>
      </w:r>
      <w:proofErr w:type="spellStart"/>
      <w:r>
        <w:t>إسطنبول</w:t>
      </w:r>
      <w:proofErr w:type="spellEnd"/>
      <w:r>
        <w:t xml:space="preserve"> </w:t>
      </w:r>
      <w:proofErr w:type="spellStart"/>
      <w:r>
        <w:t>وفود</w:t>
      </w:r>
      <w:proofErr w:type="spellEnd"/>
      <w:r>
        <w:t xml:space="preserve"> </w:t>
      </w:r>
      <w:proofErr w:type="spellStart"/>
      <w:r>
        <w:t>مراقبة</w:t>
      </w:r>
      <w:proofErr w:type="spellEnd"/>
      <w:r>
        <w:t xml:space="preserve"> </w:t>
      </w:r>
      <w:proofErr w:type="spellStart"/>
      <w:r>
        <w:t>مستقلة</w:t>
      </w:r>
      <w:proofErr w:type="spellEnd"/>
      <w:r>
        <w:t xml:space="preserve"> </w:t>
      </w:r>
      <w:proofErr w:type="spellStart"/>
      <w:r>
        <w:t>تتكوّن</w:t>
      </w:r>
      <w:proofErr w:type="spellEnd"/>
      <w:r>
        <w:t xml:space="preserve"> </w:t>
      </w:r>
      <w:proofErr w:type="spellStart"/>
      <w:r>
        <w:t>من</w:t>
      </w:r>
      <w:proofErr w:type="spellEnd"/>
      <w:r>
        <w:t xml:space="preserve"> </w:t>
      </w:r>
      <w:proofErr w:type="spellStart"/>
      <w:r>
        <w:t>قانونيين</w:t>
      </w:r>
      <w:proofErr w:type="spellEnd"/>
      <w:r>
        <w:t xml:space="preserve"> </w:t>
      </w:r>
      <w:proofErr w:type="spellStart"/>
      <w:r>
        <w:t>وقانونيات</w:t>
      </w:r>
      <w:proofErr w:type="spellEnd"/>
      <w:r>
        <w:t xml:space="preserve"> </w:t>
      </w:r>
      <w:proofErr w:type="spellStart"/>
      <w:r>
        <w:t>وطنيين</w:t>
      </w:r>
      <w:proofErr w:type="spellEnd"/>
      <w:r>
        <w:t xml:space="preserve"> </w:t>
      </w:r>
      <w:proofErr w:type="spellStart"/>
      <w:r>
        <w:t>ودوليين</w:t>
      </w:r>
      <w:proofErr w:type="spellEnd"/>
      <w:r>
        <w:t xml:space="preserve">، </w:t>
      </w:r>
      <w:proofErr w:type="spellStart"/>
      <w:r>
        <w:t>وأن</w:t>
      </w:r>
      <w:proofErr w:type="spellEnd"/>
      <w:r>
        <w:t xml:space="preserve"> </w:t>
      </w:r>
      <w:proofErr w:type="spellStart"/>
      <w:r>
        <w:t>تُنشر</w:t>
      </w:r>
      <w:proofErr w:type="spellEnd"/>
      <w:r>
        <w:t xml:space="preserve"> </w:t>
      </w:r>
      <w:proofErr w:type="spellStart"/>
      <w:r>
        <w:t>التقييمات</w:t>
      </w:r>
      <w:proofErr w:type="spellEnd"/>
      <w:r>
        <w:t xml:space="preserve"> </w:t>
      </w:r>
      <w:proofErr w:type="spellStart"/>
      <w:r>
        <w:t>القانونية</w:t>
      </w:r>
      <w:proofErr w:type="spellEnd"/>
      <w:r>
        <w:t xml:space="preserve"> </w:t>
      </w:r>
      <w:proofErr w:type="spellStart"/>
      <w:r>
        <w:t>المتعلقة</w:t>
      </w:r>
      <w:proofErr w:type="spellEnd"/>
      <w:r>
        <w:t xml:space="preserve"> </w:t>
      </w:r>
      <w:proofErr w:type="spellStart"/>
      <w:r>
        <w:t>بالجلسات</w:t>
      </w:r>
      <w:proofErr w:type="spellEnd"/>
      <w:r>
        <w:t xml:space="preserve"> </w:t>
      </w:r>
      <w:proofErr w:type="spellStart"/>
      <w:r>
        <w:t>والقرارات</w:t>
      </w:r>
      <w:proofErr w:type="spellEnd"/>
      <w:r>
        <w:t xml:space="preserve"> </w:t>
      </w:r>
      <w:proofErr w:type="spellStart"/>
      <w:r>
        <w:t>على</w:t>
      </w:r>
      <w:proofErr w:type="spellEnd"/>
      <w:r>
        <w:t xml:space="preserve"> </w:t>
      </w:r>
      <w:proofErr w:type="spellStart"/>
      <w:r>
        <w:t>الرأي</w:t>
      </w:r>
      <w:proofErr w:type="spellEnd"/>
      <w:r>
        <w:t xml:space="preserve"> </w:t>
      </w:r>
      <w:proofErr w:type="spellStart"/>
      <w:r>
        <w:t>العام</w:t>
      </w:r>
      <w:proofErr w:type="spellEnd"/>
      <w:r>
        <w:t>.</w:t>
      </w:r>
    </w:p>
    <w:p w14:paraId="0B4FB2D7" w14:textId="77777777" w:rsidR="005D77C6" w:rsidRDefault="005D77C6" w:rsidP="005D77C6"/>
    <w:p w14:paraId="0B8C973C" w14:textId="77777777" w:rsidR="005D77C6" w:rsidRDefault="005D77C6" w:rsidP="005D77C6">
      <w:proofErr w:type="spellStart"/>
      <w:r>
        <w:t>نداء</w:t>
      </w:r>
      <w:proofErr w:type="spellEnd"/>
      <w:r>
        <w:t xml:space="preserve"> </w:t>
      </w:r>
      <w:proofErr w:type="spellStart"/>
      <w:r>
        <w:t>إلى</w:t>
      </w:r>
      <w:proofErr w:type="spellEnd"/>
      <w:r>
        <w:t xml:space="preserve"> </w:t>
      </w:r>
      <w:proofErr w:type="spellStart"/>
      <w:r>
        <w:t>المحامين</w:t>
      </w:r>
      <w:proofErr w:type="spellEnd"/>
      <w:r>
        <w:t xml:space="preserve"> </w:t>
      </w:r>
      <w:proofErr w:type="spellStart"/>
      <w:r>
        <w:t>والمؤسسات</w:t>
      </w:r>
      <w:proofErr w:type="spellEnd"/>
    </w:p>
    <w:p w14:paraId="2B9283F5" w14:textId="77777777" w:rsidR="005D77C6" w:rsidRDefault="005D77C6" w:rsidP="005D77C6"/>
    <w:p w14:paraId="2EDD1975" w14:textId="77777777" w:rsidR="005D77C6" w:rsidRDefault="005D77C6" w:rsidP="005D77C6">
      <w:proofErr w:type="spellStart"/>
      <w:r>
        <w:t>لا</w:t>
      </w:r>
      <w:proofErr w:type="spellEnd"/>
      <w:r>
        <w:t xml:space="preserve"> </w:t>
      </w:r>
      <w:proofErr w:type="spellStart"/>
      <w:r>
        <w:t>يهدف</w:t>
      </w:r>
      <w:proofErr w:type="spellEnd"/>
      <w:r>
        <w:t xml:space="preserve"> </w:t>
      </w:r>
      <w:proofErr w:type="spellStart"/>
      <w:r>
        <w:t>هذا</w:t>
      </w:r>
      <w:proofErr w:type="spellEnd"/>
      <w:r>
        <w:t xml:space="preserve"> </w:t>
      </w:r>
      <w:proofErr w:type="spellStart"/>
      <w:r>
        <w:t>النداء</w:t>
      </w:r>
      <w:proofErr w:type="spellEnd"/>
      <w:r>
        <w:t xml:space="preserve"> </w:t>
      </w:r>
      <w:proofErr w:type="spellStart"/>
      <w:r>
        <w:t>إلى</w:t>
      </w:r>
      <w:proofErr w:type="spellEnd"/>
      <w:r>
        <w:t xml:space="preserve"> </w:t>
      </w:r>
      <w:proofErr w:type="spellStart"/>
      <w:r>
        <w:t>تطبيق</w:t>
      </w:r>
      <w:proofErr w:type="spellEnd"/>
      <w:r>
        <w:t xml:space="preserve"> </w:t>
      </w:r>
      <w:proofErr w:type="spellStart"/>
      <w:r>
        <w:t>القانون</w:t>
      </w:r>
      <w:proofErr w:type="spellEnd"/>
      <w:r>
        <w:t xml:space="preserve"> </w:t>
      </w:r>
      <w:proofErr w:type="spellStart"/>
      <w:r>
        <w:t>ذاته</w:t>
      </w:r>
      <w:proofErr w:type="spellEnd"/>
      <w:r>
        <w:t xml:space="preserve"> </w:t>
      </w:r>
      <w:proofErr w:type="spellStart"/>
      <w:r>
        <w:t>على</w:t>
      </w:r>
      <w:proofErr w:type="spellEnd"/>
      <w:r>
        <w:t xml:space="preserve"> </w:t>
      </w:r>
      <w:proofErr w:type="spellStart"/>
      <w:r>
        <w:t>واقعة</w:t>
      </w:r>
      <w:proofErr w:type="spellEnd"/>
      <w:r>
        <w:t xml:space="preserve"> </w:t>
      </w:r>
      <w:proofErr w:type="spellStart"/>
      <w:r>
        <w:t>بعينها</w:t>
      </w:r>
      <w:proofErr w:type="spellEnd"/>
      <w:r>
        <w:t xml:space="preserve"> </w:t>
      </w:r>
      <w:proofErr w:type="spellStart"/>
      <w:r>
        <w:t>أو</w:t>
      </w:r>
      <w:proofErr w:type="spellEnd"/>
      <w:r>
        <w:t xml:space="preserve"> </w:t>
      </w:r>
      <w:proofErr w:type="spellStart"/>
      <w:r>
        <w:t>فئة</w:t>
      </w:r>
      <w:proofErr w:type="spellEnd"/>
      <w:r>
        <w:t xml:space="preserve"> </w:t>
      </w:r>
      <w:proofErr w:type="spellStart"/>
      <w:r>
        <w:t>محددة</w:t>
      </w:r>
      <w:proofErr w:type="spellEnd"/>
      <w:r>
        <w:t xml:space="preserve"> </w:t>
      </w:r>
      <w:proofErr w:type="spellStart"/>
      <w:r>
        <w:t>من</w:t>
      </w:r>
      <w:proofErr w:type="spellEnd"/>
      <w:r>
        <w:t xml:space="preserve"> </w:t>
      </w:r>
      <w:proofErr w:type="spellStart"/>
      <w:r>
        <w:t>الضحايا</w:t>
      </w:r>
      <w:proofErr w:type="spellEnd"/>
      <w:r>
        <w:t xml:space="preserve"> </w:t>
      </w:r>
      <w:proofErr w:type="spellStart"/>
      <w:r>
        <w:t>فحسب</w:t>
      </w:r>
      <w:proofErr w:type="spellEnd"/>
      <w:r>
        <w:t xml:space="preserve">، </w:t>
      </w:r>
      <w:proofErr w:type="spellStart"/>
      <w:r>
        <w:t>بل</w:t>
      </w:r>
      <w:proofErr w:type="spellEnd"/>
      <w:r>
        <w:t xml:space="preserve"> </w:t>
      </w:r>
      <w:proofErr w:type="spellStart"/>
      <w:r>
        <w:t>إلى</w:t>
      </w:r>
      <w:proofErr w:type="spellEnd"/>
      <w:r>
        <w:t xml:space="preserve"> </w:t>
      </w:r>
      <w:proofErr w:type="spellStart"/>
      <w:r>
        <w:t>تطبيقه</w:t>
      </w:r>
      <w:proofErr w:type="spellEnd"/>
      <w:r>
        <w:t xml:space="preserve"> </w:t>
      </w:r>
      <w:proofErr w:type="spellStart"/>
      <w:r>
        <w:t>على</w:t>
      </w:r>
      <w:proofErr w:type="spellEnd"/>
      <w:r>
        <w:t xml:space="preserve"> </w:t>
      </w:r>
      <w:proofErr w:type="spellStart"/>
      <w:r>
        <w:t>جميع</w:t>
      </w:r>
      <w:proofErr w:type="spellEnd"/>
      <w:r>
        <w:t xml:space="preserve"> </w:t>
      </w:r>
      <w:proofErr w:type="spellStart"/>
      <w:r>
        <w:t>الضحايا</w:t>
      </w:r>
      <w:proofErr w:type="spellEnd"/>
      <w:r>
        <w:t>.</w:t>
      </w:r>
    </w:p>
    <w:p w14:paraId="732673F8" w14:textId="77777777" w:rsidR="005D77C6" w:rsidRDefault="005D77C6" w:rsidP="005D77C6"/>
    <w:p w14:paraId="253BE276" w14:textId="77777777" w:rsidR="005D77C6" w:rsidRDefault="005D77C6" w:rsidP="005D77C6">
      <w:proofErr w:type="spellStart"/>
      <w:r>
        <w:t>مذكرات</w:t>
      </w:r>
      <w:proofErr w:type="spellEnd"/>
      <w:r>
        <w:t xml:space="preserve"> </w:t>
      </w:r>
      <w:proofErr w:type="spellStart"/>
      <w:r>
        <w:t>التوقيف</w:t>
      </w:r>
      <w:proofErr w:type="spellEnd"/>
      <w:r>
        <w:t xml:space="preserve"> </w:t>
      </w:r>
      <w:proofErr w:type="spellStart"/>
      <w:r>
        <w:t>لا</w:t>
      </w:r>
      <w:proofErr w:type="spellEnd"/>
      <w:r>
        <w:t xml:space="preserve"> </w:t>
      </w:r>
      <w:proofErr w:type="spellStart"/>
      <w:r>
        <w:t>تختبر</w:t>
      </w:r>
      <w:proofErr w:type="spellEnd"/>
      <w:r>
        <w:t xml:space="preserve"> </w:t>
      </w:r>
      <w:proofErr w:type="spellStart"/>
      <w:r>
        <w:t>الأشخاص</w:t>
      </w:r>
      <w:proofErr w:type="spellEnd"/>
      <w:r>
        <w:t xml:space="preserve"> </w:t>
      </w:r>
      <w:proofErr w:type="spellStart"/>
      <w:r>
        <w:t>المطلوبين</w:t>
      </w:r>
      <w:proofErr w:type="spellEnd"/>
      <w:r>
        <w:t xml:space="preserve"> </w:t>
      </w:r>
      <w:proofErr w:type="spellStart"/>
      <w:r>
        <w:t>فحسب</w:t>
      </w:r>
      <w:proofErr w:type="spellEnd"/>
      <w:r>
        <w:t xml:space="preserve">، </w:t>
      </w:r>
      <w:proofErr w:type="spellStart"/>
      <w:r>
        <w:t>بل</w:t>
      </w:r>
      <w:proofErr w:type="spellEnd"/>
      <w:r>
        <w:t xml:space="preserve"> </w:t>
      </w:r>
      <w:proofErr w:type="spellStart"/>
      <w:r>
        <w:t>تختبر</w:t>
      </w:r>
      <w:proofErr w:type="spellEnd"/>
      <w:r>
        <w:t xml:space="preserve"> </w:t>
      </w:r>
      <w:proofErr w:type="spellStart"/>
      <w:r>
        <w:t>أيضاً</w:t>
      </w:r>
      <w:proofErr w:type="spellEnd"/>
      <w:r>
        <w:t xml:space="preserve"> </w:t>
      </w:r>
      <w:proofErr w:type="spellStart"/>
      <w:r>
        <w:t>وفاء</w:t>
      </w:r>
      <w:proofErr w:type="spellEnd"/>
      <w:r>
        <w:t xml:space="preserve"> </w:t>
      </w:r>
      <w:proofErr w:type="spellStart"/>
      <w:r>
        <w:t>الدول</w:t>
      </w:r>
      <w:proofErr w:type="spellEnd"/>
      <w:r>
        <w:t xml:space="preserve"> </w:t>
      </w:r>
      <w:proofErr w:type="spellStart"/>
      <w:r>
        <w:t>لسيادة</w:t>
      </w:r>
      <w:proofErr w:type="spellEnd"/>
      <w:r>
        <w:t xml:space="preserve"> </w:t>
      </w:r>
      <w:proofErr w:type="spellStart"/>
      <w:r>
        <w:t>القانون</w:t>
      </w:r>
      <w:proofErr w:type="spellEnd"/>
      <w:r>
        <w:t xml:space="preserve">. </w:t>
      </w:r>
      <w:proofErr w:type="spellStart"/>
      <w:r>
        <w:t>ونطالب</w:t>
      </w:r>
      <w:proofErr w:type="spellEnd"/>
      <w:r>
        <w:t xml:space="preserve"> </w:t>
      </w:r>
      <w:proofErr w:type="spellStart"/>
      <w:r>
        <w:t>بألا</w:t>
      </w:r>
      <w:proofErr w:type="spellEnd"/>
      <w:r>
        <w:t xml:space="preserve"> </w:t>
      </w:r>
      <w:proofErr w:type="spellStart"/>
      <w:r>
        <w:t>تُنسى</w:t>
      </w:r>
      <w:proofErr w:type="spellEnd"/>
      <w:r>
        <w:t xml:space="preserve"> </w:t>
      </w:r>
      <w:proofErr w:type="spellStart"/>
      <w:r>
        <w:t>المذكرات</w:t>
      </w:r>
      <w:proofErr w:type="spellEnd"/>
      <w:r>
        <w:t xml:space="preserve"> </w:t>
      </w:r>
      <w:proofErr w:type="spellStart"/>
      <w:r>
        <w:t>القضائية</w:t>
      </w:r>
      <w:proofErr w:type="spellEnd"/>
      <w:r>
        <w:t xml:space="preserve"> </w:t>
      </w:r>
      <w:proofErr w:type="spellStart"/>
      <w:r>
        <w:t>في</w:t>
      </w:r>
      <w:proofErr w:type="spellEnd"/>
      <w:r>
        <w:t xml:space="preserve"> </w:t>
      </w:r>
      <w:proofErr w:type="spellStart"/>
      <w:r>
        <w:t>الأدراج</w:t>
      </w:r>
      <w:proofErr w:type="spellEnd"/>
      <w:r>
        <w:t xml:space="preserve"> </w:t>
      </w:r>
      <w:proofErr w:type="spellStart"/>
      <w:r>
        <w:t>الدبلوماسية</w:t>
      </w:r>
      <w:proofErr w:type="spellEnd"/>
      <w:r>
        <w:t xml:space="preserve">، </w:t>
      </w:r>
      <w:proofErr w:type="spellStart"/>
      <w:r>
        <w:t>وألا</w:t>
      </w:r>
      <w:proofErr w:type="spellEnd"/>
      <w:r>
        <w:t xml:space="preserve"> </w:t>
      </w:r>
      <w:proofErr w:type="spellStart"/>
      <w:r>
        <w:t>تُعامل</w:t>
      </w:r>
      <w:proofErr w:type="spellEnd"/>
      <w:r>
        <w:t xml:space="preserve"> </w:t>
      </w:r>
      <w:proofErr w:type="spellStart"/>
      <w:r>
        <w:t>قرارات</w:t>
      </w:r>
      <w:proofErr w:type="spellEnd"/>
      <w:r>
        <w:t xml:space="preserve"> </w:t>
      </w:r>
      <w:proofErr w:type="spellStart"/>
      <w:r>
        <w:t>المحاكم</w:t>
      </w:r>
      <w:proofErr w:type="spellEnd"/>
      <w:r>
        <w:t xml:space="preserve"> </w:t>
      </w:r>
      <w:proofErr w:type="spellStart"/>
      <w:r>
        <w:t>على</w:t>
      </w:r>
      <w:proofErr w:type="spellEnd"/>
      <w:r>
        <w:t xml:space="preserve"> </w:t>
      </w:r>
      <w:proofErr w:type="spellStart"/>
      <w:r>
        <w:t>أنها</w:t>
      </w:r>
      <w:proofErr w:type="spellEnd"/>
      <w:r>
        <w:t xml:space="preserve"> </w:t>
      </w:r>
      <w:proofErr w:type="spellStart"/>
      <w:r>
        <w:t>أقل</w:t>
      </w:r>
      <w:proofErr w:type="spellEnd"/>
      <w:r>
        <w:t xml:space="preserve"> </w:t>
      </w:r>
      <w:proofErr w:type="spellStart"/>
      <w:r>
        <w:t>قيمة</w:t>
      </w:r>
      <w:proofErr w:type="spellEnd"/>
      <w:r>
        <w:t xml:space="preserve"> </w:t>
      </w:r>
      <w:proofErr w:type="spellStart"/>
      <w:r>
        <w:t>من</w:t>
      </w:r>
      <w:proofErr w:type="spellEnd"/>
      <w:r>
        <w:t xml:space="preserve"> </w:t>
      </w:r>
      <w:proofErr w:type="spellStart"/>
      <w:r>
        <w:t>الحسابات</w:t>
      </w:r>
      <w:proofErr w:type="spellEnd"/>
      <w:r>
        <w:t xml:space="preserve"> </w:t>
      </w:r>
      <w:proofErr w:type="spellStart"/>
      <w:r>
        <w:t>السياسية</w:t>
      </w:r>
      <w:proofErr w:type="spellEnd"/>
      <w:r>
        <w:t xml:space="preserve"> </w:t>
      </w:r>
      <w:proofErr w:type="spellStart"/>
      <w:r>
        <w:t>للدول</w:t>
      </w:r>
      <w:proofErr w:type="spellEnd"/>
      <w:r>
        <w:t>.</w:t>
      </w:r>
    </w:p>
    <w:p w14:paraId="056B9BF7" w14:textId="77777777" w:rsidR="005D77C6" w:rsidRDefault="005D77C6" w:rsidP="005D77C6"/>
    <w:p w14:paraId="0C4B1712" w14:textId="77777777" w:rsidR="005D77C6" w:rsidRDefault="005D77C6" w:rsidP="005D77C6">
      <w:proofErr w:type="spellStart"/>
      <w:r>
        <w:t>ندعو</w:t>
      </w:r>
      <w:proofErr w:type="spellEnd"/>
      <w:r>
        <w:t xml:space="preserve"> </w:t>
      </w:r>
      <w:proofErr w:type="spellStart"/>
      <w:r>
        <w:t>زملاءنا</w:t>
      </w:r>
      <w:proofErr w:type="spellEnd"/>
      <w:r>
        <w:t xml:space="preserve"> </w:t>
      </w:r>
      <w:proofErr w:type="spellStart"/>
      <w:r>
        <w:t>وزميلاتنا</w:t>
      </w:r>
      <w:proofErr w:type="spellEnd"/>
      <w:r>
        <w:t xml:space="preserve">، </w:t>
      </w:r>
      <w:proofErr w:type="spellStart"/>
      <w:r>
        <w:t>وأساتذة</w:t>
      </w:r>
      <w:proofErr w:type="spellEnd"/>
      <w:r>
        <w:t xml:space="preserve"> </w:t>
      </w:r>
      <w:proofErr w:type="spellStart"/>
      <w:r>
        <w:t>القانون</w:t>
      </w:r>
      <w:proofErr w:type="spellEnd"/>
      <w:r>
        <w:t xml:space="preserve">، </w:t>
      </w:r>
      <w:proofErr w:type="spellStart"/>
      <w:r>
        <w:t>ونقابات</w:t>
      </w:r>
      <w:proofErr w:type="spellEnd"/>
      <w:r>
        <w:t xml:space="preserve"> </w:t>
      </w:r>
      <w:proofErr w:type="spellStart"/>
      <w:r>
        <w:t>المحامين</w:t>
      </w:r>
      <w:proofErr w:type="spellEnd"/>
      <w:r>
        <w:t xml:space="preserve">، </w:t>
      </w:r>
      <w:proofErr w:type="spellStart"/>
      <w:r>
        <w:t>والمدافعين</w:t>
      </w:r>
      <w:proofErr w:type="spellEnd"/>
      <w:r>
        <w:t xml:space="preserve"> </w:t>
      </w:r>
      <w:proofErr w:type="spellStart"/>
      <w:r>
        <w:t>عن</w:t>
      </w:r>
      <w:proofErr w:type="spellEnd"/>
      <w:r>
        <w:t xml:space="preserve"> </w:t>
      </w:r>
      <w:proofErr w:type="spellStart"/>
      <w:r>
        <w:t>حقوق</w:t>
      </w:r>
      <w:proofErr w:type="spellEnd"/>
      <w:r>
        <w:t xml:space="preserve"> </w:t>
      </w:r>
      <w:proofErr w:type="spellStart"/>
      <w:r>
        <w:t>الإنسان</w:t>
      </w:r>
      <w:proofErr w:type="spellEnd"/>
      <w:r>
        <w:t xml:space="preserve"> </w:t>
      </w:r>
      <w:proofErr w:type="spellStart"/>
      <w:r>
        <w:t>إلى</w:t>
      </w:r>
      <w:proofErr w:type="spellEnd"/>
      <w:r>
        <w:t xml:space="preserve"> </w:t>
      </w:r>
      <w:proofErr w:type="spellStart"/>
      <w:r>
        <w:t>توقيع</w:t>
      </w:r>
      <w:proofErr w:type="spellEnd"/>
      <w:r>
        <w:t xml:space="preserve"> </w:t>
      </w:r>
      <w:proofErr w:type="spellStart"/>
      <w:r>
        <w:t>هذا</w:t>
      </w:r>
      <w:proofErr w:type="spellEnd"/>
      <w:r>
        <w:t xml:space="preserve"> </w:t>
      </w:r>
      <w:proofErr w:type="spellStart"/>
      <w:r>
        <w:t>النص</w:t>
      </w:r>
      <w:proofErr w:type="spellEnd"/>
      <w:r>
        <w:t xml:space="preserve"> </w:t>
      </w:r>
      <w:proofErr w:type="spellStart"/>
      <w:r>
        <w:t>والمشاركة</w:t>
      </w:r>
      <w:proofErr w:type="spellEnd"/>
      <w:r>
        <w:t xml:space="preserve"> </w:t>
      </w:r>
      <w:proofErr w:type="spellStart"/>
      <w:r>
        <w:t>في</w:t>
      </w:r>
      <w:proofErr w:type="spellEnd"/>
      <w:r>
        <w:t xml:space="preserve"> </w:t>
      </w:r>
      <w:proofErr w:type="spellStart"/>
      <w:r>
        <w:t>الوفد</w:t>
      </w:r>
      <w:proofErr w:type="spellEnd"/>
      <w:r>
        <w:t xml:space="preserve"> </w:t>
      </w:r>
      <w:proofErr w:type="spellStart"/>
      <w:r>
        <w:t>القانوني</w:t>
      </w:r>
      <w:proofErr w:type="spellEnd"/>
      <w:r>
        <w:t xml:space="preserve"> </w:t>
      </w:r>
      <w:proofErr w:type="spellStart"/>
      <w:r>
        <w:t>الذي</w:t>
      </w:r>
      <w:proofErr w:type="spellEnd"/>
      <w:r>
        <w:t xml:space="preserve"> </w:t>
      </w:r>
      <w:proofErr w:type="spellStart"/>
      <w:r>
        <w:t>سيُشكّل</w:t>
      </w:r>
      <w:proofErr w:type="spellEnd"/>
      <w:r>
        <w:t xml:space="preserve"> </w:t>
      </w:r>
      <w:proofErr w:type="spellStart"/>
      <w:r>
        <w:t>من</w:t>
      </w:r>
      <w:proofErr w:type="spellEnd"/>
      <w:r>
        <w:t xml:space="preserve"> </w:t>
      </w:r>
      <w:proofErr w:type="spellStart"/>
      <w:r>
        <w:t>أجل</w:t>
      </w:r>
      <w:proofErr w:type="spellEnd"/>
      <w:r>
        <w:t xml:space="preserve"> </w:t>
      </w:r>
      <w:proofErr w:type="spellStart"/>
      <w:r>
        <w:t>تنسيق</w:t>
      </w:r>
      <w:proofErr w:type="spellEnd"/>
      <w:r>
        <w:t xml:space="preserve"> </w:t>
      </w:r>
      <w:proofErr w:type="spellStart"/>
      <w:r>
        <w:t>سلوك</w:t>
      </w:r>
      <w:proofErr w:type="spellEnd"/>
      <w:r>
        <w:t xml:space="preserve"> </w:t>
      </w:r>
      <w:proofErr w:type="spellStart"/>
      <w:r>
        <w:t>سبل</w:t>
      </w:r>
      <w:proofErr w:type="spellEnd"/>
      <w:r>
        <w:t xml:space="preserve"> </w:t>
      </w:r>
      <w:proofErr w:type="spellStart"/>
      <w:r>
        <w:t>الانتصاف</w:t>
      </w:r>
      <w:proofErr w:type="spellEnd"/>
      <w:r>
        <w:t xml:space="preserve"> </w:t>
      </w:r>
      <w:proofErr w:type="spellStart"/>
      <w:r>
        <w:t>القانونية</w:t>
      </w:r>
      <w:proofErr w:type="spellEnd"/>
      <w:r>
        <w:t xml:space="preserve"> </w:t>
      </w:r>
      <w:proofErr w:type="spellStart"/>
      <w:r>
        <w:t>الوطنية</w:t>
      </w:r>
      <w:proofErr w:type="spellEnd"/>
      <w:r>
        <w:t xml:space="preserve"> </w:t>
      </w:r>
      <w:proofErr w:type="spellStart"/>
      <w:r>
        <w:t>والدولية</w:t>
      </w:r>
      <w:proofErr w:type="spellEnd"/>
      <w:r>
        <w:t>.</w:t>
      </w:r>
    </w:p>
    <w:p w14:paraId="37C0B3D4" w14:textId="77777777" w:rsidR="005D77C6" w:rsidRDefault="005D77C6" w:rsidP="005D77C6"/>
    <w:p w14:paraId="76BF9EE2" w14:textId="77777777" w:rsidR="005D77C6" w:rsidRDefault="005D77C6" w:rsidP="005D77C6">
      <w:proofErr w:type="spellStart"/>
      <w:r>
        <w:t>القانون</w:t>
      </w:r>
      <w:proofErr w:type="spellEnd"/>
      <w:r>
        <w:t xml:space="preserve"> </w:t>
      </w:r>
      <w:proofErr w:type="spellStart"/>
      <w:r>
        <w:t>لا</w:t>
      </w:r>
      <w:proofErr w:type="spellEnd"/>
      <w:r>
        <w:t xml:space="preserve"> </w:t>
      </w:r>
      <w:proofErr w:type="spellStart"/>
      <w:r>
        <w:t>يتقدم</w:t>
      </w:r>
      <w:proofErr w:type="spellEnd"/>
      <w:r>
        <w:t xml:space="preserve"> </w:t>
      </w:r>
      <w:proofErr w:type="spellStart"/>
      <w:r>
        <w:t>من</w:t>
      </w:r>
      <w:proofErr w:type="spellEnd"/>
      <w:r>
        <w:t xml:space="preserve"> </w:t>
      </w:r>
      <w:proofErr w:type="spellStart"/>
      <w:r>
        <w:t>تلقاء</w:t>
      </w:r>
      <w:proofErr w:type="spellEnd"/>
      <w:r>
        <w:t xml:space="preserve"> </w:t>
      </w:r>
      <w:proofErr w:type="spellStart"/>
      <w:r>
        <w:t>نفسه</w:t>
      </w:r>
      <w:proofErr w:type="spellEnd"/>
      <w:r>
        <w:t xml:space="preserve">؛ </w:t>
      </w:r>
      <w:proofErr w:type="spellStart"/>
      <w:r>
        <w:t>إنما</w:t>
      </w:r>
      <w:proofErr w:type="spellEnd"/>
      <w:r>
        <w:t xml:space="preserve"> </w:t>
      </w:r>
      <w:proofErr w:type="spellStart"/>
      <w:r>
        <w:t>يتقدم</w:t>
      </w:r>
      <w:proofErr w:type="spellEnd"/>
      <w:r>
        <w:t xml:space="preserve"> </w:t>
      </w:r>
      <w:proofErr w:type="spellStart"/>
      <w:r>
        <w:t>بفضل</w:t>
      </w:r>
      <w:proofErr w:type="spellEnd"/>
      <w:r>
        <w:t xml:space="preserve"> </w:t>
      </w:r>
      <w:proofErr w:type="spellStart"/>
      <w:r>
        <w:t>من</w:t>
      </w:r>
      <w:proofErr w:type="spellEnd"/>
      <w:r>
        <w:t xml:space="preserve"> </w:t>
      </w:r>
      <w:proofErr w:type="spellStart"/>
      <w:r>
        <w:t>يصرّون</w:t>
      </w:r>
      <w:proofErr w:type="spellEnd"/>
      <w:r>
        <w:t xml:space="preserve"> </w:t>
      </w:r>
      <w:proofErr w:type="spellStart"/>
      <w:r>
        <w:t>عليه</w:t>
      </w:r>
      <w:proofErr w:type="spellEnd"/>
      <w:r>
        <w:t xml:space="preserve">. </w:t>
      </w:r>
      <w:proofErr w:type="spellStart"/>
      <w:r>
        <w:t>ونحن</w:t>
      </w:r>
      <w:proofErr w:type="spellEnd"/>
      <w:r>
        <w:t xml:space="preserve"> </w:t>
      </w:r>
      <w:proofErr w:type="spellStart"/>
      <w:r>
        <w:t>نصرّ</w:t>
      </w:r>
      <w:proofErr w:type="spellEnd"/>
      <w:r>
        <w:t xml:space="preserve">، </w:t>
      </w:r>
      <w:proofErr w:type="spellStart"/>
      <w:r>
        <w:t>وسنتابع</w:t>
      </w:r>
      <w:proofErr w:type="spellEnd"/>
      <w:r>
        <w:t xml:space="preserve"> </w:t>
      </w:r>
      <w:proofErr w:type="spellStart"/>
      <w:r>
        <w:t>هذه</w:t>
      </w:r>
      <w:proofErr w:type="spellEnd"/>
      <w:r>
        <w:t xml:space="preserve"> </w:t>
      </w:r>
      <w:proofErr w:type="spellStart"/>
      <w:r>
        <w:t>الإجراءات</w:t>
      </w:r>
      <w:proofErr w:type="spellEnd"/>
      <w:r>
        <w:t xml:space="preserve"> </w:t>
      </w:r>
      <w:proofErr w:type="spellStart"/>
      <w:r>
        <w:t>وندفعها</w:t>
      </w:r>
      <w:proofErr w:type="spellEnd"/>
      <w:r>
        <w:t xml:space="preserve"> </w:t>
      </w:r>
      <w:proofErr w:type="spellStart"/>
      <w:r>
        <w:t>إلى</w:t>
      </w:r>
      <w:proofErr w:type="spellEnd"/>
      <w:r>
        <w:t xml:space="preserve"> </w:t>
      </w:r>
      <w:proofErr w:type="spellStart"/>
      <w:r>
        <w:t>الأمام</w:t>
      </w:r>
      <w:proofErr w:type="spellEnd"/>
      <w:r>
        <w:t>.</w:t>
      </w:r>
    </w:p>
    <w:p w14:paraId="303F4042" w14:textId="77777777" w:rsidR="005D77C6" w:rsidRDefault="005D77C6" w:rsidP="005D77C6"/>
    <w:p w14:paraId="0590FD12" w14:textId="77777777" w:rsidR="005D77C6" w:rsidRDefault="005D77C6" w:rsidP="005D77C6">
      <w:proofErr w:type="spellStart"/>
      <w:r>
        <w:t>الخاتمة</w:t>
      </w:r>
      <w:proofErr w:type="spellEnd"/>
      <w:r>
        <w:t xml:space="preserve"> </w:t>
      </w:r>
      <w:proofErr w:type="spellStart"/>
      <w:r>
        <w:t>والطلبات</w:t>
      </w:r>
      <w:proofErr w:type="spellEnd"/>
    </w:p>
    <w:p w14:paraId="26494DE5" w14:textId="77777777" w:rsidR="005D77C6" w:rsidRDefault="005D77C6" w:rsidP="005D77C6"/>
    <w:p w14:paraId="653E0010" w14:textId="77777777" w:rsidR="005D77C6" w:rsidRDefault="005D77C6" w:rsidP="005D77C6">
      <w:proofErr w:type="spellStart"/>
      <w:r>
        <w:t>وبناءً</w:t>
      </w:r>
      <w:proofErr w:type="spellEnd"/>
      <w:r>
        <w:t xml:space="preserve"> </w:t>
      </w:r>
      <w:proofErr w:type="spellStart"/>
      <w:r>
        <w:t>على</w:t>
      </w:r>
      <w:proofErr w:type="spellEnd"/>
      <w:r>
        <w:t xml:space="preserve"> </w:t>
      </w:r>
      <w:proofErr w:type="spellStart"/>
      <w:r>
        <w:t>الأسباب</w:t>
      </w:r>
      <w:proofErr w:type="spellEnd"/>
      <w:r>
        <w:t xml:space="preserve"> </w:t>
      </w:r>
      <w:proofErr w:type="spellStart"/>
      <w:r>
        <w:t>المبينة</w:t>
      </w:r>
      <w:proofErr w:type="spellEnd"/>
      <w:r>
        <w:t xml:space="preserve"> </w:t>
      </w:r>
      <w:proofErr w:type="spellStart"/>
      <w:r>
        <w:t>أعلاه</w:t>
      </w:r>
      <w:proofErr w:type="spellEnd"/>
      <w:r>
        <w:t xml:space="preserve">، </w:t>
      </w:r>
      <w:proofErr w:type="spellStart"/>
      <w:r>
        <w:t>نلتمس</w:t>
      </w:r>
      <w:proofErr w:type="spellEnd"/>
      <w:r>
        <w:t xml:space="preserve"> </w:t>
      </w:r>
      <w:proofErr w:type="spellStart"/>
      <w:r>
        <w:t>باحترام</w:t>
      </w:r>
      <w:proofErr w:type="spellEnd"/>
      <w:r>
        <w:t xml:space="preserve"> </w:t>
      </w:r>
      <w:proofErr w:type="spellStart"/>
      <w:r>
        <w:t>من</w:t>
      </w:r>
      <w:proofErr w:type="spellEnd"/>
      <w:r>
        <w:t xml:space="preserve"> </w:t>
      </w:r>
      <w:proofErr w:type="spellStart"/>
      <w:r>
        <w:t>كل</w:t>
      </w:r>
      <w:proofErr w:type="spellEnd"/>
      <w:r>
        <w:t xml:space="preserve"> </w:t>
      </w:r>
      <w:proofErr w:type="spellStart"/>
      <w:r>
        <w:t>جهة</w:t>
      </w:r>
      <w:proofErr w:type="spellEnd"/>
      <w:r>
        <w:t xml:space="preserve"> </w:t>
      </w:r>
      <w:proofErr w:type="spellStart"/>
      <w:r>
        <w:t>مخاطبة</w:t>
      </w:r>
      <w:proofErr w:type="spellEnd"/>
      <w:r>
        <w:t xml:space="preserve"> </w:t>
      </w:r>
      <w:proofErr w:type="spellStart"/>
      <w:r>
        <w:t>أن</w:t>
      </w:r>
      <w:proofErr w:type="spellEnd"/>
      <w:r>
        <w:t xml:space="preserve"> </w:t>
      </w:r>
      <w:proofErr w:type="spellStart"/>
      <w:r>
        <w:t>تتخذ</w:t>
      </w:r>
      <w:proofErr w:type="spellEnd"/>
      <w:r>
        <w:t xml:space="preserve">، </w:t>
      </w:r>
      <w:proofErr w:type="spellStart"/>
      <w:r>
        <w:t>في</w:t>
      </w:r>
      <w:proofErr w:type="spellEnd"/>
      <w:r>
        <w:t xml:space="preserve"> </w:t>
      </w:r>
      <w:proofErr w:type="spellStart"/>
      <w:r>
        <w:t>نطاق</w:t>
      </w:r>
      <w:proofErr w:type="spellEnd"/>
      <w:r>
        <w:t xml:space="preserve"> </w:t>
      </w:r>
      <w:proofErr w:type="spellStart"/>
      <w:r>
        <w:t>مهامها</w:t>
      </w:r>
      <w:proofErr w:type="spellEnd"/>
      <w:r>
        <w:t xml:space="preserve"> </w:t>
      </w:r>
      <w:proofErr w:type="spellStart"/>
      <w:r>
        <w:t>وصلاحياتها</w:t>
      </w:r>
      <w:proofErr w:type="spellEnd"/>
      <w:r>
        <w:t xml:space="preserve">، </w:t>
      </w:r>
      <w:proofErr w:type="spellStart"/>
      <w:r>
        <w:t>الإجراءات</w:t>
      </w:r>
      <w:proofErr w:type="spellEnd"/>
      <w:r>
        <w:t xml:space="preserve"> </w:t>
      </w:r>
      <w:proofErr w:type="spellStart"/>
      <w:r>
        <w:t>اللازمة</w:t>
      </w:r>
      <w:proofErr w:type="spellEnd"/>
      <w:r>
        <w:t xml:space="preserve"> </w:t>
      </w:r>
      <w:proofErr w:type="spellStart"/>
      <w:r>
        <w:t>من</w:t>
      </w:r>
      <w:proofErr w:type="spellEnd"/>
      <w:r>
        <w:t xml:space="preserve"> </w:t>
      </w:r>
      <w:proofErr w:type="spellStart"/>
      <w:r>
        <w:t>دون</w:t>
      </w:r>
      <w:proofErr w:type="spellEnd"/>
      <w:r>
        <w:t xml:space="preserve"> </w:t>
      </w:r>
      <w:proofErr w:type="spellStart"/>
      <w:r>
        <w:t>إبطاء</w:t>
      </w:r>
      <w:proofErr w:type="spellEnd"/>
      <w:r>
        <w:t xml:space="preserve">، </w:t>
      </w:r>
      <w:proofErr w:type="spellStart"/>
      <w:r>
        <w:t>وأن</w:t>
      </w:r>
      <w:proofErr w:type="spellEnd"/>
      <w:r>
        <w:t xml:space="preserve"> </w:t>
      </w:r>
      <w:proofErr w:type="spellStart"/>
      <w:r>
        <w:t>تبلغ</w:t>
      </w:r>
      <w:proofErr w:type="spellEnd"/>
      <w:r>
        <w:t xml:space="preserve"> </w:t>
      </w:r>
      <w:proofErr w:type="spellStart"/>
      <w:r>
        <w:t>النتائج</w:t>
      </w:r>
      <w:proofErr w:type="spellEnd"/>
      <w:r>
        <w:t xml:space="preserve"> </w:t>
      </w:r>
      <w:proofErr w:type="spellStart"/>
      <w:r>
        <w:t>إلى</w:t>
      </w:r>
      <w:proofErr w:type="spellEnd"/>
      <w:r>
        <w:t xml:space="preserve"> </w:t>
      </w:r>
      <w:proofErr w:type="spellStart"/>
      <w:r>
        <w:t>عنوان</w:t>
      </w:r>
      <w:proofErr w:type="spellEnd"/>
      <w:r>
        <w:t xml:space="preserve"> </w:t>
      </w:r>
      <w:proofErr w:type="spellStart"/>
      <w:r>
        <w:t>المراسلات</w:t>
      </w:r>
      <w:proofErr w:type="spellEnd"/>
      <w:r>
        <w:t xml:space="preserve"> </w:t>
      </w:r>
      <w:proofErr w:type="spellStart"/>
      <w:r>
        <w:t>المشترك</w:t>
      </w:r>
      <w:proofErr w:type="spellEnd"/>
      <w:r>
        <w:t xml:space="preserve">، </w:t>
      </w:r>
      <w:proofErr w:type="spellStart"/>
      <w:r>
        <w:t>وأن</w:t>
      </w:r>
      <w:proofErr w:type="spellEnd"/>
      <w:r>
        <w:t xml:space="preserve"> </w:t>
      </w:r>
      <w:proofErr w:type="spellStart"/>
      <w:r>
        <w:t>تطلع</w:t>
      </w:r>
      <w:proofErr w:type="spellEnd"/>
      <w:r>
        <w:t xml:space="preserve"> </w:t>
      </w:r>
      <w:proofErr w:type="spellStart"/>
      <w:r>
        <w:t>الجمهور</w:t>
      </w:r>
      <w:proofErr w:type="spellEnd"/>
      <w:r>
        <w:t xml:space="preserve"> </w:t>
      </w:r>
      <w:proofErr w:type="spellStart"/>
      <w:r>
        <w:t>عليها</w:t>
      </w:r>
      <w:proofErr w:type="spellEnd"/>
      <w:r>
        <w:t xml:space="preserve"> </w:t>
      </w:r>
      <w:proofErr w:type="spellStart"/>
      <w:r>
        <w:t>بشفافية</w:t>
      </w:r>
      <w:proofErr w:type="spellEnd"/>
      <w:r>
        <w:t>.</w:t>
      </w:r>
    </w:p>
    <w:p w14:paraId="169556A8" w14:textId="77777777" w:rsidR="005D77C6" w:rsidRDefault="005D77C6" w:rsidP="005D77C6"/>
    <w:p w14:paraId="7A2A33A2" w14:textId="77777777" w:rsidR="005D77C6" w:rsidRDefault="005D77C6" w:rsidP="005D77C6">
      <w:proofErr w:type="spellStart"/>
      <w:r>
        <w:t>فُتح</w:t>
      </w:r>
      <w:proofErr w:type="spellEnd"/>
      <w:r>
        <w:t xml:space="preserve"> </w:t>
      </w:r>
      <w:proofErr w:type="spellStart"/>
      <w:r>
        <w:t>باب</w:t>
      </w:r>
      <w:proofErr w:type="spellEnd"/>
      <w:r>
        <w:t xml:space="preserve"> </w:t>
      </w:r>
      <w:proofErr w:type="spellStart"/>
      <w:r>
        <w:t>التوقيع</w:t>
      </w:r>
      <w:proofErr w:type="spellEnd"/>
      <w:r>
        <w:t xml:space="preserve"> </w:t>
      </w:r>
      <w:proofErr w:type="spellStart"/>
      <w:r>
        <w:t>في</w:t>
      </w:r>
      <w:proofErr w:type="spellEnd"/>
      <w:r>
        <w:t xml:space="preserve">: 20 </w:t>
      </w:r>
      <w:proofErr w:type="spellStart"/>
      <w:r>
        <w:t>يوليو</w:t>
      </w:r>
      <w:proofErr w:type="spellEnd"/>
      <w:r>
        <w:t xml:space="preserve"> 2026</w:t>
      </w:r>
    </w:p>
    <w:p w14:paraId="400BCE6E" w14:textId="77777777" w:rsidR="005D77C6" w:rsidRDefault="005D77C6" w:rsidP="005D77C6">
      <w:proofErr w:type="spellStart"/>
      <w:r>
        <w:t>تاريخ</w:t>
      </w:r>
      <w:proofErr w:type="spellEnd"/>
      <w:r>
        <w:t xml:space="preserve"> </w:t>
      </w:r>
      <w:proofErr w:type="spellStart"/>
      <w:r>
        <w:t>الطلب</w:t>
      </w:r>
      <w:proofErr w:type="spellEnd"/>
      <w:r>
        <w:t xml:space="preserve">: 22 </w:t>
      </w:r>
      <w:proofErr w:type="spellStart"/>
      <w:r>
        <w:t>يوليو</w:t>
      </w:r>
      <w:proofErr w:type="spellEnd"/>
      <w:r>
        <w:t xml:space="preserve"> 2026</w:t>
      </w:r>
    </w:p>
    <w:p w14:paraId="1FFB201D" w14:textId="77777777" w:rsidR="005D77C6" w:rsidRDefault="005D77C6" w:rsidP="005D77C6"/>
    <w:p w14:paraId="000BBD53" w14:textId="77777777" w:rsidR="005D77C6" w:rsidRDefault="005D77C6" w:rsidP="005D77C6">
      <w:proofErr w:type="spellStart"/>
      <w:r>
        <w:t>المحامي</w:t>
      </w:r>
      <w:proofErr w:type="spellEnd"/>
      <w:r>
        <w:t xml:space="preserve"> </w:t>
      </w:r>
      <w:proofErr w:type="spellStart"/>
      <w:r>
        <w:t>المنسّق</w:t>
      </w:r>
      <w:proofErr w:type="spellEnd"/>
    </w:p>
    <w:p w14:paraId="5D6AC2E3" w14:textId="77777777" w:rsidR="005D77C6" w:rsidRDefault="005D77C6" w:rsidP="005D77C6">
      <w:r>
        <w:t>⁦</w:t>
      </w:r>
      <w:proofErr w:type="spellStart"/>
      <w:r>
        <w:t>Hıdır</w:t>
      </w:r>
      <w:proofErr w:type="spellEnd"/>
      <w:r>
        <w:t xml:space="preserve"> </w:t>
      </w:r>
      <w:proofErr w:type="spellStart"/>
      <w:r>
        <w:t>Kırkıcı</w:t>
      </w:r>
      <w:proofErr w:type="spellEnd"/>
      <w:r>
        <w:t>⁩</w:t>
      </w:r>
    </w:p>
    <w:p w14:paraId="63C35EF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إسبرطة</w:t>
      </w:r>
      <w:proofErr w:type="spellEnd"/>
      <w:r>
        <w:t xml:space="preserve"> - </w:t>
      </w:r>
      <w:proofErr w:type="spellStart"/>
      <w:r>
        <w:t>رقم</w:t>
      </w:r>
      <w:proofErr w:type="spellEnd"/>
      <w:r>
        <w:t xml:space="preserve"> </w:t>
      </w:r>
      <w:proofErr w:type="spellStart"/>
      <w:r>
        <w:t>القيد</w:t>
      </w:r>
      <w:proofErr w:type="spellEnd"/>
      <w:r>
        <w:t xml:space="preserve"> 1001</w:t>
      </w:r>
    </w:p>
    <w:p w14:paraId="591F5C22" w14:textId="77777777" w:rsidR="005D77C6" w:rsidRDefault="005D77C6" w:rsidP="005D77C6"/>
    <w:p w14:paraId="231E70DA" w14:textId="77777777" w:rsidR="005D77C6" w:rsidRDefault="005D77C6" w:rsidP="005D77C6">
      <w:proofErr w:type="spellStart"/>
      <w:r>
        <w:t>المحامي</w:t>
      </w:r>
      <w:proofErr w:type="spellEnd"/>
      <w:r>
        <w:t xml:space="preserve"> </w:t>
      </w:r>
      <w:proofErr w:type="spellStart"/>
      <w:r>
        <w:t>المنسّق</w:t>
      </w:r>
      <w:proofErr w:type="spellEnd"/>
    </w:p>
    <w:p w14:paraId="61DC0F45" w14:textId="77777777" w:rsidR="005D77C6" w:rsidRDefault="005D77C6" w:rsidP="005D77C6">
      <w:r>
        <w:t>⁦</w:t>
      </w:r>
      <w:proofErr w:type="spellStart"/>
      <w:r>
        <w:t>Senih</w:t>
      </w:r>
      <w:proofErr w:type="spellEnd"/>
      <w:r>
        <w:t xml:space="preserve"> Özay⁩</w:t>
      </w:r>
    </w:p>
    <w:p w14:paraId="5242AD1F" w14:textId="77777777" w:rsidR="005D77C6" w:rsidRDefault="005D77C6" w:rsidP="005D77C6"/>
    <w:p w14:paraId="62F85D0B" w14:textId="77777777" w:rsidR="005D77C6" w:rsidRDefault="005D77C6" w:rsidP="005D77C6"/>
    <w:p w14:paraId="6D166694" w14:textId="77777777" w:rsidR="005D77C6" w:rsidRDefault="005D77C6" w:rsidP="005D77C6">
      <w:proofErr w:type="spellStart"/>
      <w:r>
        <w:t>الصفحة</w:t>
      </w:r>
      <w:proofErr w:type="spellEnd"/>
      <w:r>
        <w:t xml:space="preserve"> </w:t>
      </w:r>
    </w:p>
    <w:p w14:paraId="0F6A3813" w14:textId="77777777" w:rsidR="005D77C6" w:rsidRDefault="005D77C6" w:rsidP="005D77C6"/>
    <w:p w14:paraId="78F5F190" w14:textId="77777777" w:rsidR="005D77C6" w:rsidRDefault="005D77C6" w:rsidP="005D77C6">
      <w:proofErr w:type="spellStart"/>
      <w:r>
        <w:t>الطلب</w:t>
      </w:r>
      <w:proofErr w:type="spellEnd"/>
      <w:r>
        <w:t xml:space="preserve"> </w:t>
      </w:r>
      <w:proofErr w:type="spellStart"/>
      <w:r>
        <w:t>المشترك</w:t>
      </w:r>
      <w:proofErr w:type="spellEnd"/>
      <w:r>
        <w:t xml:space="preserve"> </w:t>
      </w:r>
      <w:proofErr w:type="spellStart"/>
      <w:r>
        <w:t>للمحامين</w:t>
      </w:r>
      <w:proofErr w:type="spellEnd"/>
    </w:p>
    <w:p w14:paraId="0E411827" w14:textId="77777777" w:rsidR="005D77C6" w:rsidRDefault="005D77C6" w:rsidP="005D77C6"/>
    <w:p w14:paraId="724846F0" w14:textId="77777777" w:rsidR="005D77C6" w:rsidRDefault="005D77C6" w:rsidP="005D77C6">
      <w:proofErr w:type="spellStart"/>
      <w:r>
        <w:t>المرفق</w:t>
      </w:r>
      <w:proofErr w:type="spellEnd"/>
      <w:r>
        <w:t xml:space="preserve"> 1: </w:t>
      </w:r>
      <w:proofErr w:type="spellStart"/>
      <w:r>
        <w:t>قائمة</w:t>
      </w:r>
      <w:proofErr w:type="spellEnd"/>
      <w:r>
        <w:t xml:space="preserve"> </w:t>
      </w:r>
      <w:proofErr w:type="spellStart"/>
      <w:r>
        <w:t>المحامين</w:t>
      </w:r>
      <w:proofErr w:type="spellEnd"/>
      <w:r>
        <w:t xml:space="preserve"> </w:t>
      </w:r>
      <w:proofErr w:type="spellStart"/>
      <w:r>
        <w:t>والمحاميات</w:t>
      </w:r>
      <w:proofErr w:type="spellEnd"/>
      <w:r>
        <w:t xml:space="preserve"> </w:t>
      </w:r>
      <w:proofErr w:type="spellStart"/>
      <w:r>
        <w:t>الموقّعين</w:t>
      </w:r>
      <w:proofErr w:type="spellEnd"/>
      <w:r>
        <w:t xml:space="preserve"> (117)</w:t>
      </w:r>
    </w:p>
    <w:p w14:paraId="59D65CEC" w14:textId="77777777" w:rsidR="005D77C6" w:rsidRDefault="005D77C6" w:rsidP="005D77C6"/>
    <w:p w14:paraId="0FB7ADC4" w14:textId="77777777" w:rsidR="005D77C6" w:rsidRDefault="005D77C6" w:rsidP="005D77C6">
      <w:proofErr w:type="spellStart"/>
      <w:r>
        <w:lastRenderedPageBreak/>
        <w:t>ملاحظة</w:t>
      </w:r>
      <w:proofErr w:type="spellEnd"/>
      <w:r>
        <w:t xml:space="preserve">: </w:t>
      </w:r>
      <w:proofErr w:type="spellStart"/>
      <w:r>
        <w:t>جرى</w:t>
      </w:r>
      <w:proofErr w:type="spellEnd"/>
      <w:r>
        <w:t xml:space="preserve"> </w:t>
      </w:r>
      <w:proofErr w:type="spellStart"/>
      <w:r>
        <w:t>تصحيح</w:t>
      </w:r>
      <w:proofErr w:type="spellEnd"/>
      <w:r>
        <w:t xml:space="preserve"> </w:t>
      </w:r>
      <w:proofErr w:type="spellStart"/>
      <w:r>
        <w:t>التسلسل</w:t>
      </w:r>
      <w:proofErr w:type="spellEnd"/>
      <w:r>
        <w:t xml:space="preserve"> </w:t>
      </w:r>
      <w:proofErr w:type="spellStart"/>
      <w:r>
        <w:t>الرقمي</w:t>
      </w:r>
      <w:proofErr w:type="spellEnd"/>
      <w:r>
        <w:t xml:space="preserve"> </w:t>
      </w:r>
      <w:proofErr w:type="spellStart"/>
      <w:r>
        <w:t>لأن</w:t>
      </w:r>
      <w:proofErr w:type="spellEnd"/>
      <w:r>
        <w:t xml:space="preserve"> </w:t>
      </w:r>
      <w:proofErr w:type="spellStart"/>
      <w:r>
        <w:t>النص</w:t>
      </w:r>
      <w:proofErr w:type="spellEnd"/>
      <w:r>
        <w:t xml:space="preserve"> </w:t>
      </w:r>
      <w:proofErr w:type="spellStart"/>
      <w:r>
        <w:t>المصدر</w:t>
      </w:r>
      <w:proofErr w:type="spellEnd"/>
      <w:r>
        <w:t xml:space="preserve"> </w:t>
      </w:r>
      <w:proofErr w:type="spellStart"/>
      <w:r>
        <w:t>انتقل</w:t>
      </w:r>
      <w:proofErr w:type="spellEnd"/>
      <w:r>
        <w:t xml:space="preserve"> </w:t>
      </w:r>
      <w:proofErr w:type="spellStart"/>
      <w:r>
        <w:t>من</w:t>
      </w:r>
      <w:proofErr w:type="spellEnd"/>
      <w:r>
        <w:t xml:space="preserve"> </w:t>
      </w:r>
      <w:proofErr w:type="spellStart"/>
      <w:r>
        <w:t>الرقم</w:t>
      </w:r>
      <w:proofErr w:type="spellEnd"/>
      <w:r>
        <w:t xml:space="preserve"> 72 </w:t>
      </w:r>
      <w:proofErr w:type="spellStart"/>
      <w:r>
        <w:t>إلى</w:t>
      </w:r>
      <w:proofErr w:type="spellEnd"/>
      <w:r>
        <w:t xml:space="preserve"> </w:t>
      </w:r>
      <w:proofErr w:type="spellStart"/>
      <w:r>
        <w:t>الرقم</w:t>
      </w:r>
      <w:proofErr w:type="spellEnd"/>
      <w:r>
        <w:t xml:space="preserve"> 75، </w:t>
      </w:r>
      <w:proofErr w:type="spellStart"/>
      <w:r>
        <w:t>كما</w:t>
      </w:r>
      <w:proofErr w:type="spellEnd"/>
      <w:r>
        <w:t xml:space="preserve"> </w:t>
      </w:r>
      <w:proofErr w:type="spellStart"/>
      <w:r>
        <w:t>دُمجت</w:t>
      </w:r>
      <w:proofErr w:type="spellEnd"/>
      <w:r>
        <w:t xml:space="preserve"> </w:t>
      </w:r>
      <w:proofErr w:type="spellStart"/>
      <w:r>
        <w:t>النسخة</w:t>
      </w:r>
      <w:proofErr w:type="spellEnd"/>
      <w:r>
        <w:t xml:space="preserve"> </w:t>
      </w:r>
      <w:proofErr w:type="spellStart"/>
      <w:r>
        <w:t>المكررة</w:t>
      </w:r>
      <w:proofErr w:type="spellEnd"/>
      <w:r>
        <w:t xml:space="preserve"> </w:t>
      </w:r>
      <w:proofErr w:type="spellStart"/>
      <w:r>
        <w:t>من</w:t>
      </w:r>
      <w:proofErr w:type="spellEnd"/>
      <w:r>
        <w:t xml:space="preserve"> </w:t>
      </w:r>
      <w:proofErr w:type="spellStart"/>
      <w:r>
        <w:t>قائمة</w:t>
      </w:r>
      <w:proofErr w:type="spellEnd"/>
      <w:r>
        <w:t xml:space="preserve"> </w:t>
      </w:r>
      <w:proofErr w:type="spellStart"/>
      <w:r>
        <w:t>الموقّعين</w:t>
      </w:r>
      <w:proofErr w:type="spellEnd"/>
      <w:r>
        <w:t xml:space="preserve"> </w:t>
      </w:r>
      <w:proofErr w:type="spellStart"/>
      <w:r>
        <w:t>في</w:t>
      </w:r>
      <w:proofErr w:type="spellEnd"/>
      <w:r>
        <w:t xml:space="preserve"> </w:t>
      </w:r>
      <w:proofErr w:type="spellStart"/>
      <w:r>
        <w:t>قائمة</w:t>
      </w:r>
      <w:proofErr w:type="spellEnd"/>
      <w:r>
        <w:t xml:space="preserve"> </w:t>
      </w:r>
      <w:proofErr w:type="spellStart"/>
      <w:r>
        <w:t>واحدة</w:t>
      </w:r>
      <w:proofErr w:type="spellEnd"/>
      <w:r>
        <w:t xml:space="preserve">. </w:t>
      </w:r>
      <w:proofErr w:type="spellStart"/>
      <w:r>
        <w:t>ولم</w:t>
      </w:r>
      <w:proofErr w:type="spellEnd"/>
      <w:r>
        <w:t xml:space="preserve"> </w:t>
      </w:r>
      <w:proofErr w:type="spellStart"/>
      <w:r>
        <w:t>يرد</w:t>
      </w:r>
      <w:proofErr w:type="spellEnd"/>
      <w:r>
        <w:t xml:space="preserve"> </w:t>
      </w:r>
      <w:proofErr w:type="spellStart"/>
      <w:r>
        <w:t>في</w:t>
      </w:r>
      <w:proofErr w:type="spellEnd"/>
      <w:r>
        <w:t xml:space="preserve"> </w:t>
      </w:r>
      <w:proofErr w:type="spellStart"/>
      <w:r>
        <w:t>المصدر</w:t>
      </w:r>
      <w:proofErr w:type="spellEnd"/>
      <w:r>
        <w:t xml:space="preserve"> </w:t>
      </w:r>
      <w:proofErr w:type="spellStart"/>
      <w:r>
        <w:t>رقم</w:t>
      </w:r>
      <w:proofErr w:type="spellEnd"/>
      <w:r>
        <w:t xml:space="preserve"> </w:t>
      </w:r>
      <w:proofErr w:type="spellStart"/>
      <w:r>
        <w:t>قيد</w:t>
      </w:r>
      <w:proofErr w:type="spellEnd"/>
      <w:r>
        <w:t xml:space="preserve"> </w:t>
      </w:r>
      <w:proofErr w:type="spellStart"/>
      <w:r>
        <w:t>كل</w:t>
      </w:r>
      <w:proofErr w:type="spellEnd"/>
      <w:r>
        <w:t xml:space="preserve"> </w:t>
      </w:r>
      <w:proofErr w:type="spellStart"/>
      <w:r>
        <w:t>من</w:t>
      </w:r>
      <w:proofErr w:type="spellEnd"/>
      <w:r>
        <w:t xml:space="preserve"> ⁦Oğuz Uğur Olca⁩ </w:t>
      </w:r>
      <w:proofErr w:type="spellStart"/>
      <w:r>
        <w:t>و⁦Ebru</w:t>
      </w:r>
      <w:proofErr w:type="spellEnd"/>
      <w:r>
        <w:t xml:space="preserve"> </w:t>
      </w:r>
      <w:proofErr w:type="spellStart"/>
      <w:r>
        <w:t>Erginbay</w:t>
      </w:r>
      <w:proofErr w:type="spellEnd"/>
      <w:r>
        <w:t>⁩.</w:t>
      </w:r>
    </w:p>
    <w:p w14:paraId="1491FE7D" w14:textId="77777777" w:rsidR="005D77C6" w:rsidRDefault="005D77C6" w:rsidP="005D77C6"/>
    <w:p w14:paraId="3FDCC36C" w14:textId="77777777" w:rsidR="005D77C6" w:rsidRDefault="005D77C6" w:rsidP="005D77C6">
      <w:proofErr w:type="spellStart"/>
      <w:r>
        <w:t>الرقم</w:t>
      </w:r>
      <w:proofErr w:type="spellEnd"/>
    </w:p>
    <w:p w14:paraId="1341E10D" w14:textId="77777777" w:rsidR="005D77C6" w:rsidRDefault="005D77C6" w:rsidP="005D77C6"/>
    <w:p w14:paraId="616368E4" w14:textId="77777777" w:rsidR="005D77C6" w:rsidRDefault="005D77C6" w:rsidP="005D77C6">
      <w:proofErr w:type="spellStart"/>
      <w:r>
        <w:t>اسم</w:t>
      </w:r>
      <w:proofErr w:type="spellEnd"/>
      <w:r>
        <w:t xml:space="preserve"> </w:t>
      </w:r>
      <w:proofErr w:type="spellStart"/>
      <w:r>
        <w:t>المحامي</w:t>
      </w:r>
      <w:proofErr w:type="spellEnd"/>
      <w:r>
        <w:t>/ة</w:t>
      </w:r>
    </w:p>
    <w:p w14:paraId="3DBBE35F" w14:textId="77777777" w:rsidR="005D77C6" w:rsidRDefault="005D77C6" w:rsidP="005D77C6"/>
    <w:p w14:paraId="6C0E869B" w14:textId="77777777" w:rsidR="005D77C6" w:rsidRDefault="005D77C6" w:rsidP="005D77C6">
      <w:proofErr w:type="spellStart"/>
      <w:r>
        <w:t>نقابة</w:t>
      </w:r>
      <w:proofErr w:type="spellEnd"/>
      <w:r>
        <w:t xml:space="preserve"> </w:t>
      </w:r>
      <w:proofErr w:type="spellStart"/>
      <w:r>
        <w:t>المحامين</w:t>
      </w:r>
      <w:proofErr w:type="spellEnd"/>
    </w:p>
    <w:p w14:paraId="044ED303" w14:textId="77777777" w:rsidR="005D77C6" w:rsidRDefault="005D77C6" w:rsidP="005D77C6"/>
    <w:p w14:paraId="5F01C060" w14:textId="77777777" w:rsidR="005D77C6" w:rsidRDefault="005D77C6" w:rsidP="005D77C6">
      <w:proofErr w:type="spellStart"/>
      <w:r>
        <w:t>رقم</w:t>
      </w:r>
      <w:proofErr w:type="spellEnd"/>
      <w:r>
        <w:t xml:space="preserve"> </w:t>
      </w:r>
      <w:proofErr w:type="spellStart"/>
      <w:r>
        <w:t>القيد</w:t>
      </w:r>
      <w:proofErr w:type="spellEnd"/>
    </w:p>
    <w:p w14:paraId="613E1C1B" w14:textId="77777777" w:rsidR="005D77C6" w:rsidRDefault="005D77C6" w:rsidP="005D77C6"/>
    <w:p w14:paraId="26C933F7" w14:textId="77777777" w:rsidR="005D77C6" w:rsidRDefault="005D77C6" w:rsidP="005D77C6">
      <w:r>
        <w:t>1</w:t>
      </w:r>
    </w:p>
    <w:p w14:paraId="0FDB63C0" w14:textId="77777777" w:rsidR="005D77C6" w:rsidRDefault="005D77C6" w:rsidP="005D77C6"/>
    <w:p w14:paraId="6E8E6822" w14:textId="77777777" w:rsidR="005D77C6" w:rsidRDefault="005D77C6" w:rsidP="005D77C6">
      <w:proofErr w:type="spellStart"/>
      <w:r>
        <w:t>Hıdır</w:t>
      </w:r>
      <w:proofErr w:type="spellEnd"/>
      <w:r>
        <w:t xml:space="preserve"> </w:t>
      </w:r>
      <w:proofErr w:type="spellStart"/>
      <w:r>
        <w:t>Kırkıcı</w:t>
      </w:r>
      <w:proofErr w:type="spellEnd"/>
    </w:p>
    <w:p w14:paraId="683DC0B5" w14:textId="77777777" w:rsidR="005D77C6" w:rsidRDefault="005D77C6" w:rsidP="005D77C6"/>
    <w:p w14:paraId="2416D060"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إسبرطة</w:t>
      </w:r>
      <w:proofErr w:type="spellEnd"/>
    </w:p>
    <w:p w14:paraId="1A44A694" w14:textId="77777777" w:rsidR="005D77C6" w:rsidRDefault="005D77C6" w:rsidP="005D77C6"/>
    <w:p w14:paraId="56B73BFA" w14:textId="77777777" w:rsidR="005D77C6" w:rsidRDefault="005D77C6" w:rsidP="005D77C6">
      <w:r>
        <w:t>1001</w:t>
      </w:r>
    </w:p>
    <w:p w14:paraId="4E84D936" w14:textId="77777777" w:rsidR="005D77C6" w:rsidRDefault="005D77C6" w:rsidP="005D77C6"/>
    <w:p w14:paraId="598DBBF7" w14:textId="77777777" w:rsidR="005D77C6" w:rsidRDefault="005D77C6" w:rsidP="005D77C6">
      <w:r>
        <w:t>2</w:t>
      </w:r>
    </w:p>
    <w:p w14:paraId="2D70DA48" w14:textId="77777777" w:rsidR="005D77C6" w:rsidRDefault="005D77C6" w:rsidP="005D77C6"/>
    <w:p w14:paraId="5D72D70B" w14:textId="77777777" w:rsidR="005D77C6" w:rsidRDefault="005D77C6" w:rsidP="005D77C6">
      <w:r>
        <w:t>Mehmet Ali Devecioğlu</w:t>
      </w:r>
    </w:p>
    <w:p w14:paraId="19B0A780" w14:textId="77777777" w:rsidR="005D77C6" w:rsidRDefault="005D77C6" w:rsidP="005D77C6"/>
    <w:p w14:paraId="29169F8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3F4046B" w14:textId="77777777" w:rsidR="005D77C6" w:rsidRDefault="005D77C6" w:rsidP="005D77C6"/>
    <w:p w14:paraId="235A640D" w14:textId="77777777" w:rsidR="005D77C6" w:rsidRDefault="005D77C6" w:rsidP="005D77C6">
      <w:r>
        <w:t>16508</w:t>
      </w:r>
    </w:p>
    <w:p w14:paraId="5DBCFEC4" w14:textId="77777777" w:rsidR="005D77C6" w:rsidRDefault="005D77C6" w:rsidP="005D77C6"/>
    <w:p w14:paraId="3686A050" w14:textId="77777777" w:rsidR="005D77C6" w:rsidRDefault="005D77C6" w:rsidP="005D77C6">
      <w:r>
        <w:t>3</w:t>
      </w:r>
    </w:p>
    <w:p w14:paraId="65C0E13F" w14:textId="77777777" w:rsidR="005D77C6" w:rsidRDefault="005D77C6" w:rsidP="005D77C6"/>
    <w:p w14:paraId="338E12F7" w14:textId="77777777" w:rsidR="005D77C6" w:rsidRDefault="005D77C6" w:rsidP="005D77C6">
      <w:r>
        <w:t xml:space="preserve">Ayşe </w:t>
      </w:r>
      <w:proofErr w:type="spellStart"/>
      <w:r>
        <w:t>Batumlu</w:t>
      </w:r>
      <w:proofErr w:type="spellEnd"/>
      <w:r>
        <w:t xml:space="preserve"> Kaya</w:t>
      </w:r>
    </w:p>
    <w:p w14:paraId="6C7A68D7" w14:textId="77777777" w:rsidR="005D77C6" w:rsidRDefault="005D77C6" w:rsidP="005D77C6"/>
    <w:p w14:paraId="2F14FB8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بورصة</w:t>
      </w:r>
      <w:proofErr w:type="spellEnd"/>
    </w:p>
    <w:p w14:paraId="5301B0B9" w14:textId="77777777" w:rsidR="005D77C6" w:rsidRDefault="005D77C6" w:rsidP="005D77C6"/>
    <w:p w14:paraId="02E584C6" w14:textId="77777777" w:rsidR="005D77C6" w:rsidRDefault="005D77C6" w:rsidP="005D77C6">
      <w:r>
        <w:t>1292</w:t>
      </w:r>
    </w:p>
    <w:p w14:paraId="3A23520F" w14:textId="77777777" w:rsidR="005D77C6" w:rsidRDefault="005D77C6" w:rsidP="005D77C6"/>
    <w:p w14:paraId="780FD0C8" w14:textId="77777777" w:rsidR="005D77C6" w:rsidRDefault="005D77C6" w:rsidP="005D77C6">
      <w:r>
        <w:t>4</w:t>
      </w:r>
    </w:p>
    <w:p w14:paraId="11C97681" w14:textId="77777777" w:rsidR="005D77C6" w:rsidRDefault="005D77C6" w:rsidP="005D77C6"/>
    <w:p w14:paraId="78D3F16D" w14:textId="77777777" w:rsidR="005D77C6" w:rsidRDefault="005D77C6" w:rsidP="005D77C6">
      <w:r>
        <w:t>Doğan Erkan</w:t>
      </w:r>
    </w:p>
    <w:p w14:paraId="75E1D622" w14:textId="77777777" w:rsidR="005D77C6" w:rsidRDefault="005D77C6" w:rsidP="005D77C6"/>
    <w:p w14:paraId="73E0DA26"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141DD121" w14:textId="77777777" w:rsidR="005D77C6" w:rsidRDefault="005D77C6" w:rsidP="005D77C6"/>
    <w:p w14:paraId="56EC9310" w14:textId="77777777" w:rsidR="005D77C6" w:rsidRDefault="005D77C6" w:rsidP="005D77C6">
      <w:r>
        <w:t>17655</w:t>
      </w:r>
    </w:p>
    <w:p w14:paraId="4CD2AFDE" w14:textId="77777777" w:rsidR="005D77C6" w:rsidRDefault="005D77C6" w:rsidP="005D77C6"/>
    <w:p w14:paraId="49B1B66F" w14:textId="77777777" w:rsidR="005D77C6" w:rsidRDefault="005D77C6" w:rsidP="005D77C6">
      <w:r>
        <w:t>5</w:t>
      </w:r>
    </w:p>
    <w:p w14:paraId="41B0918C" w14:textId="77777777" w:rsidR="005D77C6" w:rsidRDefault="005D77C6" w:rsidP="005D77C6"/>
    <w:p w14:paraId="2DCC7DCE" w14:textId="77777777" w:rsidR="005D77C6" w:rsidRDefault="005D77C6" w:rsidP="005D77C6">
      <w:r>
        <w:t>Rauf Sezer Durna</w:t>
      </w:r>
    </w:p>
    <w:p w14:paraId="1903086D" w14:textId="77777777" w:rsidR="005D77C6" w:rsidRDefault="005D77C6" w:rsidP="005D77C6"/>
    <w:p w14:paraId="2467071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1F88518E" w14:textId="77777777" w:rsidR="005D77C6" w:rsidRDefault="005D77C6" w:rsidP="005D77C6"/>
    <w:p w14:paraId="4BAD77A5" w14:textId="77777777" w:rsidR="005D77C6" w:rsidRDefault="005D77C6" w:rsidP="005D77C6">
      <w:r>
        <w:t>25238</w:t>
      </w:r>
    </w:p>
    <w:p w14:paraId="58D3E495" w14:textId="77777777" w:rsidR="005D77C6" w:rsidRDefault="005D77C6" w:rsidP="005D77C6"/>
    <w:p w14:paraId="53F51AB2" w14:textId="77777777" w:rsidR="005D77C6" w:rsidRDefault="005D77C6" w:rsidP="005D77C6">
      <w:r>
        <w:t>6</w:t>
      </w:r>
    </w:p>
    <w:p w14:paraId="7D0DEE16" w14:textId="77777777" w:rsidR="005D77C6" w:rsidRDefault="005D77C6" w:rsidP="005D77C6"/>
    <w:p w14:paraId="1A73B084" w14:textId="77777777" w:rsidR="005D77C6" w:rsidRDefault="005D77C6" w:rsidP="005D77C6">
      <w:r>
        <w:t>Serpil Uyanık Bilaloğlu</w:t>
      </w:r>
    </w:p>
    <w:p w14:paraId="6347686E" w14:textId="77777777" w:rsidR="005D77C6" w:rsidRDefault="005D77C6" w:rsidP="005D77C6"/>
    <w:p w14:paraId="457E31C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549909E" w14:textId="77777777" w:rsidR="005D77C6" w:rsidRDefault="005D77C6" w:rsidP="005D77C6"/>
    <w:p w14:paraId="423DBCA3" w14:textId="77777777" w:rsidR="005D77C6" w:rsidRDefault="005D77C6" w:rsidP="005D77C6">
      <w:r>
        <w:t>23396</w:t>
      </w:r>
    </w:p>
    <w:p w14:paraId="557A9EBE" w14:textId="77777777" w:rsidR="005D77C6" w:rsidRDefault="005D77C6" w:rsidP="005D77C6"/>
    <w:p w14:paraId="5C28BD95" w14:textId="77777777" w:rsidR="005D77C6" w:rsidRDefault="005D77C6" w:rsidP="005D77C6">
      <w:r>
        <w:t>7</w:t>
      </w:r>
    </w:p>
    <w:p w14:paraId="21FDDFD0" w14:textId="77777777" w:rsidR="005D77C6" w:rsidRDefault="005D77C6" w:rsidP="005D77C6"/>
    <w:p w14:paraId="237FEA82" w14:textId="77777777" w:rsidR="005D77C6" w:rsidRDefault="005D77C6" w:rsidP="005D77C6">
      <w:r>
        <w:t>Kemal Aytaç</w:t>
      </w:r>
    </w:p>
    <w:p w14:paraId="7D543CB0" w14:textId="77777777" w:rsidR="005D77C6" w:rsidRDefault="005D77C6" w:rsidP="005D77C6"/>
    <w:p w14:paraId="23A9265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B31DCDC" w14:textId="77777777" w:rsidR="005D77C6" w:rsidRDefault="005D77C6" w:rsidP="005D77C6"/>
    <w:p w14:paraId="32F2AF4D" w14:textId="77777777" w:rsidR="005D77C6" w:rsidRDefault="005D77C6" w:rsidP="005D77C6">
      <w:r>
        <w:t>14304</w:t>
      </w:r>
    </w:p>
    <w:p w14:paraId="233BEC79" w14:textId="77777777" w:rsidR="005D77C6" w:rsidRDefault="005D77C6" w:rsidP="005D77C6"/>
    <w:p w14:paraId="4CEBAD15" w14:textId="77777777" w:rsidR="005D77C6" w:rsidRDefault="005D77C6" w:rsidP="005D77C6">
      <w:r>
        <w:t>8</w:t>
      </w:r>
    </w:p>
    <w:p w14:paraId="085BD147" w14:textId="77777777" w:rsidR="005D77C6" w:rsidRDefault="005D77C6" w:rsidP="005D77C6"/>
    <w:p w14:paraId="457851AE" w14:textId="77777777" w:rsidR="005D77C6" w:rsidRDefault="005D77C6" w:rsidP="005D77C6">
      <w:r>
        <w:t xml:space="preserve">Refika </w:t>
      </w:r>
      <w:proofErr w:type="spellStart"/>
      <w:r>
        <w:t>Çakıllık</w:t>
      </w:r>
      <w:proofErr w:type="spellEnd"/>
    </w:p>
    <w:p w14:paraId="33E26597" w14:textId="77777777" w:rsidR="005D77C6" w:rsidRDefault="005D77C6" w:rsidP="005D77C6"/>
    <w:p w14:paraId="0F60227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6178D3D" w14:textId="77777777" w:rsidR="005D77C6" w:rsidRDefault="005D77C6" w:rsidP="005D77C6"/>
    <w:p w14:paraId="00926516" w14:textId="77777777" w:rsidR="005D77C6" w:rsidRDefault="005D77C6" w:rsidP="005D77C6">
      <w:r>
        <w:t>15060</w:t>
      </w:r>
    </w:p>
    <w:p w14:paraId="0B3C9D4A" w14:textId="77777777" w:rsidR="005D77C6" w:rsidRDefault="005D77C6" w:rsidP="005D77C6"/>
    <w:p w14:paraId="2F6ADE60" w14:textId="77777777" w:rsidR="005D77C6" w:rsidRDefault="005D77C6" w:rsidP="005D77C6">
      <w:r>
        <w:t>9</w:t>
      </w:r>
    </w:p>
    <w:p w14:paraId="31E1DA96" w14:textId="77777777" w:rsidR="005D77C6" w:rsidRDefault="005D77C6" w:rsidP="005D77C6"/>
    <w:p w14:paraId="408B762F" w14:textId="77777777" w:rsidR="005D77C6" w:rsidRDefault="005D77C6" w:rsidP="005D77C6">
      <w:r>
        <w:t>M. Tülin Dündar</w:t>
      </w:r>
    </w:p>
    <w:p w14:paraId="4141C86C" w14:textId="77777777" w:rsidR="005D77C6" w:rsidRDefault="005D77C6" w:rsidP="005D77C6"/>
    <w:p w14:paraId="13B2A337"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72C2F80" w14:textId="77777777" w:rsidR="005D77C6" w:rsidRDefault="005D77C6" w:rsidP="005D77C6"/>
    <w:p w14:paraId="05271606" w14:textId="77777777" w:rsidR="005D77C6" w:rsidRDefault="005D77C6" w:rsidP="005D77C6">
      <w:r>
        <w:t>19269</w:t>
      </w:r>
    </w:p>
    <w:p w14:paraId="47849376" w14:textId="77777777" w:rsidR="005D77C6" w:rsidRDefault="005D77C6" w:rsidP="005D77C6"/>
    <w:p w14:paraId="4419E0F2" w14:textId="77777777" w:rsidR="005D77C6" w:rsidRDefault="005D77C6" w:rsidP="005D77C6">
      <w:r>
        <w:t>10</w:t>
      </w:r>
    </w:p>
    <w:p w14:paraId="2FD77DE7" w14:textId="77777777" w:rsidR="005D77C6" w:rsidRDefault="005D77C6" w:rsidP="005D77C6"/>
    <w:p w14:paraId="7905E686" w14:textId="77777777" w:rsidR="005D77C6" w:rsidRDefault="005D77C6" w:rsidP="005D77C6">
      <w:r>
        <w:t>Meryem Turan</w:t>
      </w:r>
    </w:p>
    <w:p w14:paraId="72699A30" w14:textId="77777777" w:rsidR="005D77C6" w:rsidRDefault="005D77C6" w:rsidP="005D77C6"/>
    <w:p w14:paraId="584D18D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0BF2EF3" w14:textId="77777777" w:rsidR="005D77C6" w:rsidRDefault="005D77C6" w:rsidP="005D77C6"/>
    <w:p w14:paraId="6178EC41" w14:textId="77777777" w:rsidR="005D77C6" w:rsidRDefault="005D77C6" w:rsidP="005D77C6">
      <w:r>
        <w:t>14815</w:t>
      </w:r>
    </w:p>
    <w:p w14:paraId="770C5A7E" w14:textId="77777777" w:rsidR="005D77C6" w:rsidRDefault="005D77C6" w:rsidP="005D77C6"/>
    <w:p w14:paraId="2FF88EA8" w14:textId="77777777" w:rsidR="005D77C6" w:rsidRDefault="005D77C6" w:rsidP="005D77C6">
      <w:r>
        <w:t>11</w:t>
      </w:r>
    </w:p>
    <w:p w14:paraId="6D8598AC" w14:textId="77777777" w:rsidR="005D77C6" w:rsidRDefault="005D77C6" w:rsidP="005D77C6"/>
    <w:p w14:paraId="393EEFED" w14:textId="77777777" w:rsidR="005D77C6" w:rsidRDefault="005D77C6" w:rsidP="005D77C6">
      <w:proofErr w:type="spellStart"/>
      <w:r>
        <w:t>Kazım</w:t>
      </w:r>
      <w:proofErr w:type="spellEnd"/>
      <w:r>
        <w:t xml:space="preserve"> Genç</w:t>
      </w:r>
    </w:p>
    <w:p w14:paraId="3E87313D" w14:textId="77777777" w:rsidR="005D77C6" w:rsidRDefault="005D77C6" w:rsidP="005D77C6"/>
    <w:p w14:paraId="6378B857"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2944D0E0" w14:textId="77777777" w:rsidR="005D77C6" w:rsidRDefault="005D77C6" w:rsidP="005D77C6"/>
    <w:p w14:paraId="500DF119" w14:textId="77777777" w:rsidR="005D77C6" w:rsidRDefault="005D77C6" w:rsidP="005D77C6">
      <w:r>
        <w:t>8076</w:t>
      </w:r>
    </w:p>
    <w:p w14:paraId="41E7301D" w14:textId="77777777" w:rsidR="005D77C6" w:rsidRDefault="005D77C6" w:rsidP="005D77C6"/>
    <w:p w14:paraId="5D2D8ED1" w14:textId="77777777" w:rsidR="005D77C6" w:rsidRDefault="005D77C6" w:rsidP="005D77C6">
      <w:r>
        <w:t>12</w:t>
      </w:r>
    </w:p>
    <w:p w14:paraId="37CCD04D" w14:textId="77777777" w:rsidR="005D77C6" w:rsidRDefault="005D77C6" w:rsidP="005D77C6"/>
    <w:p w14:paraId="475FF4C9" w14:textId="77777777" w:rsidR="005D77C6" w:rsidRDefault="005D77C6" w:rsidP="005D77C6">
      <w:r>
        <w:t>Tamer Selçuk</w:t>
      </w:r>
    </w:p>
    <w:p w14:paraId="473EA28E" w14:textId="77777777" w:rsidR="005D77C6" w:rsidRDefault="005D77C6" w:rsidP="005D77C6"/>
    <w:p w14:paraId="48EEEBC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دنيزلي</w:t>
      </w:r>
      <w:proofErr w:type="spellEnd"/>
    </w:p>
    <w:p w14:paraId="10D7914D" w14:textId="77777777" w:rsidR="005D77C6" w:rsidRDefault="005D77C6" w:rsidP="005D77C6"/>
    <w:p w14:paraId="38EDFB4F" w14:textId="77777777" w:rsidR="005D77C6" w:rsidRDefault="005D77C6" w:rsidP="005D77C6">
      <w:r>
        <w:t>538</w:t>
      </w:r>
    </w:p>
    <w:p w14:paraId="1CCED25A" w14:textId="77777777" w:rsidR="005D77C6" w:rsidRDefault="005D77C6" w:rsidP="005D77C6"/>
    <w:p w14:paraId="45689991" w14:textId="77777777" w:rsidR="005D77C6" w:rsidRDefault="005D77C6" w:rsidP="005D77C6">
      <w:r>
        <w:t>13</w:t>
      </w:r>
    </w:p>
    <w:p w14:paraId="58D82578" w14:textId="77777777" w:rsidR="005D77C6" w:rsidRDefault="005D77C6" w:rsidP="005D77C6"/>
    <w:p w14:paraId="7722459B" w14:textId="77777777" w:rsidR="005D77C6" w:rsidRDefault="005D77C6" w:rsidP="005D77C6">
      <w:r>
        <w:t>Sadullah Sayın</w:t>
      </w:r>
    </w:p>
    <w:p w14:paraId="78D5436A" w14:textId="77777777" w:rsidR="005D77C6" w:rsidRDefault="005D77C6" w:rsidP="005D77C6"/>
    <w:p w14:paraId="2888404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E17C17D" w14:textId="77777777" w:rsidR="005D77C6" w:rsidRDefault="005D77C6" w:rsidP="005D77C6"/>
    <w:p w14:paraId="40668106" w14:textId="77777777" w:rsidR="005D77C6" w:rsidRDefault="005D77C6" w:rsidP="005D77C6">
      <w:r>
        <w:t>12866</w:t>
      </w:r>
    </w:p>
    <w:p w14:paraId="377087E4" w14:textId="77777777" w:rsidR="005D77C6" w:rsidRDefault="005D77C6" w:rsidP="005D77C6"/>
    <w:p w14:paraId="7319FEF5" w14:textId="77777777" w:rsidR="005D77C6" w:rsidRDefault="005D77C6" w:rsidP="005D77C6">
      <w:r>
        <w:t>14</w:t>
      </w:r>
    </w:p>
    <w:p w14:paraId="4756E1A2" w14:textId="77777777" w:rsidR="005D77C6" w:rsidRDefault="005D77C6" w:rsidP="005D77C6"/>
    <w:p w14:paraId="6B1ADB97" w14:textId="77777777" w:rsidR="005D77C6" w:rsidRDefault="005D77C6" w:rsidP="005D77C6">
      <w:proofErr w:type="spellStart"/>
      <w:r>
        <w:t>Peruze</w:t>
      </w:r>
      <w:proofErr w:type="spellEnd"/>
      <w:r>
        <w:t xml:space="preserve"> Zeynep </w:t>
      </w:r>
      <w:proofErr w:type="spellStart"/>
      <w:r>
        <w:t>Şaner</w:t>
      </w:r>
      <w:proofErr w:type="spellEnd"/>
    </w:p>
    <w:p w14:paraId="00672499" w14:textId="77777777" w:rsidR="005D77C6" w:rsidRDefault="005D77C6" w:rsidP="005D77C6"/>
    <w:p w14:paraId="0FF3B510"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375D220" w14:textId="77777777" w:rsidR="005D77C6" w:rsidRDefault="005D77C6" w:rsidP="005D77C6"/>
    <w:p w14:paraId="2A0AD705" w14:textId="77777777" w:rsidR="005D77C6" w:rsidRDefault="005D77C6" w:rsidP="005D77C6">
      <w:r>
        <w:t>66177</w:t>
      </w:r>
    </w:p>
    <w:p w14:paraId="7CE7AC17" w14:textId="77777777" w:rsidR="005D77C6" w:rsidRDefault="005D77C6" w:rsidP="005D77C6"/>
    <w:p w14:paraId="5EC1F97F" w14:textId="77777777" w:rsidR="005D77C6" w:rsidRDefault="005D77C6" w:rsidP="005D77C6">
      <w:r>
        <w:t>15</w:t>
      </w:r>
    </w:p>
    <w:p w14:paraId="528D62D0" w14:textId="77777777" w:rsidR="005D77C6" w:rsidRDefault="005D77C6" w:rsidP="005D77C6"/>
    <w:p w14:paraId="1514B210" w14:textId="77777777" w:rsidR="005D77C6" w:rsidRDefault="005D77C6" w:rsidP="005D77C6">
      <w:r>
        <w:t>Ahmet Ergin</w:t>
      </w:r>
    </w:p>
    <w:p w14:paraId="55FFC3E3" w14:textId="77777777" w:rsidR="005D77C6" w:rsidRDefault="005D77C6" w:rsidP="005D77C6"/>
    <w:p w14:paraId="500ABE8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73BD31A" w14:textId="77777777" w:rsidR="005D77C6" w:rsidRDefault="005D77C6" w:rsidP="005D77C6"/>
    <w:p w14:paraId="5D1E5DAB" w14:textId="77777777" w:rsidR="005D77C6" w:rsidRDefault="005D77C6" w:rsidP="005D77C6">
      <w:r>
        <w:t>27344</w:t>
      </w:r>
    </w:p>
    <w:p w14:paraId="70FC3F10" w14:textId="77777777" w:rsidR="005D77C6" w:rsidRDefault="005D77C6" w:rsidP="005D77C6"/>
    <w:p w14:paraId="180C2FC4" w14:textId="77777777" w:rsidR="005D77C6" w:rsidRDefault="005D77C6" w:rsidP="005D77C6">
      <w:r>
        <w:t>16</w:t>
      </w:r>
    </w:p>
    <w:p w14:paraId="26913BDC" w14:textId="77777777" w:rsidR="005D77C6" w:rsidRDefault="005D77C6" w:rsidP="005D77C6"/>
    <w:p w14:paraId="2CB22F9B" w14:textId="77777777" w:rsidR="005D77C6" w:rsidRDefault="005D77C6" w:rsidP="005D77C6">
      <w:r>
        <w:t xml:space="preserve">Hasan Ozan </w:t>
      </w:r>
      <w:proofErr w:type="spellStart"/>
      <w:r>
        <w:t>Orpak</w:t>
      </w:r>
      <w:proofErr w:type="spellEnd"/>
    </w:p>
    <w:p w14:paraId="4AD90821" w14:textId="77777777" w:rsidR="005D77C6" w:rsidRDefault="005D77C6" w:rsidP="005D77C6"/>
    <w:p w14:paraId="0319A40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دنيزلي</w:t>
      </w:r>
      <w:proofErr w:type="spellEnd"/>
    </w:p>
    <w:p w14:paraId="09B618FB" w14:textId="77777777" w:rsidR="005D77C6" w:rsidRDefault="005D77C6" w:rsidP="005D77C6"/>
    <w:p w14:paraId="29E8FB67" w14:textId="77777777" w:rsidR="005D77C6" w:rsidRDefault="005D77C6" w:rsidP="005D77C6">
      <w:r>
        <w:t>1356</w:t>
      </w:r>
    </w:p>
    <w:p w14:paraId="6A015AF3" w14:textId="77777777" w:rsidR="005D77C6" w:rsidRDefault="005D77C6" w:rsidP="005D77C6"/>
    <w:p w14:paraId="510B043D" w14:textId="77777777" w:rsidR="005D77C6" w:rsidRDefault="005D77C6" w:rsidP="005D77C6">
      <w:r>
        <w:t>17</w:t>
      </w:r>
    </w:p>
    <w:p w14:paraId="2EAE8628" w14:textId="77777777" w:rsidR="005D77C6" w:rsidRDefault="005D77C6" w:rsidP="005D77C6"/>
    <w:p w14:paraId="785D78E1" w14:textId="77777777" w:rsidR="005D77C6" w:rsidRDefault="005D77C6" w:rsidP="005D77C6">
      <w:r>
        <w:t>Ömer Kavili</w:t>
      </w:r>
    </w:p>
    <w:p w14:paraId="34F35377" w14:textId="77777777" w:rsidR="005D77C6" w:rsidRDefault="005D77C6" w:rsidP="005D77C6"/>
    <w:p w14:paraId="75D5BC4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3A56EB3" w14:textId="77777777" w:rsidR="005D77C6" w:rsidRDefault="005D77C6" w:rsidP="005D77C6"/>
    <w:p w14:paraId="1C94A0C5" w14:textId="77777777" w:rsidR="005D77C6" w:rsidRDefault="005D77C6" w:rsidP="005D77C6">
      <w:r>
        <w:t>15638</w:t>
      </w:r>
    </w:p>
    <w:p w14:paraId="0CE873F2" w14:textId="77777777" w:rsidR="005D77C6" w:rsidRDefault="005D77C6" w:rsidP="005D77C6"/>
    <w:p w14:paraId="4CB4BE3D" w14:textId="77777777" w:rsidR="005D77C6" w:rsidRDefault="005D77C6" w:rsidP="005D77C6">
      <w:r>
        <w:t>18</w:t>
      </w:r>
    </w:p>
    <w:p w14:paraId="4CF31442" w14:textId="77777777" w:rsidR="005D77C6" w:rsidRDefault="005D77C6" w:rsidP="005D77C6"/>
    <w:p w14:paraId="245D099C" w14:textId="77777777" w:rsidR="005D77C6" w:rsidRDefault="005D77C6" w:rsidP="005D77C6">
      <w:r>
        <w:t xml:space="preserve">Fırat </w:t>
      </w:r>
      <w:proofErr w:type="spellStart"/>
      <w:r>
        <w:t>Epözdemir</w:t>
      </w:r>
      <w:proofErr w:type="spellEnd"/>
    </w:p>
    <w:p w14:paraId="20467326" w14:textId="77777777" w:rsidR="005D77C6" w:rsidRDefault="005D77C6" w:rsidP="005D77C6"/>
    <w:p w14:paraId="49BC4B9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7AD21C5" w14:textId="77777777" w:rsidR="005D77C6" w:rsidRDefault="005D77C6" w:rsidP="005D77C6"/>
    <w:p w14:paraId="27F55FB4" w14:textId="77777777" w:rsidR="005D77C6" w:rsidRDefault="005D77C6" w:rsidP="005D77C6">
      <w:r>
        <w:t>36297</w:t>
      </w:r>
    </w:p>
    <w:p w14:paraId="0B654DC4" w14:textId="77777777" w:rsidR="005D77C6" w:rsidRDefault="005D77C6" w:rsidP="005D77C6"/>
    <w:p w14:paraId="486515B8" w14:textId="77777777" w:rsidR="005D77C6" w:rsidRDefault="005D77C6" w:rsidP="005D77C6">
      <w:r>
        <w:t>19</w:t>
      </w:r>
    </w:p>
    <w:p w14:paraId="68FF128D" w14:textId="77777777" w:rsidR="005D77C6" w:rsidRDefault="005D77C6" w:rsidP="005D77C6"/>
    <w:p w14:paraId="1C779BD8" w14:textId="77777777" w:rsidR="005D77C6" w:rsidRDefault="005D77C6" w:rsidP="005D77C6">
      <w:r>
        <w:t>Görkem Ova</w:t>
      </w:r>
    </w:p>
    <w:p w14:paraId="33A2612C" w14:textId="77777777" w:rsidR="005D77C6" w:rsidRDefault="005D77C6" w:rsidP="005D77C6"/>
    <w:p w14:paraId="7776953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B46928E" w14:textId="77777777" w:rsidR="005D77C6" w:rsidRDefault="005D77C6" w:rsidP="005D77C6"/>
    <w:p w14:paraId="7D7120EE" w14:textId="77777777" w:rsidR="005D77C6" w:rsidRDefault="005D77C6" w:rsidP="005D77C6">
      <w:r>
        <w:t>63237</w:t>
      </w:r>
    </w:p>
    <w:p w14:paraId="7809585F" w14:textId="77777777" w:rsidR="005D77C6" w:rsidRDefault="005D77C6" w:rsidP="005D77C6"/>
    <w:p w14:paraId="199035EA" w14:textId="77777777" w:rsidR="005D77C6" w:rsidRDefault="005D77C6" w:rsidP="005D77C6">
      <w:r>
        <w:t>20</w:t>
      </w:r>
    </w:p>
    <w:p w14:paraId="4C712028" w14:textId="77777777" w:rsidR="005D77C6" w:rsidRDefault="005D77C6" w:rsidP="005D77C6"/>
    <w:p w14:paraId="2AEB89AE" w14:textId="77777777" w:rsidR="005D77C6" w:rsidRDefault="005D77C6" w:rsidP="005D77C6">
      <w:r>
        <w:t>Özden Özdemir</w:t>
      </w:r>
    </w:p>
    <w:p w14:paraId="290DA850" w14:textId="77777777" w:rsidR="005D77C6" w:rsidRDefault="005D77C6" w:rsidP="005D77C6"/>
    <w:p w14:paraId="0BFEBF36"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6FA2C4B" w14:textId="77777777" w:rsidR="005D77C6" w:rsidRDefault="005D77C6" w:rsidP="005D77C6"/>
    <w:p w14:paraId="06822380" w14:textId="77777777" w:rsidR="005D77C6" w:rsidRDefault="005D77C6" w:rsidP="005D77C6">
      <w:r>
        <w:t>25259</w:t>
      </w:r>
    </w:p>
    <w:p w14:paraId="49988857" w14:textId="77777777" w:rsidR="005D77C6" w:rsidRDefault="005D77C6" w:rsidP="005D77C6"/>
    <w:p w14:paraId="7BB35D33" w14:textId="77777777" w:rsidR="005D77C6" w:rsidRDefault="005D77C6" w:rsidP="005D77C6">
      <w:r>
        <w:t>21</w:t>
      </w:r>
    </w:p>
    <w:p w14:paraId="2B0B6770" w14:textId="77777777" w:rsidR="005D77C6" w:rsidRDefault="005D77C6" w:rsidP="005D77C6"/>
    <w:p w14:paraId="6F8BFB8B" w14:textId="77777777" w:rsidR="005D77C6" w:rsidRDefault="005D77C6" w:rsidP="005D77C6">
      <w:r>
        <w:t xml:space="preserve">Şengül Tarhan </w:t>
      </w:r>
      <w:proofErr w:type="spellStart"/>
      <w:r>
        <w:t>Buztaş</w:t>
      </w:r>
      <w:proofErr w:type="spellEnd"/>
    </w:p>
    <w:p w14:paraId="683DE4C0" w14:textId="77777777" w:rsidR="005D77C6" w:rsidRDefault="005D77C6" w:rsidP="005D77C6"/>
    <w:p w14:paraId="297D9143"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13A8650" w14:textId="77777777" w:rsidR="005D77C6" w:rsidRDefault="005D77C6" w:rsidP="005D77C6"/>
    <w:p w14:paraId="4D3F9622" w14:textId="77777777" w:rsidR="005D77C6" w:rsidRDefault="005D77C6" w:rsidP="005D77C6">
      <w:r>
        <w:t>19622</w:t>
      </w:r>
    </w:p>
    <w:p w14:paraId="1B6F85D9" w14:textId="77777777" w:rsidR="005D77C6" w:rsidRDefault="005D77C6" w:rsidP="005D77C6"/>
    <w:p w14:paraId="206E941A" w14:textId="77777777" w:rsidR="005D77C6" w:rsidRDefault="005D77C6" w:rsidP="005D77C6">
      <w:r>
        <w:t>22</w:t>
      </w:r>
    </w:p>
    <w:p w14:paraId="4D345ABF" w14:textId="77777777" w:rsidR="005D77C6" w:rsidRDefault="005D77C6" w:rsidP="005D77C6"/>
    <w:p w14:paraId="6C8A3F27" w14:textId="77777777" w:rsidR="005D77C6" w:rsidRDefault="005D77C6" w:rsidP="005D77C6">
      <w:r>
        <w:t>Figen Ertem Yılmaz</w:t>
      </w:r>
    </w:p>
    <w:p w14:paraId="0EA5BF58" w14:textId="77777777" w:rsidR="005D77C6" w:rsidRDefault="005D77C6" w:rsidP="005D77C6"/>
    <w:p w14:paraId="07AA565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CBEB9AC" w14:textId="77777777" w:rsidR="005D77C6" w:rsidRDefault="005D77C6" w:rsidP="005D77C6"/>
    <w:p w14:paraId="2BE5B734" w14:textId="77777777" w:rsidR="005D77C6" w:rsidRDefault="005D77C6" w:rsidP="005D77C6">
      <w:r>
        <w:t>16976</w:t>
      </w:r>
    </w:p>
    <w:p w14:paraId="26B216D1" w14:textId="77777777" w:rsidR="005D77C6" w:rsidRDefault="005D77C6" w:rsidP="005D77C6"/>
    <w:p w14:paraId="192209FF" w14:textId="77777777" w:rsidR="005D77C6" w:rsidRDefault="005D77C6" w:rsidP="005D77C6">
      <w:r>
        <w:t>23</w:t>
      </w:r>
    </w:p>
    <w:p w14:paraId="49E64CB5" w14:textId="77777777" w:rsidR="005D77C6" w:rsidRDefault="005D77C6" w:rsidP="005D77C6"/>
    <w:p w14:paraId="2319AA20" w14:textId="77777777" w:rsidR="005D77C6" w:rsidRDefault="005D77C6" w:rsidP="005D77C6">
      <w:r>
        <w:t xml:space="preserve">Özhan </w:t>
      </w:r>
      <w:proofErr w:type="spellStart"/>
      <w:r>
        <w:t>Karazeybek</w:t>
      </w:r>
      <w:proofErr w:type="spellEnd"/>
    </w:p>
    <w:p w14:paraId="2AA05675" w14:textId="77777777" w:rsidR="005D77C6" w:rsidRDefault="005D77C6" w:rsidP="005D77C6"/>
    <w:p w14:paraId="64218F4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أنطاليا</w:t>
      </w:r>
      <w:proofErr w:type="spellEnd"/>
    </w:p>
    <w:p w14:paraId="7681BF20" w14:textId="77777777" w:rsidR="005D77C6" w:rsidRDefault="005D77C6" w:rsidP="005D77C6"/>
    <w:p w14:paraId="6A8E1AE5" w14:textId="77777777" w:rsidR="005D77C6" w:rsidRDefault="005D77C6" w:rsidP="005D77C6">
      <w:r>
        <w:t>1812</w:t>
      </w:r>
    </w:p>
    <w:p w14:paraId="68AAAF29" w14:textId="77777777" w:rsidR="005D77C6" w:rsidRDefault="005D77C6" w:rsidP="005D77C6"/>
    <w:p w14:paraId="770EAE47" w14:textId="77777777" w:rsidR="005D77C6" w:rsidRDefault="005D77C6" w:rsidP="005D77C6">
      <w:r>
        <w:t>24</w:t>
      </w:r>
    </w:p>
    <w:p w14:paraId="0940D9B3" w14:textId="77777777" w:rsidR="005D77C6" w:rsidRDefault="005D77C6" w:rsidP="005D77C6"/>
    <w:p w14:paraId="17EC5DE7" w14:textId="77777777" w:rsidR="005D77C6" w:rsidRDefault="005D77C6" w:rsidP="005D77C6">
      <w:r>
        <w:t>Sabahattin Gümüş</w:t>
      </w:r>
    </w:p>
    <w:p w14:paraId="61DB3165" w14:textId="77777777" w:rsidR="005D77C6" w:rsidRDefault="005D77C6" w:rsidP="005D77C6"/>
    <w:p w14:paraId="3102DEA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أضنة</w:t>
      </w:r>
      <w:proofErr w:type="spellEnd"/>
    </w:p>
    <w:p w14:paraId="5624D39B" w14:textId="77777777" w:rsidR="005D77C6" w:rsidRDefault="005D77C6" w:rsidP="005D77C6"/>
    <w:p w14:paraId="5DD6D5D2" w14:textId="77777777" w:rsidR="005D77C6" w:rsidRDefault="005D77C6" w:rsidP="005D77C6">
      <w:r>
        <w:t>1137</w:t>
      </w:r>
    </w:p>
    <w:p w14:paraId="15D5C470" w14:textId="77777777" w:rsidR="005D77C6" w:rsidRDefault="005D77C6" w:rsidP="005D77C6"/>
    <w:p w14:paraId="44DDCCC9" w14:textId="77777777" w:rsidR="005D77C6" w:rsidRDefault="005D77C6" w:rsidP="005D77C6">
      <w:r>
        <w:t>25</w:t>
      </w:r>
    </w:p>
    <w:p w14:paraId="0C061B88" w14:textId="77777777" w:rsidR="005D77C6" w:rsidRDefault="005D77C6" w:rsidP="005D77C6"/>
    <w:p w14:paraId="615AE215" w14:textId="77777777" w:rsidR="005D77C6" w:rsidRDefault="005D77C6" w:rsidP="005D77C6">
      <w:r>
        <w:t xml:space="preserve">Arzu Müge </w:t>
      </w:r>
      <w:proofErr w:type="spellStart"/>
      <w:r>
        <w:t>Özaydın</w:t>
      </w:r>
      <w:proofErr w:type="spellEnd"/>
    </w:p>
    <w:p w14:paraId="76A029E0" w14:textId="77777777" w:rsidR="005D77C6" w:rsidRDefault="005D77C6" w:rsidP="005D77C6"/>
    <w:p w14:paraId="797365F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B1ABA39" w14:textId="77777777" w:rsidR="005D77C6" w:rsidRDefault="005D77C6" w:rsidP="005D77C6"/>
    <w:p w14:paraId="2B66F74C" w14:textId="77777777" w:rsidR="005D77C6" w:rsidRDefault="005D77C6" w:rsidP="005D77C6">
      <w:r>
        <w:t>16505</w:t>
      </w:r>
    </w:p>
    <w:p w14:paraId="2829E93D" w14:textId="77777777" w:rsidR="005D77C6" w:rsidRDefault="005D77C6" w:rsidP="005D77C6"/>
    <w:p w14:paraId="6AE59FB3" w14:textId="77777777" w:rsidR="005D77C6" w:rsidRDefault="005D77C6" w:rsidP="005D77C6">
      <w:r>
        <w:t>26</w:t>
      </w:r>
    </w:p>
    <w:p w14:paraId="062C8E5E" w14:textId="77777777" w:rsidR="005D77C6" w:rsidRDefault="005D77C6" w:rsidP="005D77C6"/>
    <w:p w14:paraId="765E54D5" w14:textId="77777777" w:rsidR="005D77C6" w:rsidRDefault="005D77C6" w:rsidP="005D77C6">
      <w:r>
        <w:t>Kadir Seçkin Bilgili</w:t>
      </w:r>
    </w:p>
    <w:p w14:paraId="1BE9616C" w14:textId="77777777" w:rsidR="005D77C6" w:rsidRDefault="005D77C6" w:rsidP="005D77C6"/>
    <w:p w14:paraId="634B316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باليكسير</w:t>
      </w:r>
      <w:proofErr w:type="spellEnd"/>
    </w:p>
    <w:p w14:paraId="56B2BC44" w14:textId="77777777" w:rsidR="005D77C6" w:rsidRDefault="005D77C6" w:rsidP="005D77C6"/>
    <w:p w14:paraId="21ED6EF9" w14:textId="77777777" w:rsidR="005D77C6" w:rsidRDefault="005D77C6" w:rsidP="005D77C6">
      <w:r>
        <w:t>1682</w:t>
      </w:r>
    </w:p>
    <w:p w14:paraId="2CC6FA02" w14:textId="77777777" w:rsidR="005D77C6" w:rsidRDefault="005D77C6" w:rsidP="005D77C6"/>
    <w:p w14:paraId="6871F75D" w14:textId="77777777" w:rsidR="005D77C6" w:rsidRDefault="005D77C6" w:rsidP="005D77C6">
      <w:r>
        <w:t>27</w:t>
      </w:r>
    </w:p>
    <w:p w14:paraId="772BA66A" w14:textId="77777777" w:rsidR="005D77C6" w:rsidRDefault="005D77C6" w:rsidP="005D77C6"/>
    <w:p w14:paraId="609C2578" w14:textId="77777777" w:rsidR="005D77C6" w:rsidRDefault="005D77C6" w:rsidP="005D77C6">
      <w:r>
        <w:t>Mustafa Dinçer</w:t>
      </w:r>
    </w:p>
    <w:p w14:paraId="61565B43" w14:textId="77777777" w:rsidR="005D77C6" w:rsidRDefault="005D77C6" w:rsidP="005D77C6"/>
    <w:p w14:paraId="48F7FE0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6CD9CAA1" w14:textId="77777777" w:rsidR="005D77C6" w:rsidRDefault="005D77C6" w:rsidP="005D77C6"/>
    <w:p w14:paraId="7A3F6C22" w14:textId="77777777" w:rsidR="005D77C6" w:rsidRDefault="005D77C6" w:rsidP="005D77C6">
      <w:r>
        <w:t>13587</w:t>
      </w:r>
    </w:p>
    <w:p w14:paraId="6E24590C" w14:textId="77777777" w:rsidR="005D77C6" w:rsidRDefault="005D77C6" w:rsidP="005D77C6"/>
    <w:p w14:paraId="03791594" w14:textId="77777777" w:rsidR="005D77C6" w:rsidRDefault="005D77C6" w:rsidP="005D77C6">
      <w:r>
        <w:t>28</w:t>
      </w:r>
    </w:p>
    <w:p w14:paraId="573D77C0" w14:textId="77777777" w:rsidR="005D77C6" w:rsidRDefault="005D77C6" w:rsidP="005D77C6"/>
    <w:p w14:paraId="6C27E84C" w14:textId="77777777" w:rsidR="005D77C6" w:rsidRDefault="005D77C6" w:rsidP="005D77C6">
      <w:proofErr w:type="spellStart"/>
      <w:r>
        <w:t>Onursal</w:t>
      </w:r>
      <w:proofErr w:type="spellEnd"/>
      <w:r>
        <w:t xml:space="preserve"> Özbek</w:t>
      </w:r>
    </w:p>
    <w:p w14:paraId="5207ACDC" w14:textId="77777777" w:rsidR="005D77C6" w:rsidRDefault="005D77C6" w:rsidP="005D77C6"/>
    <w:p w14:paraId="0B7F5A8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2FBFAD87" w14:textId="77777777" w:rsidR="005D77C6" w:rsidRDefault="005D77C6" w:rsidP="005D77C6"/>
    <w:p w14:paraId="6770E364" w14:textId="77777777" w:rsidR="005D77C6" w:rsidRDefault="005D77C6" w:rsidP="005D77C6">
      <w:r>
        <w:t>1178</w:t>
      </w:r>
    </w:p>
    <w:p w14:paraId="70D05AE0" w14:textId="77777777" w:rsidR="005D77C6" w:rsidRDefault="005D77C6" w:rsidP="005D77C6"/>
    <w:p w14:paraId="043B44A1" w14:textId="77777777" w:rsidR="005D77C6" w:rsidRDefault="005D77C6" w:rsidP="005D77C6">
      <w:r>
        <w:t>29</w:t>
      </w:r>
    </w:p>
    <w:p w14:paraId="70C494B3" w14:textId="77777777" w:rsidR="005D77C6" w:rsidRDefault="005D77C6" w:rsidP="005D77C6"/>
    <w:p w14:paraId="40898A6B" w14:textId="77777777" w:rsidR="005D77C6" w:rsidRDefault="005D77C6" w:rsidP="005D77C6">
      <w:r>
        <w:t>Welat Karahan</w:t>
      </w:r>
    </w:p>
    <w:p w14:paraId="778FFA38" w14:textId="77777777" w:rsidR="005D77C6" w:rsidRDefault="005D77C6" w:rsidP="005D77C6"/>
    <w:p w14:paraId="697F1DE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شانلي</w:t>
      </w:r>
      <w:proofErr w:type="spellEnd"/>
      <w:r>
        <w:t xml:space="preserve"> </w:t>
      </w:r>
      <w:proofErr w:type="spellStart"/>
      <w:r>
        <w:t>أورفا</w:t>
      </w:r>
      <w:proofErr w:type="spellEnd"/>
    </w:p>
    <w:p w14:paraId="4CAAB53B" w14:textId="77777777" w:rsidR="005D77C6" w:rsidRDefault="005D77C6" w:rsidP="005D77C6"/>
    <w:p w14:paraId="4BF76682" w14:textId="77777777" w:rsidR="005D77C6" w:rsidRDefault="005D77C6" w:rsidP="005D77C6">
      <w:r>
        <w:t>385</w:t>
      </w:r>
    </w:p>
    <w:p w14:paraId="6D246D67" w14:textId="77777777" w:rsidR="005D77C6" w:rsidRDefault="005D77C6" w:rsidP="005D77C6"/>
    <w:p w14:paraId="29860301" w14:textId="77777777" w:rsidR="005D77C6" w:rsidRDefault="005D77C6" w:rsidP="005D77C6">
      <w:r>
        <w:t>30</w:t>
      </w:r>
    </w:p>
    <w:p w14:paraId="152DF723" w14:textId="77777777" w:rsidR="005D77C6" w:rsidRDefault="005D77C6" w:rsidP="005D77C6"/>
    <w:p w14:paraId="1F6EAEEB" w14:textId="77777777" w:rsidR="005D77C6" w:rsidRDefault="005D77C6" w:rsidP="005D77C6">
      <w:r>
        <w:t>Egemen Tomak</w:t>
      </w:r>
    </w:p>
    <w:p w14:paraId="74391F7F" w14:textId="77777777" w:rsidR="005D77C6" w:rsidRDefault="005D77C6" w:rsidP="005D77C6"/>
    <w:p w14:paraId="4E7A38D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41E31A39" w14:textId="77777777" w:rsidR="005D77C6" w:rsidRDefault="005D77C6" w:rsidP="005D77C6"/>
    <w:p w14:paraId="4071C430" w14:textId="77777777" w:rsidR="005D77C6" w:rsidRDefault="005D77C6" w:rsidP="005D77C6">
      <w:r>
        <w:t>10018</w:t>
      </w:r>
    </w:p>
    <w:p w14:paraId="67804A37" w14:textId="77777777" w:rsidR="005D77C6" w:rsidRDefault="005D77C6" w:rsidP="005D77C6"/>
    <w:p w14:paraId="3FAC0595" w14:textId="77777777" w:rsidR="005D77C6" w:rsidRDefault="005D77C6" w:rsidP="005D77C6">
      <w:r>
        <w:t>31</w:t>
      </w:r>
    </w:p>
    <w:p w14:paraId="455F0AA8" w14:textId="77777777" w:rsidR="005D77C6" w:rsidRDefault="005D77C6" w:rsidP="005D77C6"/>
    <w:p w14:paraId="6A28AD97" w14:textId="77777777" w:rsidR="005D77C6" w:rsidRDefault="005D77C6" w:rsidP="005D77C6">
      <w:r>
        <w:t>Hülya Ceylan</w:t>
      </w:r>
    </w:p>
    <w:p w14:paraId="35985C89" w14:textId="77777777" w:rsidR="005D77C6" w:rsidRDefault="005D77C6" w:rsidP="005D77C6"/>
    <w:p w14:paraId="3122D61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07B7CBB" w14:textId="77777777" w:rsidR="005D77C6" w:rsidRDefault="005D77C6" w:rsidP="005D77C6"/>
    <w:p w14:paraId="3C6CE601" w14:textId="77777777" w:rsidR="005D77C6" w:rsidRDefault="005D77C6" w:rsidP="005D77C6">
      <w:r>
        <w:t>17232</w:t>
      </w:r>
    </w:p>
    <w:p w14:paraId="38C0868F" w14:textId="77777777" w:rsidR="005D77C6" w:rsidRDefault="005D77C6" w:rsidP="005D77C6"/>
    <w:p w14:paraId="4CF6FFC1" w14:textId="77777777" w:rsidR="005D77C6" w:rsidRDefault="005D77C6" w:rsidP="005D77C6">
      <w:r>
        <w:t>32</w:t>
      </w:r>
    </w:p>
    <w:p w14:paraId="3ABE66DB" w14:textId="77777777" w:rsidR="005D77C6" w:rsidRDefault="005D77C6" w:rsidP="005D77C6"/>
    <w:p w14:paraId="357CADEF" w14:textId="77777777" w:rsidR="005D77C6" w:rsidRDefault="005D77C6" w:rsidP="005D77C6">
      <w:r>
        <w:t>Dr. Nurhan Demirhan</w:t>
      </w:r>
    </w:p>
    <w:p w14:paraId="0B298384" w14:textId="77777777" w:rsidR="005D77C6" w:rsidRDefault="005D77C6" w:rsidP="005D77C6"/>
    <w:p w14:paraId="52A722B0"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0EA9B91" w14:textId="77777777" w:rsidR="005D77C6" w:rsidRDefault="005D77C6" w:rsidP="005D77C6"/>
    <w:p w14:paraId="735EFD83" w14:textId="77777777" w:rsidR="005D77C6" w:rsidRDefault="005D77C6" w:rsidP="005D77C6">
      <w:r>
        <w:t>62161</w:t>
      </w:r>
    </w:p>
    <w:p w14:paraId="1E3083E7" w14:textId="77777777" w:rsidR="005D77C6" w:rsidRDefault="005D77C6" w:rsidP="005D77C6"/>
    <w:p w14:paraId="4640EB64" w14:textId="77777777" w:rsidR="005D77C6" w:rsidRDefault="005D77C6" w:rsidP="005D77C6">
      <w:r>
        <w:t>33</w:t>
      </w:r>
    </w:p>
    <w:p w14:paraId="43933731" w14:textId="77777777" w:rsidR="005D77C6" w:rsidRDefault="005D77C6" w:rsidP="005D77C6"/>
    <w:p w14:paraId="01B920CE" w14:textId="77777777" w:rsidR="005D77C6" w:rsidRDefault="005D77C6" w:rsidP="005D77C6">
      <w:r>
        <w:t xml:space="preserve">Arzu </w:t>
      </w:r>
      <w:proofErr w:type="spellStart"/>
      <w:r>
        <w:t>Ayyıldız</w:t>
      </w:r>
      <w:proofErr w:type="spellEnd"/>
    </w:p>
    <w:p w14:paraId="362C35AF" w14:textId="77777777" w:rsidR="005D77C6" w:rsidRDefault="005D77C6" w:rsidP="005D77C6"/>
    <w:p w14:paraId="591452E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7BBDD1C4" w14:textId="77777777" w:rsidR="005D77C6" w:rsidRDefault="005D77C6" w:rsidP="005D77C6"/>
    <w:p w14:paraId="3C254896" w14:textId="77777777" w:rsidR="005D77C6" w:rsidRDefault="005D77C6" w:rsidP="005D77C6">
      <w:r>
        <w:t>2013</w:t>
      </w:r>
    </w:p>
    <w:p w14:paraId="7D5E6A0C" w14:textId="77777777" w:rsidR="005D77C6" w:rsidRDefault="005D77C6" w:rsidP="005D77C6"/>
    <w:p w14:paraId="2A173A1C" w14:textId="77777777" w:rsidR="005D77C6" w:rsidRDefault="005D77C6" w:rsidP="005D77C6">
      <w:r>
        <w:t>34</w:t>
      </w:r>
    </w:p>
    <w:p w14:paraId="581CFF70" w14:textId="77777777" w:rsidR="005D77C6" w:rsidRDefault="005D77C6" w:rsidP="005D77C6"/>
    <w:p w14:paraId="6B805F86" w14:textId="77777777" w:rsidR="005D77C6" w:rsidRDefault="005D77C6" w:rsidP="005D77C6">
      <w:r>
        <w:t>Ayşen Funda Ata</w:t>
      </w:r>
    </w:p>
    <w:p w14:paraId="36DD90D7" w14:textId="77777777" w:rsidR="005D77C6" w:rsidRDefault="005D77C6" w:rsidP="005D77C6"/>
    <w:p w14:paraId="6D0A570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0B8A578" w14:textId="77777777" w:rsidR="005D77C6" w:rsidRDefault="005D77C6" w:rsidP="005D77C6"/>
    <w:p w14:paraId="06B0B9D9" w14:textId="77777777" w:rsidR="005D77C6" w:rsidRDefault="005D77C6" w:rsidP="005D77C6">
      <w:r>
        <w:t>40537</w:t>
      </w:r>
    </w:p>
    <w:p w14:paraId="44D677B9" w14:textId="77777777" w:rsidR="005D77C6" w:rsidRDefault="005D77C6" w:rsidP="005D77C6"/>
    <w:p w14:paraId="72BBCF64" w14:textId="77777777" w:rsidR="005D77C6" w:rsidRDefault="005D77C6" w:rsidP="005D77C6">
      <w:r>
        <w:t>35</w:t>
      </w:r>
    </w:p>
    <w:p w14:paraId="2A1031B4" w14:textId="77777777" w:rsidR="005D77C6" w:rsidRDefault="005D77C6" w:rsidP="005D77C6"/>
    <w:p w14:paraId="4A4FA254" w14:textId="77777777" w:rsidR="005D77C6" w:rsidRDefault="005D77C6" w:rsidP="005D77C6">
      <w:proofErr w:type="spellStart"/>
      <w:r>
        <w:t>Binali</w:t>
      </w:r>
      <w:proofErr w:type="spellEnd"/>
      <w:r>
        <w:t xml:space="preserve"> Bulut</w:t>
      </w:r>
    </w:p>
    <w:p w14:paraId="6C13457B" w14:textId="77777777" w:rsidR="005D77C6" w:rsidRDefault="005D77C6" w:rsidP="005D77C6"/>
    <w:p w14:paraId="3A5D7F23"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FE33A82" w14:textId="77777777" w:rsidR="005D77C6" w:rsidRDefault="005D77C6" w:rsidP="005D77C6"/>
    <w:p w14:paraId="3B484A12" w14:textId="77777777" w:rsidR="005D77C6" w:rsidRDefault="005D77C6" w:rsidP="005D77C6">
      <w:r>
        <w:t>18617</w:t>
      </w:r>
    </w:p>
    <w:p w14:paraId="5F4E5AE5" w14:textId="77777777" w:rsidR="005D77C6" w:rsidRDefault="005D77C6" w:rsidP="005D77C6"/>
    <w:p w14:paraId="5C01F289" w14:textId="77777777" w:rsidR="005D77C6" w:rsidRDefault="005D77C6" w:rsidP="005D77C6">
      <w:r>
        <w:t>36</w:t>
      </w:r>
    </w:p>
    <w:p w14:paraId="51C24876" w14:textId="77777777" w:rsidR="005D77C6" w:rsidRDefault="005D77C6" w:rsidP="005D77C6"/>
    <w:p w14:paraId="2562B6C7" w14:textId="77777777" w:rsidR="005D77C6" w:rsidRDefault="005D77C6" w:rsidP="005D77C6">
      <w:r>
        <w:t xml:space="preserve">Ali </w:t>
      </w:r>
      <w:proofErr w:type="spellStart"/>
      <w:r>
        <w:t>Rıza</w:t>
      </w:r>
      <w:proofErr w:type="spellEnd"/>
      <w:r>
        <w:t xml:space="preserve"> Dizdar</w:t>
      </w:r>
    </w:p>
    <w:p w14:paraId="570AB6F3" w14:textId="77777777" w:rsidR="005D77C6" w:rsidRDefault="005D77C6" w:rsidP="005D77C6"/>
    <w:p w14:paraId="51196D2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77C778F" w14:textId="77777777" w:rsidR="005D77C6" w:rsidRDefault="005D77C6" w:rsidP="005D77C6"/>
    <w:p w14:paraId="5D038A5B" w14:textId="77777777" w:rsidR="005D77C6" w:rsidRDefault="005D77C6" w:rsidP="005D77C6">
      <w:r>
        <w:t>7514</w:t>
      </w:r>
    </w:p>
    <w:p w14:paraId="6BDFA3FE" w14:textId="77777777" w:rsidR="005D77C6" w:rsidRDefault="005D77C6" w:rsidP="005D77C6"/>
    <w:p w14:paraId="7DA3266E" w14:textId="77777777" w:rsidR="005D77C6" w:rsidRDefault="005D77C6" w:rsidP="005D77C6">
      <w:r>
        <w:t>37</w:t>
      </w:r>
    </w:p>
    <w:p w14:paraId="77063E2C" w14:textId="77777777" w:rsidR="005D77C6" w:rsidRDefault="005D77C6" w:rsidP="005D77C6"/>
    <w:p w14:paraId="458C13B2" w14:textId="77777777" w:rsidR="005D77C6" w:rsidRDefault="005D77C6" w:rsidP="005D77C6">
      <w:r>
        <w:t>Ali Artuk</w:t>
      </w:r>
    </w:p>
    <w:p w14:paraId="29DC7B4B" w14:textId="77777777" w:rsidR="005D77C6" w:rsidRDefault="005D77C6" w:rsidP="005D77C6"/>
    <w:p w14:paraId="0A72A7B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أغري</w:t>
      </w:r>
      <w:proofErr w:type="spellEnd"/>
    </w:p>
    <w:p w14:paraId="6B99E00A" w14:textId="77777777" w:rsidR="005D77C6" w:rsidRDefault="005D77C6" w:rsidP="005D77C6"/>
    <w:p w14:paraId="0934CC6F" w14:textId="77777777" w:rsidR="005D77C6" w:rsidRDefault="005D77C6" w:rsidP="005D77C6">
      <w:r>
        <w:t>112</w:t>
      </w:r>
    </w:p>
    <w:p w14:paraId="499367E9" w14:textId="77777777" w:rsidR="005D77C6" w:rsidRDefault="005D77C6" w:rsidP="005D77C6"/>
    <w:p w14:paraId="37062837" w14:textId="77777777" w:rsidR="005D77C6" w:rsidRDefault="005D77C6" w:rsidP="005D77C6">
      <w:r>
        <w:t>38</w:t>
      </w:r>
    </w:p>
    <w:p w14:paraId="0241A644" w14:textId="77777777" w:rsidR="005D77C6" w:rsidRDefault="005D77C6" w:rsidP="005D77C6"/>
    <w:p w14:paraId="2B9441D7" w14:textId="77777777" w:rsidR="005D77C6" w:rsidRDefault="005D77C6" w:rsidP="005D77C6">
      <w:proofErr w:type="spellStart"/>
      <w:r>
        <w:t>Eralp</w:t>
      </w:r>
      <w:proofErr w:type="spellEnd"/>
      <w:r>
        <w:t xml:space="preserve"> Atabek</w:t>
      </w:r>
    </w:p>
    <w:p w14:paraId="71AEA55A" w14:textId="77777777" w:rsidR="005D77C6" w:rsidRDefault="005D77C6" w:rsidP="005D77C6"/>
    <w:p w14:paraId="540A732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بورصة</w:t>
      </w:r>
      <w:proofErr w:type="spellEnd"/>
    </w:p>
    <w:p w14:paraId="2FF01940" w14:textId="77777777" w:rsidR="005D77C6" w:rsidRDefault="005D77C6" w:rsidP="005D77C6"/>
    <w:p w14:paraId="290578AE" w14:textId="77777777" w:rsidR="005D77C6" w:rsidRDefault="005D77C6" w:rsidP="005D77C6">
      <w:r>
        <w:t>1800</w:t>
      </w:r>
    </w:p>
    <w:p w14:paraId="51F3692D" w14:textId="77777777" w:rsidR="005D77C6" w:rsidRDefault="005D77C6" w:rsidP="005D77C6"/>
    <w:p w14:paraId="0216C582" w14:textId="77777777" w:rsidR="005D77C6" w:rsidRDefault="005D77C6" w:rsidP="005D77C6">
      <w:r>
        <w:t>39</w:t>
      </w:r>
    </w:p>
    <w:p w14:paraId="3EA3BDC1" w14:textId="77777777" w:rsidR="005D77C6" w:rsidRDefault="005D77C6" w:rsidP="005D77C6"/>
    <w:p w14:paraId="2AB3716E" w14:textId="77777777" w:rsidR="005D77C6" w:rsidRDefault="005D77C6" w:rsidP="005D77C6">
      <w:r>
        <w:t>Ayfer Kaya</w:t>
      </w:r>
    </w:p>
    <w:p w14:paraId="41134B0C" w14:textId="77777777" w:rsidR="005D77C6" w:rsidRDefault="005D77C6" w:rsidP="005D77C6"/>
    <w:p w14:paraId="1C32ED2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8C0597D" w14:textId="77777777" w:rsidR="005D77C6" w:rsidRDefault="005D77C6" w:rsidP="005D77C6"/>
    <w:p w14:paraId="36360154" w14:textId="77777777" w:rsidR="005D77C6" w:rsidRDefault="005D77C6" w:rsidP="005D77C6">
      <w:r>
        <w:t>36082</w:t>
      </w:r>
    </w:p>
    <w:p w14:paraId="50DDC317" w14:textId="77777777" w:rsidR="005D77C6" w:rsidRDefault="005D77C6" w:rsidP="005D77C6"/>
    <w:p w14:paraId="66921F72" w14:textId="77777777" w:rsidR="005D77C6" w:rsidRDefault="005D77C6" w:rsidP="005D77C6">
      <w:r>
        <w:t>40</w:t>
      </w:r>
    </w:p>
    <w:p w14:paraId="0ECD4D4E" w14:textId="77777777" w:rsidR="005D77C6" w:rsidRDefault="005D77C6" w:rsidP="005D77C6"/>
    <w:p w14:paraId="751B6A98" w14:textId="77777777" w:rsidR="005D77C6" w:rsidRDefault="005D77C6" w:rsidP="005D77C6">
      <w:r>
        <w:t xml:space="preserve">Ali </w:t>
      </w:r>
      <w:proofErr w:type="spellStart"/>
      <w:r>
        <w:t>Anılan</w:t>
      </w:r>
      <w:proofErr w:type="spellEnd"/>
    </w:p>
    <w:p w14:paraId="37D55170" w14:textId="77777777" w:rsidR="005D77C6" w:rsidRDefault="005D77C6" w:rsidP="005D77C6"/>
    <w:p w14:paraId="0DA2183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مرسين</w:t>
      </w:r>
      <w:proofErr w:type="spellEnd"/>
    </w:p>
    <w:p w14:paraId="1E87F0B7" w14:textId="77777777" w:rsidR="005D77C6" w:rsidRDefault="005D77C6" w:rsidP="005D77C6"/>
    <w:p w14:paraId="602A642F" w14:textId="77777777" w:rsidR="005D77C6" w:rsidRDefault="005D77C6" w:rsidP="005D77C6">
      <w:r>
        <w:t>825</w:t>
      </w:r>
    </w:p>
    <w:p w14:paraId="555258C2" w14:textId="77777777" w:rsidR="005D77C6" w:rsidRDefault="005D77C6" w:rsidP="005D77C6"/>
    <w:p w14:paraId="5323E3B7" w14:textId="77777777" w:rsidR="005D77C6" w:rsidRDefault="005D77C6" w:rsidP="005D77C6">
      <w:r>
        <w:t>41</w:t>
      </w:r>
    </w:p>
    <w:p w14:paraId="22E3CA22" w14:textId="77777777" w:rsidR="005D77C6" w:rsidRDefault="005D77C6" w:rsidP="005D77C6"/>
    <w:p w14:paraId="17CE4E59" w14:textId="77777777" w:rsidR="005D77C6" w:rsidRDefault="005D77C6" w:rsidP="005D77C6">
      <w:r>
        <w:t xml:space="preserve">Metin </w:t>
      </w:r>
      <w:proofErr w:type="spellStart"/>
      <w:r>
        <w:t>Florinalı</w:t>
      </w:r>
      <w:proofErr w:type="spellEnd"/>
    </w:p>
    <w:p w14:paraId="60A0778F" w14:textId="77777777" w:rsidR="005D77C6" w:rsidRDefault="005D77C6" w:rsidP="005D77C6"/>
    <w:p w14:paraId="071790E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E1DB8BE" w14:textId="77777777" w:rsidR="005D77C6" w:rsidRDefault="005D77C6" w:rsidP="005D77C6"/>
    <w:p w14:paraId="454522EC" w14:textId="77777777" w:rsidR="005D77C6" w:rsidRDefault="005D77C6" w:rsidP="005D77C6">
      <w:r>
        <w:t>17048</w:t>
      </w:r>
    </w:p>
    <w:p w14:paraId="08597FAB" w14:textId="77777777" w:rsidR="005D77C6" w:rsidRDefault="005D77C6" w:rsidP="005D77C6"/>
    <w:p w14:paraId="6C8384FB" w14:textId="77777777" w:rsidR="005D77C6" w:rsidRDefault="005D77C6" w:rsidP="005D77C6">
      <w:r>
        <w:t>42</w:t>
      </w:r>
    </w:p>
    <w:p w14:paraId="0C91846D" w14:textId="77777777" w:rsidR="005D77C6" w:rsidRDefault="005D77C6" w:rsidP="005D77C6"/>
    <w:p w14:paraId="45920B29" w14:textId="77777777" w:rsidR="005D77C6" w:rsidRDefault="005D77C6" w:rsidP="005D77C6">
      <w:r>
        <w:t>Adnan Yıldız</w:t>
      </w:r>
    </w:p>
    <w:p w14:paraId="0EC2FB44" w14:textId="77777777" w:rsidR="005D77C6" w:rsidRDefault="005D77C6" w:rsidP="005D77C6"/>
    <w:p w14:paraId="692E0B3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671EB18" w14:textId="77777777" w:rsidR="005D77C6" w:rsidRDefault="005D77C6" w:rsidP="005D77C6"/>
    <w:p w14:paraId="7B54B994" w14:textId="77777777" w:rsidR="005D77C6" w:rsidRDefault="005D77C6" w:rsidP="005D77C6">
      <w:r>
        <w:t>22348</w:t>
      </w:r>
    </w:p>
    <w:p w14:paraId="7C605601" w14:textId="77777777" w:rsidR="005D77C6" w:rsidRDefault="005D77C6" w:rsidP="005D77C6"/>
    <w:p w14:paraId="16D04C4B" w14:textId="77777777" w:rsidR="005D77C6" w:rsidRDefault="005D77C6" w:rsidP="005D77C6">
      <w:r>
        <w:t>43</w:t>
      </w:r>
    </w:p>
    <w:p w14:paraId="500B8A53" w14:textId="77777777" w:rsidR="005D77C6" w:rsidRDefault="005D77C6" w:rsidP="005D77C6"/>
    <w:p w14:paraId="65C66B04" w14:textId="77777777" w:rsidR="005D77C6" w:rsidRDefault="005D77C6" w:rsidP="005D77C6">
      <w:r>
        <w:t>Sevin Şeker</w:t>
      </w:r>
    </w:p>
    <w:p w14:paraId="080462A1" w14:textId="77777777" w:rsidR="005D77C6" w:rsidRDefault="005D77C6" w:rsidP="005D77C6"/>
    <w:p w14:paraId="2B487CB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6E5B4EE" w14:textId="77777777" w:rsidR="005D77C6" w:rsidRDefault="005D77C6" w:rsidP="005D77C6"/>
    <w:p w14:paraId="055ABB46" w14:textId="77777777" w:rsidR="005D77C6" w:rsidRDefault="005D77C6" w:rsidP="005D77C6">
      <w:r>
        <w:t>13836</w:t>
      </w:r>
    </w:p>
    <w:p w14:paraId="04CF1160" w14:textId="77777777" w:rsidR="005D77C6" w:rsidRDefault="005D77C6" w:rsidP="005D77C6"/>
    <w:p w14:paraId="16DA320C" w14:textId="77777777" w:rsidR="005D77C6" w:rsidRDefault="005D77C6" w:rsidP="005D77C6">
      <w:r>
        <w:t>44</w:t>
      </w:r>
    </w:p>
    <w:p w14:paraId="4BBEA33E" w14:textId="77777777" w:rsidR="005D77C6" w:rsidRDefault="005D77C6" w:rsidP="005D77C6"/>
    <w:p w14:paraId="6B8953CB" w14:textId="77777777" w:rsidR="005D77C6" w:rsidRDefault="005D77C6" w:rsidP="005D77C6">
      <w:r>
        <w:t>Semra Buğra</w:t>
      </w:r>
    </w:p>
    <w:p w14:paraId="0E607D86" w14:textId="77777777" w:rsidR="005D77C6" w:rsidRDefault="005D77C6" w:rsidP="005D77C6"/>
    <w:p w14:paraId="26BC2B03"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أنطاليا</w:t>
      </w:r>
      <w:proofErr w:type="spellEnd"/>
    </w:p>
    <w:p w14:paraId="1BCAE7CF" w14:textId="77777777" w:rsidR="005D77C6" w:rsidRDefault="005D77C6" w:rsidP="005D77C6"/>
    <w:p w14:paraId="522BC23F" w14:textId="77777777" w:rsidR="005D77C6" w:rsidRDefault="005D77C6" w:rsidP="005D77C6">
      <w:r>
        <w:t>3064</w:t>
      </w:r>
    </w:p>
    <w:p w14:paraId="73C7C0C0" w14:textId="77777777" w:rsidR="005D77C6" w:rsidRDefault="005D77C6" w:rsidP="005D77C6"/>
    <w:p w14:paraId="513A8C19" w14:textId="77777777" w:rsidR="005D77C6" w:rsidRDefault="005D77C6" w:rsidP="005D77C6">
      <w:r>
        <w:t>45</w:t>
      </w:r>
    </w:p>
    <w:p w14:paraId="4E1D68C8" w14:textId="77777777" w:rsidR="005D77C6" w:rsidRDefault="005D77C6" w:rsidP="005D77C6"/>
    <w:p w14:paraId="5949A85B" w14:textId="77777777" w:rsidR="005D77C6" w:rsidRDefault="005D77C6" w:rsidP="005D77C6">
      <w:r>
        <w:t xml:space="preserve">Mine </w:t>
      </w:r>
      <w:proofErr w:type="spellStart"/>
      <w:r>
        <w:t>Güliz</w:t>
      </w:r>
      <w:proofErr w:type="spellEnd"/>
      <w:r>
        <w:t xml:space="preserve"> Baykal Suna</w:t>
      </w:r>
    </w:p>
    <w:p w14:paraId="79CC93E1" w14:textId="77777777" w:rsidR="005D77C6" w:rsidRDefault="005D77C6" w:rsidP="005D77C6"/>
    <w:p w14:paraId="3852235D"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2236DBE" w14:textId="77777777" w:rsidR="005D77C6" w:rsidRDefault="005D77C6" w:rsidP="005D77C6"/>
    <w:p w14:paraId="6435EC63" w14:textId="77777777" w:rsidR="005D77C6" w:rsidRDefault="005D77C6" w:rsidP="005D77C6">
      <w:r>
        <w:t>29961</w:t>
      </w:r>
    </w:p>
    <w:p w14:paraId="03BA6E0E" w14:textId="77777777" w:rsidR="005D77C6" w:rsidRDefault="005D77C6" w:rsidP="005D77C6"/>
    <w:p w14:paraId="221CCBA1" w14:textId="77777777" w:rsidR="005D77C6" w:rsidRDefault="005D77C6" w:rsidP="005D77C6">
      <w:r>
        <w:t>46</w:t>
      </w:r>
    </w:p>
    <w:p w14:paraId="45BCB056" w14:textId="77777777" w:rsidR="005D77C6" w:rsidRDefault="005D77C6" w:rsidP="005D77C6"/>
    <w:p w14:paraId="72C5ACB4" w14:textId="77777777" w:rsidR="005D77C6" w:rsidRDefault="005D77C6" w:rsidP="005D77C6">
      <w:r>
        <w:t xml:space="preserve">Berrin </w:t>
      </w:r>
      <w:proofErr w:type="spellStart"/>
      <w:r>
        <w:t>Pırnar</w:t>
      </w:r>
      <w:proofErr w:type="spellEnd"/>
      <w:r>
        <w:t xml:space="preserve"> Demirci</w:t>
      </w:r>
    </w:p>
    <w:p w14:paraId="247F70F3" w14:textId="77777777" w:rsidR="005D77C6" w:rsidRDefault="005D77C6" w:rsidP="005D77C6"/>
    <w:p w14:paraId="481CE1F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71653DF" w14:textId="77777777" w:rsidR="005D77C6" w:rsidRDefault="005D77C6" w:rsidP="005D77C6"/>
    <w:p w14:paraId="4E9C44E3" w14:textId="77777777" w:rsidR="005D77C6" w:rsidRDefault="005D77C6" w:rsidP="005D77C6">
      <w:r>
        <w:t>17955</w:t>
      </w:r>
    </w:p>
    <w:p w14:paraId="5C0B9F1D" w14:textId="77777777" w:rsidR="005D77C6" w:rsidRDefault="005D77C6" w:rsidP="005D77C6"/>
    <w:p w14:paraId="44E415E5" w14:textId="77777777" w:rsidR="005D77C6" w:rsidRDefault="005D77C6" w:rsidP="005D77C6">
      <w:r>
        <w:t>47</w:t>
      </w:r>
    </w:p>
    <w:p w14:paraId="7D28BD6A" w14:textId="77777777" w:rsidR="005D77C6" w:rsidRDefault="005D77C6" w:rsidP="005D77C6"/>
    <w:p w14:paraId="1EF799CD" w14:textId="77777777" w:rsidR="005D77C6" w:rsidRDefault="005D77C6" w:rsidP="005D77C6">
      <w:r>
        <w:t>Selim Saray</w:t>
      </w:r>
    </w:p>
    <w:p w14:paraId="1BD3FE8E" w14:textId="77777777" w:rsidR="005D77C6" w:rsidRDefault="005D77C6" w:rsidP="005D77C6"/>
    <w:p w14:paraId="2ED94017"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أماسيا</w:t>
      </w:r>
      <w:proofErr w:type="spellEnd"/>
    </w:p>
    <w:p w14:paraId="5F7C762A" w14:textId="77777777" w:rsidR="005D77C6" w:rsidRDefault="005D77C6" w:rsidP="005D77C6"/>
    <w:p w14:paraId="44CE11DC" w14:textId="77777777" w:rsidR="005D77C6" w:rsidRDefault="005D77C6" w:rsidP="005D77C6">
      <w:r>
        <w:t>221</w:t>
      </w:r>
    </w:p>
    <w:p w14:paraId="308FEE47" w14:textId="77777777" w:rsidR="005D77C6" w:rsidRDefault="005D77C6" w:rsidP="005D77C6"/>
    <w:p w14:paraId="1CB4ECF7" w14:textId="77777777" w:rsidR="005D77C6" w:rsidRDefault="005D77C6" w:rsidP="005D77C6">
      <w:r>
        <w:t>48</w:t>
      </w:r>
    </w:p>
    <w:p w14:paraId="63F38B08" w14:textId="77777777" w:rsidR="005D77C6" w:rsidRDefault="005D77C6" w:rsidP="005D77C6"/>
    <w:p w14:paraId="1129A0CE" w14:textId="77777777" w:rsidR="005D77C6" w:rsidRDefault="005D77C6" w:rsidP="005D77C6">
      <w:r>
        <w:t>Abdurrahim Duran</w:t>
      </w:r>
    </w:p>
    <w:p w14:paraId="050AABB9" w14:textId="77777777" w:rsidR="005D77C6" w:rsidRDefault="005D77C6" w:rsidP="005D77C6"/>
    <w:p w14:paraId="056A841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25B374E" w14:textId="77777777" w:rsidR="005D77C6" w:rsidRDefault="005D77C6" w:rsidP="005D77C6"/>
    <w:p w14:paraId="6065A551" w14:textId="77777777" w:rsidR="005D77C6" w:rsidRDefault="005D77C6" w:rsidP="005D77C6">
      <w:r>
        <w:t>12657</w:t>
      </w:r>
    </w:p>
    <w:p w14:paraId="3684098A" w14:textId="77777777" w:rsidR="005D77C6" w:rsidRDefault="005D77C6" w:rsidP="005D77C6"/>
    <w:p w14:paraId="026EC94E" w14:textId="77777777" w:rsidR="005D77C6" w:rsidRDefault="005D77C6" w:rsidP="005D77C6">
      <w:r>
        <w:t>49</w:t>
      </w:r>
    </w:p>
    <w:p w14:paraId="6F2D6477" w14:textId="77777777" w:rsidR="005D77C6" w:rsidRDefault="005D77C6" w:rsidP="005D77C6"/>
    <w:p w14:paraId="3B740CBD" w14:textId="77777777" w:rsidR="005D77C6" w:rsidRDefault="005D77C6" w:rsidP="005D77C6">
      <w:r>
        <w:t>Ali Avcı</w:t>
      </w:r>
    </w:p>
    <w:p w14:paraId="6E19819A" w14:textId="77777777" w:rsidR="005D77C6" w:rsidRDefault="005D77C6" w:rsidP="005D77C6"/>
    <w:p w14:paraId="638DF41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هاتاي</w:t>
      </w:r>
      <w:proofErr w:type="spellEnd"/>
    </w:p>
    <w:p w14:paraId="57D92B95" w14:textId="77777777" w:rsidR="005D77C6" w:rsidRDefault="005D77C6" w:rsidP="005D77C6"/>
    <w:p w14:paraId="4169D330" w14:textId="77777777" w:rsidR="005D77C6" w:rsidRDefault="005D77C6" w:rsidP="005D77C6">
      <w:r>
        <w:t>594</w:t>
      </w:r>
    </w:p>
    <w:p w14:paraId="13D7AD09" w14:textId="77777777" w:rsidR="005D77C6" w:rsidRDefault="005D77C6" w:rsidP="005D77C6"/>
    <w:p w14:paraId="5415E884" w14:textId="77777777" w:rsidR="005D77C6" w:rsidRDefault="005D77C6" w:rsidP="005D77C6">
      <w:r>
        <w:t>50</w:t>
      </w:r>
    </w:p>
    <w:p w14:paraId="6785FD45" w14:textId="77777777" w:rsidR="005D77C6" w:rsidRDefault="005D77C6" w:rsidP="005D77C6"/>
    <w:p w14:paraId="1A5240CC" w14:textId="77777777" w:rsidR="005D77C6" w:rsidRDefault="005D77C6" w:rsidP="005D77C6">
      <w:proofErr w:type="spellStart"/>
      <w:r>
        <w:t>Efkan</w:t>
      </w:r>
      <w:proofErr w:type="spellEnd"/>
      <w:r>
        <w:t xml:space="preserve"> </w:t>
      </w:r>
      <w:proofErr w:type="spellStart"/>
      <w:r>
        <w:t>Bolaç</w:t>
      </w:r>
      <w:proofErr w:type="spellEnd"/>
    </w:p>
    <w:p w14:paraId="608C87D5" w14:textId="77777777" w:rsidR="005D77C6" w:rsidRDefault="005D77C6" w:rsidP="005D77C6"/>
    <w:p w14:paraId="0A43D94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7F3965D" w14:textId="77777777" w:rsidR="005D77C6" w:rsidRDefault="005D77C6" w:rsidP="005D77C6"/>
    <w:p w14:paraId="06DC6D9E" w14:textId="77777777" w:rsidR="005D77C6" w:rsidRDefault="005D77C6" w:rsidP="005D77C6">
      <w:r>
        <w:t>20364</w:t>
      </w:r>
    </w:p>
    <w:p w14:paraId="5165F53A" w14:textId="77777777" w:rsidR="005D77C6" w:rsidRDefault="005D77C6" w:rsidP="005D77C6"/>
    <w:p w14:paraId="4F7DA010" w14:textId="77777777" w:rsidR="005D77C6" w:rsidRDefault="005D77C6" w:rsidP="005D77C6">
      <w:r>
        <w:t>51</w:t>
      </w:r>
    </w:p>
    <w:p w14:paraId="21727888" w14:textId="77777777" w:rsidR="005D77C6" w:rsidRDefault="005D77C6" w:rsidP="005D77C6"/>
    <w:p w14:paraId="3F86B067" w14:textId="77777777" w:rsidR="005D77C6" w:rsidRDefault="005D77C6" w:rsidP="005D77C6">
      <w:proofErr w:type="spellStart"/>
      <w:r>
        <w:t>Kazım</w:t>
      </w:r>
      <w:proofErr w:type="spellEnd"/>
      <w:r>
        <w:t xml:space="preserve"> Yüksel</w:t>
      </w:r>
    </w:p>
    <w:p w14:paraId="2D2A45B2" w14:textId="77777777" w:rsidR="005D77C6" w:rsidRDefault="005D77C6" w:rsidP="005D77C6"/>
    <w:p w14:paraId="49C0952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مرسين</w:t>
      </w:r>
      <w:proofErr w:type="spellEnd"/>
    </w:p>
    <w:p w14:paraId="7C27E58A" w14:textId="77777777" w:rsidR="005D77C6" w:rsidRDefault="005D77C6" w:rsidP="005D77C6"/>
    <w:p w14:paraId="219DEB8D" w14:textId="77777777" w:rsidR="005D77C6" w:rsidRDefault="005D77C6" w:rsidP="005D77C6">
      <w:r>
        <w:t>1680</w:t>
      </w:r>
    </w:p>
    <w:p w14:paraId="426242FC" w14:textId="77777777" w:rsidR="005D77C6" w:rsidRDefault="005D77C6" w:rsidP="005D77C6"/>
    <w:p w14:paraId="4EB09151" w14:textId="77777777" w:rsidR="005D77C6" w:rsidRDefault="005D77C6" w:rsidP="005D77C6">
      <w:r>
        <w:t>52</w:t>
      </w:r>
    </w:p>
    <w:p w14:paraId="66C3AD1C" w14:textId="77777777" w:rsidR="005D77C6" w:rsidRDefault="005D77C6" w:rsidP="005D77C6"/>
    <w:p w14:paraId="7BD4FF75" w14:textId="77777777" w:rsidR="005D77C6" w:rsidRDefault="005D77C6" w:rsidP="005D77C6">
      <w:r>
        <w:t xml:space="preserve">Süreyya Kardelen </w:t>
      </w:r>
      <w:proofErr w:type="spellStart"/>
      <w:r>
        <w:t>Yarlı</w:t>
      </w:r>
      <w:proofErr w:type="spellEnd"/>
    </w:p>
    <w:p w14:paraId="3559281C" w14:textId="77777777" w:rsidR="005D77C6" w:rsidRDefault="005D77C6" w:rsidP="005D77C6"/>
    <w:p w14:paraId="386496B6"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5F6841C" w14:textId="77777777" w:rsidR="005D77C6" w:rsidRDefault="005D77C6" w:rsidP="005D77C6"/>
    <w:p w14:paraId="5D36DE4B" w14:textId="77777777" w:rsidR="005D77C6" w:rsidRDefault="005D77C6" w:rsidP="005D77C6">
      <w:r>
        <w:t>52650</w:t>
      </w:r>
    </w:p>
    <w:p w14:paraId="1CFABEF6" w14:textId="77777777" w:rsidR="005D77C6" w:rsidRDefault="005D77C6" w:rsidP="005D77C6"/>
    <w:p w14:paraId="5A7CA36E" w14:textId="77777777" w:rsidR="005D77C6" w:rsidRDefault="005D77C6" w:rsidP="005D77C6">
      <w:r>
        <w:t>53</w:t>
      </w:r>
    </w:p>
    <w:p w14:paraId="7A969869" w14:textId="77777777" w:rsidR="005D77C6" w:rsidRDefault="005D77C6" w:rsidP="005D77C6"/>
    <w:p w14:paraId="7E61F218" w14:textId="77777777" w:rsidR="005D77C6" w:rsidRDefault="005D77C6" w:rsidP="005D77C6">
      <w:r>
        <w:t xml:space="preserve">Arzu </w:t>
      </w:r>
      <w:proofErr w:type="spellStart"/>
      <w:r>
        <w:t>Becerik</w:t>
      </w:r>
      <w:proofErr w:type="spellEnd"/>
    </w:p>
    <w:p w14:paraId="0E918FF6" w14:textId="77777777" w:rsidR="005D77C6" w:rsidRDefault="005D77C6" w:rsidP="005D77C6"/>
    <w:p w14:paraId="014C92F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1AF6D04" w14:textId="77777777" w:rsidR="005D77C6" w:rsidRDefault="005D77C6" w:rsidP="005D77C6"/>
    <w:p w14:paraId="71F61761" w14:textId="77777777" w:rsidR="005D77C6" w:rsidRDefault="005D77C6" w:rsidP="005D77C6">
      <w:r>
        <w:t>19886</w:t>
      </w:r>
    </w:p>
    <w:p w14:paraId="08EBE365" w14:textId="77777777" w:rsidR="005D77C6" w:rsidRDefault="005D77C6" w:rsidP="005D77C6"/>
    <w:p w14:paraId="5C7F569B" w14:textId="77777777" w:rsidR="005D77C6" w:rsidRDefault="005D77C6" w:rsidP="005D77C6">
      <w:r>
        <w:t>54</w:t>
      </w:r>
    </w:p>
    <w:p w14:paraId="1C2A6C00" w14:textId="77777777" w:rsidR="005D77C6" w:rsidRDefault="005D77C6" w:rsidP="005D77C6"/>
    <w:p w14:paraId="227E00DC" w14:textId="77777777" w:rsidR="005D77C6" w:rsidRDefault="005D77C6" w:rsidP="005D77C6">
      <w:r>
        <w:t xml:space="preserve">Bedrettin </w:t>
      </w:r>
      <w:proofErr w:type="spellStart"/>
      <w:r>
        <w:t>Kalın</w:t>
      </w:r>
      <w:proofErr w:type="spellEnd"/>
    </w:p>
    <w:p w14:paraId="56F3CEFD" w14:textId="77777777" w:rsidR="005D77C6" w:rsidRDefault="005D77C6" w:rsidP="005D77C6"/>
    <w:p w14:paraId="62589C4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أرتفين</w:t>
      </w:r>
      <w:proofErr w:type="spellEnd"/>
    </w:p>
    <w:p w14:paraId="7C70E805" w14:textId="77777777" w:rsidR="005D77C6" w:rsidRDefault="005D77C6" w:rsidP="005D77C6"/>
    <w:p w14:paraId="128214E9" w14:textId="77777777" w:rsidR="005D77C6" w:rsidRDefault="005D77C6" w:rsidP="005D77C6">
      <w:r>
        <w:t>111</w:t>
      </w:r>
    </w:p>
    <w:p w14:paraId="2368E352" w14:textId="77777777" w:rsidR="005D77C6" w:rsidRDefault="005D77C6" w:rsidP="005D77C6"/>
    <w:p w14:paraId="09E58EDE" w14:textId="77777777" w:rsidR="005D77C6" w:rsidRDefault="005D77C6" w:rsidP="005D77C6">
      <w:r>
        <w:t>55</w:t>
      </w:r>
    </w:p>
    <w:p w14:paraId="46A69877" w14:textId="77777777" w:rsidR="005D77C6" w:rsidRDefault="005D77C6" w:rsidP="005D77C6"/>
    <w:p w14:paraId="0033E174" w14:textId="77777777" w:rsidR="005D77C6" w:rsidRDefault="005D77C6" w:rsidP="005D77C6">
      <w:r>
        <w:t>İlyas Danyeli</w:t>
      </w:r>
    </w:p>
    <w:p w14:paraId="615CD8E9" w14:textId="77777777" w:rsidR="005D77C6" w:rsidRDefault="005D77C6" w:rsidP="005D77C6"/>
    <w:p w14:paraId="41FA3E35"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إزمير</w:t>
      </w:r>
      <w:proofErr w:type="spellEnd"/>
    </w:p>
    <w:p w14:paraId="38315E22" w14:textId="77777777" w:rsidR="005D77C6" w:rsidRDefault="005D77C6" w:rsidP="005D77C6"/>
    <w:p w14:paraId="58F500E3" w14:textId="77777777" w:rsidR="005D77C6" w:rsidRDefault="005D77C6" w:rsidP="005D77C6">
      <w:r>
        <w:t>17185</w:t>
      </w:r>
    </w:p>
    <w:p w14:paraId="4A2FE9B1" w14:textId="77777777" w:rsidR="005D77C6" w:rsidRDefault="005D77C6" w:rsidP="005D77C6"/>
    <w:p w14:paraId="2B25145A" w14:textId="77777777" w:rsidR="005D77C6" w:rsidRDefault="005D77C6" w:rsidP="005D77C6">
      <w:r>
        <w:t>56</w:t>
      </w:r>
    </w:p>
    <w:p w14:paraId="488A8D7F" w14:textId="77777777" w:rsidR="005D77C6" w:rsidRDefault="005D77C6" w:rsidP="005D77C6"/>
    <w:p w14:paraId="066321F3" w14:textId="77777777" w:rsidR="005D77C6" w:rsidRDefault="005D77C6" w:rsidP="005D77C6">
      <w:r>
        <w:t xml:space="preserve">Arif Ali </w:t>
      </w:r>
      <w:proofErr w:type="spellStart"/>
      <w:r>
        <w:t>Cangı</w:t>
      </w:r>
      <w:proofErr w:type="spellEnd"/>
    </w:p>
    <w:p w14:paraId="241A0E78" w14:textId="77777777" w:rsidR="005D77C6" w:rsidRDefault="005D77C6" w:rsidP="005D77C6"/>
    <w:p w14:paraId="16A9C4F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إزمير</w:t>
      </w:r>
      <w:proofErr w:type="spellEnd"/>
    </w:p>
    <w:p w14:paraId="09F73558" w14:textId="77777777" w:rsidR="005D77C6" w:rsidRDefault="005D77C6" w:rsidP="005D77C6"/>
    <w:p w14:paraId="6BC6281D" w14:textId="77777777" w:rsidR="005D77C6" w:rsidRDefault="005D77C6" w:rsidP="005D77C6">
      <w:r>
        <w:t>4549</w:t>
      </w:r>
    </w:p>
    <w:p w14:paraId="2BFDD4C0" w14:textId="77777777" w:rsidR="005D77C6" w:rsidRDefault="005D77C6" w:rsidP="005D77C6"/>
    <w:p w14:paraId="43D79919" w14:textId="77777777" w:rsidR="005D77C6" w:rsidRDefault="005D77C6" w:rsidP="005D77C6">
      <w:r>
        <w:t>57</w:t>
      </w:r>
    </w:p>
    <w:p w14:paraId="41193BA2" w14:textId="77777777" w:rsidR="005D77C6" w:rsidRDefault="005D77C6" w:rsidP="005D77C6"/>
    <w:p w14:paraId="001190BE" w14:textId="77777777" w:rsidR="005D77C6" w:rsidRDefault="005D77C6" w:rsidP="005D77C6">
      <w:r>
        <w:t xml:space="preserve">Tuğçe </w:t>
      </w:r>
      <w:proofErr w:type="spellStart"/>
      <w:r>
        <w:t>Demiralay</w:t>
      </w:r>
      <w:proofErr w:type="spellEnd"/>
    </w:p>
    <w:p w14:paraId="3CEA892A" w14:textId="77777777" w:rsidR="005D77C6" w:rsidRDefault="005D77C6" w:rsidP="005D77C6"/>
    <w:p w14:paraId="0C9CD65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إسبرطة</w:t>
      </w:r>
      <w:proofErr w:type="spellEnd"/>
    </w:p>
    <w:p w14:paraId="77D6C288" w14:textId="77777777" w:rsidR="005D77C6" w:rsidRDefault="005D77C6" w:rsidP="005D77C6"/>
    <w:p w14:paraId="04F1C4D6" w14:textId="77777777" w:rsidR="005D77C6" w:rsidRDefault="005D77C6" w:rsidP="005D77C6">
      <w:r>
        <w:t>598</w:t>
      </w:r>
    </w:p>
    <w:p w14:paraId="4A18E8BC" w14:textId="77777777" w:rsidR="005D77C6" w:rsidRDefault="005D77C6" w:rsidP="005D77C6"/>
    <w:p w14:paraId="38A54778" w14:textId="77777777" w:rsidR="005D77C6" w:rsidRDefault="005D77C6" w:rsidP="005D77C6">
      <w:r>
        <w:t>58</w:t>
      </w:r>
    </w:p>
    <w:p w14:paraId="37B391E6" w14:textId="77777777" w:rsidR="005D77C6" w:rsidRDefault="005D77C6" w:rsidP="005D77C6"/>
    <w:p w14:paraId="7EF0ED15" w14:textId="77777777" w:rsidR="005D77C6" w:rsidRDefault="005D77C6" w:rsidP="005D77C6">
      <w:proofErr w:type="spellStart"/>
      <w:r>
        <w:t>Rahşan</w:t>
      </w:r>
      <w:proofErr w:type="spellEnd"/>
      <w:r>
        <w:t xml:space="preserve"> Aytaç Sala</w:t>
      </w:r>
    </w:p>
    <w:p w14:paraId="7BC4383C" w14:textId="77777777" w:rsidR="005D77C6" w:rsidRDefault="005D77C6" w:rsidP="005D77C6"/>
    <w:p w14:paraId="31AE4E8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7069CAF" w14:textId="77777777" w:rsidR="005D77C6" w:rsidRDefault="005D77C6" w:rsidP="005D77C6"/>
    <w:p w14:paraId="23B595AE" w14:textId="77777777" w:rsidR="005D77C6" w:rsidRDefault="005D77C6" w:rsidP="005D77C6">
      <w:r>
        <w:t>36132</w:t>
      </w:r>
    </w:p>
    <w:p w14:paraId="083BFF38" w14:textId="77777777" w:rsidR="005D77C6" w:rsidRDefault="005D77C6" w:rsidP="005D77C6"/>
    <w:p w14:paraId="00BAB401" w14:textId="77777777" w:rsidR="005D77C6" w:rsidRDefault="005D77C6" w:rsidP="005D77C6">
      <w:r>
        <w:t>59</w:t>
      </w:r>
    </w:p>
    <w:p w14:paraId="159847BC" w14:textId="77777777" w:rsidR="005D77C6" w:rsidRDefault="005D77C6" w:rsidP="005D77C6"/>
    <w:p w14:paraId="0E04A1B6" w14:textId="77777777" w:rsidR="005D77C6" w:rsidRDefault="005D77C6" w:rsidP="005D77C6">
      <w:r>
        <w:t>Erkan Albayrak</w:t>
      </w:r>
    </w:p>
    <w:p w14:paraId="62BC7AC0" w14:textId="77777777" w:rsidR="005D77C6" w:rsidRDefault="005D77C6" w:rsidP="005D77C6"/>
    <w:p w14:paraId="73BDFFB6"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B07D71C" w14:textId="77777777" w:rsidR="005D77C6" w:rsidRDefault="005D77C6" w:rsidP="005D77C6"/>
    <w:p w14:paraId="56D43FE3" w14:textId="77777777" w:rsidR="005D77C6" w:rsidRDefault="005D77C6" w:rsidP="005D77C6">
      <w:r>
        <w:t>18800</w:t>
      </w:r>
    </w:p>
    <w:p w14:paraId="27A3C4D4" w14:textId="77777777" w:rsidR="005D77C6" w:rsidRDefault="005D77C6" w:rsidP="005D77C6"/>
    <w:p w14:paraId="50C2B8EE" w14:textId="77777777" w:rsidR="005D77C6" w:rsidRDefault="005D77C6" w:rsidP="005D77C6">
      <w:r>
        <w:t>60</w:t>
      </w:r>
    </w:p>
    <w:p w14:paraId="593D59FA" w14:textId="77777777" w:rsidR="005D77C6" w:rsidRDefault="005D77C6" w:rsidP="005D77C6"/>
    <w:p w14:paraId="21B1ABA8" w14:textId="77777777" w:rsidR="005D77C6" w:rsidRDefault="005D77C6" w:rsidP="005D77C6">
      <w:r>
        <w:t>Sibel Okur Avcı</w:t>
      </w:r>
    </w:p>
    <w:p w14:paraId="38130BB9" w14:textId="77777777" w:rsidR="005D77C6" w:rsidRDefault="005D77C6" w:rsidP="005D77C6"/>
    <w:p w14:paraId="4DB57AD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هاتاي</w:t>
      </w:r>
      <w:proofErr w:type="spellEnd"/>
    </w:p>
    <w:p w14:paraId="4635901F" w14:textId="77777777" w:rsidR="005D77C6" w:rsidRDefault="005D77C6" w:rsidP="005D77C6"/>
    <w:p w14:paraId="0FE6DA32" w14:textId="77777777" w:rsidR="005D77C6" w:rsidRDefault="005D77C6" w:rsidP="005D77C6">
      <w:r>
        <w:t>1534</w:t>
      </w:r>
    </w:p>
    <w:p w14:paraId="264D56FB" w14:textId="77777777" w:rsidR="005D77C6" w:rsidRDefault="005D77C6" w:rsidP="005D77C6"/>
    <w:p w14:paraId="000E921C" w14:textId="77777777" w:rsidR="005D77C6" w:rsidRDefault="005D77C6" w:rsidP="005D77C6">
      <w:r>
        <w:t>61</w:t>
      </w:r>
    </w:p>
    <w:p w14:paraId="4A07F51E" w14:textId="77777777" w:rsidR="005D77C6" w:rsidRDefault="005D77C6" w:rsidP="005D77C6"/>
    <w:p w14:paraId="2E535B8A" w14:textId="77777777" w:rsidR="005D77C6" w:rsidRDefault="005D77C6" w:rsidP="005D77C6">
      <w:r>
        <w:t xml:space="preserve">Sevim </w:t>
      </w:r>
      <w:proofErr w:type="spellStart"/>
      <w:r>
        <w:t>Çelikcan</w:t>
      </w:r>
      <w:proofErr w:type="spellEnd"/>
    </w:p>
    <w:p w14:paraId="4EEB83DD" w14:textId="77777777" w:rsidR="005D77C6" w:rsidRDefault="005D77C6" w:rsidP="005D77C6"/>
    <w:p w14:paraId="3C2EA11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3E77142" w14:textId="77777777" w:rsidR="005D77C6" w:rsidRDefault="005D77C6" w:rsidP="005D77C6"/>
    <w:p w14:paraId="40F0D2C2" w14:textId="77777777" w:rsidR="005D77C6" w:rsidRDefault="005D77C6" w:rsidP="005D77C6">
      <w:r>
        <w:t>18159</w:t>
      </w:r>
    </w:p>
    <w:p w14:paraId="71D237E3" w14:textId="77777777" w:rsidR="005D77C6" w:rsidRDefault="005D77C6" w:rsidP="005D77C6"/>
    <w:p w14:paraId="28B6F062" w14:textId="77777777" w:rsidR="005D77C6" w:rsidRDefault="005D77C6" w:rsidP="005D77C6">
      <w:r>
        <w:t>62</w:t>
      </w:r>
    </w:p>
    <w:p w14:paraId="0D30AF41" w14:textId="77777777" w:rsidR="005D77C6" w:rsidRDefault="005D77C6" w:rsidP="005D77C6"/>
    <w:p w14:paraId="1FC00750" w14:textId="77777777" w:rsidR="005D77C6" w:rsidRDefault="005D77C6" w:rsidP="005D77C6">
      <w:r>
        <w:t xml:space="preserve">Zafer </w:t>
      </w:r>
      <w:proofErr w:type="spellStart"/>
      <w:r>
        <w:t>Özaydın</w:t>
      </w:r>
      <w:proofErr w:type="spellEnd"/>
    </w:p>
    <w:p w14:paraId="24E55278" w14:textId="77777777" w:rsidR="005D77C6" w:rsidRDefault="005D77C6" w:rsidP="005D77C6"/>
    <w:p w14:paraId="0C99873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8E5C0C4" w14:textId="77777777" w:rsidR="005D77C6" w:rsidRDefault="005D77C6" w:rsidP="005D77C6"/>
    <w:p w14:paraId="21211358" w14:textId="77777777" w:rsidR="005D77C6" w:rsidRDefault="005D77C6" w:rsidP="005D77C6">
      <w:r>
        <w:t>26236</w:t>
      </w:r>
    </w:p>
    <w:p w14:paraId="0CEFDF6E" w14:textId="77777777" w:rsidR="005D77C6" w:rsidRDefault="005D77C6" w:rsidP="005D77C6"/>
    <w:p w14:paraId="695B24DF" w14:textId="77777777" w:rsidR="005D77C6" w:rsidRDefault="005D77C6" w:rsidP="005D77C6">
      <w:r>
        <w:t>63</w:t>
      </w:r>
    </w:p>
    <w:p w14:paraId="68A27BC4" w14:textId="77777777" w:rsidR="005D77C6" w:rsidRDefault="005D77C6" w:rsidP="005D77C6"/>
    <w:p w14:paraId="3C72F89A" w14:textId="77777777" w:rsidR="005D77C6" w:rsidRDefault="005D77C6" w:rsidP="005D77C6">
      <w:r>
        <w:t>Cemre Topal</w:t>
      </w:r>
    </w:p>
    <w:p w14:paraId="21B80317" w14:textId="77777777" w:rsidR="005D77C6" w:rsidRDefault="005D77C6" w:rsidP="005D77C6"/>
    <w:p w14:paraId="2B5B4659"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أضنة</w:t>
      </w:r>
      <w:proofErr w:type="spellEnd"/>
    </w:p>
    <w:p w14:paraId="67A698A0" w14:textId="77777777" w:rsidR="005D77C6" w:rsidRDefault="005D77C6" w:rsidP="005D77C6"/>
    <w:p w14:paraId="7D3A1939" w14:textId="77777777" w:rsidR="005D77C6" w:rsidRDefault="005D77C6" w:rsidP="005D77C6">
      <w:r>
        <w:t>2832</w:t>
      </w:r>
    </w:p>
    <w:p w14:paraId="38E69D83" w14:textId="77777777" w:rsidR="005D77C6" w:rsidRDefault="005D77C6" w:rsidP="005D77C6"/>
    <w:p w14:paraId="02358389" w14:textId="77777777" w:rsidR="005D77C6" w:rsidRDefault="005D77C6" w:rsidP="005D77C6">
      <w:r>
        <w:t>64</w:t>
      </w:r>
    </w:p>
    <w:p w14:paraId="5A03C32F" w14:textId="77777777" w:rsidR="005D77C6" w:rsidRDefault="005D77C6" w:rsidP="005D77C6"/>
    <w:p w14:paraId="5D63C68E" w14:textId="77777777" w:rsidR="005D77C6" w:rsidRDefault="005D77C6" w:rsidP="005D77C6">
      <w:r>
        <w:t xml:space="preserve">Rukiye Leyla </w:t>
      </w:r>
      <w:proofErr w:type="spellStart"/>
      <w:r>
        <w:t>Süren</w:t>
      </w:r>
      <w:proofErr w:type="spellEnd"/>
    </w:p>
    <w:p w14:paraId="57C51651" w14:textId="77777777" w:rsidR="005D77C6" w:rsidRDefault="005D77C6" w:rsidP="005D77C6"/>
    <w:p w14:paraId="3EF60E5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0923067" w14:textId="77777777" w:rsidR="005D77C6" w:rsidRDefault="005D77C6" w:rsidP="005D77C6"/>
    <w:p w14:paraId="03578363" w14:textId="77777777" w:rsidR="005D77C6" w:rsidRDefault="005D77C6" w:rsidP="005D77C6">
      <w:r>
        <w:t>20539</w:t>
      </w:r>
    </w:p>
    <w:p w14:paraId="4F5827A2" w14:textId="77777777" w:rsidR="005D77C6" w:rsidRDefault="005D77C6" w:rsidP="005D77C6"/>
    <w:p w14:paraId="03F55FCF" w14:textId="77777777" w:rsidR="005D77C6" w:rsidRDefault="005D77C6" w:rsidP="005D77C6">
      <w:r>
        <w:t>65</w:t>
      </w:r>
    </w:p>
    <w:p w14:paraId="77693647" w14:textId="77777777" w:rsidR="005D77C6" w:rsidRDefault="005D77C6" w:rsidP="005D77C6"/>
    <w:p w14:paraId="1A5436D5" w14:textId="77777777" w:rsidR="005D77C6" w:rsidRDefault="005D77C6" w:rsidP="005D77C6">
      <w:r>
        <w:t xml:space="preserve">İlke </w:t>
      </w:r>
      <w:proofErr w:type="spellStart"/>
      <w:r>
        <w:t>Çandırbay</w:t>
      </w:r>
      <w:proofErr w:type="spellEnd"/>
    </w:p>
    <w:p w14:paraId="2BC858BB" w14:textId="77777777" w:rsidR="005D77C6" w:rsidRDefault="005D77C6" w:rsidP="005D77C6"/>
    <w:p w14:paraId="4000BF1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7B0E326" w14:textId="77777777" w:rsidR="005D77C6" w:rsidRDefault="005D77C6" w:rsidP="005D77C6"/>
    <w:p w14:paraId="58070F4E" w14:textId="77777777" w:rsidR="005D77C6" w:rsidRDefault="005D77C6" w:rsidP="005D77C6">
      <w:r>
        <w:t>27658</w:t>
      </w:r>
    </w:p>
    <w:p w14:paraId="21E30FC2" w14:textId="77777777" w:rsidR="005D77C6" w:rsidRDefault="005D77C6" w:rsidP="005D77C6"/>
    <w:p w14:paraId="1EE058F3" w14:textId="77777777" w:rsidR="005D77C6" w:rsidRDefault="005D77C6" w:rsidP="005D77C6">
      <w:r>
        <w:t>66</w:t>
      </w:r>
    </w:p>
    <w:p w14:paraId="1FC12318" w14:textId="77777777" w:rsidR="005D77C6" w:rsidRDefault="005D77C6" w:rsidP="005D77C6"/>
    <w:p w14:paraId="4F6C07C4" w14:textId="77777777" w:rsidR="005D77C6" w:rsidRDefault="005D77C6" w:rsidP="005D77C6">
      <w:r>
        <w:t>Adnan Baktıaya</w:t>
      </w:r>
    </w:p>
    <w:p w14:paraId="7E72BEF2" w14:textId="77777777" w:rsidR="005D77C6" w:rsidRDefault="005D77C6" w:rsidP="005D77C6"/>
    <w:p w14:paraId="13143477"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هاتاي</w:t>
      </w:r>
      <w:proofErr w:type="spellEnd"/>
    </w:p>
    <w:p w14:paraId="092D7819" w14:textId="77777777" w:rsidR="005D77C6" w:rsidRDefault="005D77C6" w:rsidP="005D77C6"/>
    <w:p w14:paraId="306519C5" w14:textId="77777777" w:rsidR="005D77C6" w:rsidRDefault="005D77C6" w:rsidP="005D77C6">
      <w:r>
        <w:t>496</w:t>
      </w:r>
    </w:p>
    <w:p w14:paraId="319A675E" w14:textId="77777777" w:rsidR="005D77C6" w:rsidRDefault="005D77C6" w:rsidP="005D77C6"/>
    <w:p w14:paraId="0B7C61F6" w14:textId="77777777" w:rsidR="005D77C6" w:rsidRDefault="005D77C6" w:rsidP="005D77C6">
      <w:r>
        <w:t>67</w:t>
      </w:r>
    </w:p>
    <w:p w14:paraId="3DC6C18E" w14:textId="77777777" w:rsidR="005D77C6" w:rsidRDefault="005D77C6" w:rsidP="005D77C6"/>
    <w:p w14:paraId="0CFC3E5A" w14:textId="77777777" w:rsidR="005D77C6" w:rsidRDefault="005D77C6" w:rsidP="005D77C6">
      <w:r>
        <w:t>Filiz Arslan</w:t>
      </w:r>
    </w:p>
    <w:p w14:paraId="43F0CD66" w14:textId="77777777" w:rsidR="005D77C6" w:rsidRDefault="005D77C6" w:rsidP="005D77C6"/>
    <w:p w14:paraId="08049F9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46A4B87" w14:textId="77777777" w:rsidR="005D77C6" w:rsidRDefault="005D77C6" w:rsidP="005D77C6"/>
    <w:p w14:paraId="6CE04951" w14:textId="77777777" w:rsidR="005D77C6" w:rsidRDefault="005D77C6" w:rsidP="005D77C6">
      <w:r>
        <w:t>15006</w:t>
      </w:r>
    </w:p>
    <w:p w14:paraId="73698901" w14:textId="77777777" w:rsidR="005D77C6" w:rsidRDefault="005D77C6" w:rsidP="005D77C6"/>
    <w:p w14:paraId="32B9F0D0" w14:textId="77777777" w:rsidR="005D77C6" w:rsidRDefault="005D77C6" w:rsidP="005D77C6">
      <w:r>
        <w:t>68</w:t>
      </w:r>
    </w:p>
    <w:p w14:paraId="2258225F" w14:textId="77777777" w:rsidR="005D77C6" w:rsidRDefault="005D77C6" w:rsidP="005D77C6"/>
    <w:p w14:paraId="2A2B62F1" w14:textId="77777777" w:rsidR="005D77C6" w:rsidRDefault="005D77C6" w:rsidP="005D77C6">
      <w:r>
        <w:t>Vural Keleş</w:t>
      </w:r>
    </w:p>
    <w:p w14:paraId="5D7F7584" w14:textId="77777777" w:rsidR="005D77C6" w:rsidRDefault="005D77C6" w:rsidP="005D77C6"/>
    <w:p w14:paraId="7DCC2B1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C9EA911" w14:textId="77777777" w:rsidR="005D77C6" w:rsidRDefault="005D77C6" w:rsidP="005D77C6"/>
    <w:p w14:paraId="0DC8A734" w14:textId="77777777" w:rsidR="005D77C6" w:rsidRDefault="005D77C6" w:rsidP="005D77C6">
      <w:r>
        <w:t>20676</w:t>
      </w:r>
    </w:p>
    <w:p w14:paraId="65C327F1" w14:textId="77777777" w:rsidR="005D77C6" w:rsidRDefault="005D77C6" w:rsidP="005D77C6"/>
    <w:p w14:paraId="0AE02F48" w14:textId="77777777" w:rsidR="005D77C6" w:rsidRDefault="005D77C6" w:rsidP="005D77C6">
      <w:r>
        <w:t>69</w:t>
      </w:r>
    </w:p>
    <w:p w14:paraId="558291C1" w14:textId="77777777" w:rsidR="005D77C6" w:rsidRDefault="005D77C6" w:rsidP="005D77C6"/>
    <w:p w14:paraId="0D1E8696" w14:textId="77777777" w:rsidR="005D77C6" w:rsidRDefault="005D77C6" w:rsidP="005D77C6">
      <w:r>
        <w:t>Utku Can Akyol</w:t>
      </w:r>
    </w:p>
    <w:p w14:paraId="671DEA6D" w14:textId="77777777" w:rsidR="005D77C6" w:rsidRDefault="005D77C6" w:rsidP="005D77C6"/>
    <w:p w14:paraId="01B751C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0CA2F7D" w14:textId="77777777" w:rsidR="005D77C6" w:rsidRDefault="005D77C6" w:rsidP="005D77C6"/>
    <w:p w14:paraId="178CBE95" w14:textId="77777777" w:rsidR="005D77C6" w:rsidRDefault="005D77C6" w:rsidP="005D77C6">
      <w:r>
        <w:t>59045</w:t>
      </w:r>
    </w:p>
    <w:p w14:paraId="0D782164" w14:textId="77777777" w:rsidR="005D77C6" w:rsidRDefault="005D77C6" w:rsidP="005D77C6"/>
    <w:p w14:paraId="54A5A2D6" w14:textId="77777777" w:rsidR="005D77C6" w:rsidRDefault="005D77C6" w:rsidP="005D77C6">
      <w:r>
        <w:t>70</w:t>
      </w:r>
    </w:p>
    <w:p w14:paraId="7164DDB5" w14:textId="77777777" w:rsidR="005D77C6" w:rsidRDefault="005D77C6" w:rsidP="005D77C6"/>
    <w:p w14:paraId="459A4D28" w14:textId="77777777" w:rsidR="005D77C6" w:rsidRDefault="005D77C6" w:rsidP="005D77C6">
      <w:r>
        <w:t>Fatma Girgin Can</w:t>
      </w:r>
    </w:p>
    <w:p w14:paraId="4B8EE0A8" w14:textId="77777777" w:rsidR="005D77C6" w:rsidRDefault="005D77C6" w:rsidP="005D77C6"/>
    <w:p w14:paraId="434D60CD"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إسكي</w:t>
      </w:r>
      <w:proofErr w:type="spellEnd"/>
      <w:r>
        <w:t xml:space="preserve"> </w:t>
      </w:r>
      <w:proofErr w:type="spellStart"/>
      <w:r>
        <w:t>شهير</w:t>
      </w:r>
      <w:proofErr w:type="spellEnd"/>
    </w:p>
    <w:p w14:paraId="0A87752A" w14:textId="77777777" w:rsidR="005D77C6" w:rsidRDefault="005D77C6" w:rsidP="005D77C6"/>
    <w:p w14:paraId="09A673D3" w14:textId="77777777" w:rsidR="005D77C6" w:rsidRDefault="005D77C6" w:rsidP="005D77C6">
      <w:r>
        <w:t>1714</w:t>
      </w:r>
    </w:p>
    <w:p w14:paraId="51B61588" w14:textId="77777777" w:rsidR="005D77C6" w:rsidRDefault="005D77C6" w:rsidP="005D77C6"/>
    <w:p w14:paraId="5164DEDE" w14:textId="77777777" w:rsidR="005D77C6" w:rsidRDefault="005D77C6" w:rsidP="005D77C6">
      <w:r>
        <w:t>71</w:t>
      </w:r>
    </w:p>
    <w:p w14:paraId="25C6CA09" w14:textId="77777777" w:rsidR="005D77C6" w:rsidRDefault="005D77C6" w:rsidP="005D77C6"/>
    <w:p w14:paraId="56417783" w14:textId="77777777" w:rsidR="005D77C6" w:rsidRDefault="005D77C6" w:rsidP="005D77C6">
      <w:r>
        <w:t xml:space="preserve">Sanem </w:t>
      </w:r>
      <w:proofErr w:type="spellStart"/>
      <w:r>
        <w:t>Küçükarzuman</w:t>
      </w:r>
      <w:proofErr w:type="spellEnd"/>
    </w:p>
    <w:p w14:paraId="2892B7EE" w14:textId="77777777" w:rsidR="005D77C6" w:rsidRDefault="005D77C6" w:rsidP="005D77C6"/>
    <w:p w14:paraId="1FA6E90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6147450D" w14:textId="77777777" w:rsidR="005D77C6" w:rsidRDefault="005D77C6" w:rsidP="005D77C6"/>
    <w:p w14:paraId="0630FFCF" w14:textId="77777777" w:rsidR="005D77C6" w:rsidRDefault="005D77C6" w:rsidP="005D77C6">
      <w:r>
        <w:t>33963</w:t>
      </w:r>
    </w:p>
    <w:p w14:paraId="20D253E2" w14:textId="77777777" w:rsidR="005D77C6" w:rsidRDefault="005D77C6" w:rsidP="005D77C6"/>
    <w:p w14:paraId="3FE8DAF8" w14:textId="77777777" w:rsidR="005D77C6" w:rsidRDefault="005D77C6" w:rsidP="005D77C6">
      <w:r>
        <w:t>72</w:t>
      </w:r>
    </w:p>
    <w:p w14:paraId="63253C13" w14:textId="77777777" w:rsidR="005D77C6" w:rsidRDefault="005D77C6" w:rsidP="005D77C6"/>
    <w:p w14:paraId="267E98E5" w14:textId="77777777" w:rsidR="005D77C6" w:rsidRDefault="005D77C6" w:rsidP="005D77C6">
      <w:r>
        <w:t>İpek Tülin Tosun</w:t>
      </w:r>
    </w:p>
    <w:p w14:paraId="61BC438F" w14:textId="77777777" w:rsidR="005D77C6" w:rsidRDefault="005D77C6" w:rsidP="005D77C6"/>
    <w:p w14:paraId="0E78B1E6"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إزمير</w:t>
      </w:r>
      <w:proofErr w:type="spellEnd"/>
    </w:p>
    <w:p w14:paraId="474D7C14" w14:textId="77777777" w:rsidR="005D77C6" w:rsidRDefault="005D77C6" w:rsidP="005D77C6"/>
    <w:p w14:paraId="029DD599" w14:textId="77777777" w:rsidR="005D77C6" w:rsidRDefault="005D77C6" w:rsidP="005D77C6">
      <w:r>
        <w:t>3848</w:t>
      </w:r>
    </w:p>
    <w:p w14:paraId="7C18093F" w14:textId="77777777" w:rsidR="005D77C6" w:rsidRDefault="005D77C6" w:rsidP="005D77C6"/>
    <w:p w14:paraId="4127BEB5" w14:textId="77777777" w:rsidR="005D77C6" w:rsidRDefault="005D77C6" w:rsidP="005D77C6">
      <w:r>
        <w:t>73</w:t>
      </w:r>
    </w:p>
    <w:p w14:paraId="2CCC0A3C" w14:textId="77777777" w:rsidR="005D77C6" w:rsidRDefault="005D77C6" w:rsidP="005D77C6"/>
    <w:p w14:paraId="2AB16987" w14:textId="77777777" w:rsidR="005D77C6" w:rsidRDefault="005D77C6" w:rsidP="005D77C6">
      <w:proofErr w:type="spellStart"/>
      <w:r>
        <w:t>Mengücek</w:t>
      </w:r>
      <w:proofErr w:type="spellEnd"/>
      <w:r>
        <w:t xml:space="preserve"> Gazi </w:t>
      </w:r>
      <w:proofErr w:type="spellStart"/>
      <w:r>
        <w:t>Çıtırık</w:t>
      </w:r>
      <w:proofErr w:type="spellEnd"/>
    </w:p>
    <w:p w14:paraId="732A2FB0" w14:textId="77777777" w:rsidR="005D77C6" w:rsidRDefault="005D77C6" w:rsidP="005D77C6"/>
    <w:p w14:paraId="3474765D"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أضنة</w:t>
      </w:r>
      <w:proofErr w:type="spellEnd"/>
    </w:p>
    <w:p w14:paraId="72ED9856" w14:textId="77777777" w:rsidR="005D77C6" w:rsidRDefault="005D77C6" w:rsidP="005D77C6"/>
    <w:p w14:paraId="1FFA112E" w14:textId="77777777" w:rsidR="005D77C6" w:rsidRDefault="005D77C6" w:rsidP="005D77C6">
      <w:r>
        <w:t>1689</w:t>
      </w:r>
    </w:p>
    <w:p w14:paraId="5771E7F4" w14:textId="77777777" w:rsidR="005D77C6" w:rsidRDefault="005D77C6" w:rsidP="005D77C6"/>
    <w:p w14:paraId="47DC581A" w14:textId="77777777" w:rsidR="005D77C6" w:rsidRDefault="005D77C6" w:rsidP="005D77C6">
      <w:r>
        <w:t>74</w:t>
      </w:r>
    </w:p>
    <w:p w14:paraId="6B2CBCD4" w14:textId="77777777" w:rsidR="005D77C6" w:rsidRDefault="005D77C6" w:rsidP="005D77C6"/>
    <w:p w14:paraId="2E54F39F" w14:textId="77777777" w:rsidR="005D77C6" w:rsidRDefault="005D77C6" w:rsidP="005D77C6">
      <w:r>
        <w:t>Ali Oktay Coşgun</w:t>
      </w:r>
    </w:p>
    <w:p w14:paraId="0C12F61A" w14:textId="77777777" w:rsidR="005D77C6" w:rsidRDefault="005D77C6" w:rsidP="005D77C6"/>
    <w:p w14:paraId="4E78070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أنقرة</w:t>
      </w:r>
      <w:proofErr w:type="spellEnd"/>
    </w:p>
    <w:p w14:paraId="6DB29199" w14:textId="77777777" w:rsidR="005D77C6" w:rsidRDefault="005D77C6" w:rsidP="005D77C6"/>
    <w:p w14:paraId="768896A9" w14:textId="77777777" w:rsidR="005D77C6" w:rsidRDefault="005D77C6" w:rsidP="005D77C6">
      <w:r>
        <w:t>51667</w:t>
      </w:r>
    </w:p>
    <w:p w14:paraId="7108C9CD" w14:textId="77777777" w:rsidR="005D77C6" w:rsidRDefault="005D77C6" w:rsidP="005D77C6"/>
    <w:p w14:paraId="7932B9C7" w14:textId="77777777" w:rsidR="005D77C6" w:rsidRDefault="005D77C6" w:rsidP="005D77C6">
      <w:r>
        <w:t>75</w:t>
      </w:r>
    </w:p>
    <w:p w14:paraId="2A0DEE52" w14:textId="77777777" w:rsidR="005D77C6" w:rsidRDefault="005D77C6" w:rsidP="005D77C6"/>
    <w:p w14:paraId="737C9056" w14:textId="77777777" w:rsidR="005D77C6" w:rsidRDefault="005D77C6" w:rsidP="005D77C6">
      <w:r>
        <w:t>Zeynep Kaya Akdeniz</w:t>
      </w:r>
    </w:p>
    <w:p w14:paraId="0CBA1733" w14:textId="77777777" w:rsidR="005D77C6" w:rsidRDefault="005D77C6" w:rsidP="005D77C6"/>
    <w:p w14:paraId="5A18BEF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263EA59" w14:textId="77777777" w:rsidR="005D77C6" w:rsidRDefault="005D77C6" w:rsidP="005D77C6"/>
    <w:p w14:paraId="4E22042A" w14:textId="77777777" w:rsidR="005D77C6" w:rsidRDefault="005D77C6" w:rsidP="005D77C6">
      <w:r>
        <w:t>24233</w:t>
      </w:r>
    </w:p>
    <w:p w14:paraId="0A06A311" w14:textId="77777777" w:rsidR="005D77C6" w:rsidRDefault="005D77C6" w:rsidP="005D77C6"/>
    <w:p w14:paraId="3BAA8B8F" w14:textId="77777777" w:rsidR="005D77C6" w:rsidRDefault="005D77C6" w:rsidP="005D77C6">
      <w:r>
        <w:t>76</w:t>
      </w:r>
    </w:p>
    <w:p w14:paraId="18B8B243" w14:textId="77777777" w:rsidR="005D77C6" w:rsidRDefault="005D77C6" w:rsidP="005D77C6"/>
    <w:p w14:paraId="009B687E" w14:textId="77777777" w:rsidR="005D77C6" w:rsidRDefault="005D77C6" w:rsidP="005D77C6">
      <w:proofErr w:type="spellStart"/>
      <w:r>
        <w:t>Cevriye</w:t>
      </w:r>
      <w:proofErr w:type="spellEnd"/>
      <w:r>
        <w:t xml:space="preserve"> Aydın</w:t>
      </w:r>
    </w:p>
    <w:p w14:paraId="65046D6F" w14:textId="77777777" w:rsidR="005D77C6" w:rsidRDefault="005D77C6" w:rsidP="005D77C6"/>
    <w:p w14:paraId="75E715F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D4367F9" w14:textId="77777777" w:rsidR="005D77C6" w:rsidRDefault="005D77C6" w:rsidP="005D77C6"/>
    <w:p w14:paraId="5DF88602" w14:textId="77777777" w:rsidR="005D77C6" w:rsidRDefault="005D77C6" w:rsidP="005D77C6">
      <w:r>
        <w:t>13450</w:t>
      </w:r>
    </w:p>
    <w:p w14:paraId="2239F0AA" w14:textId="77777777" w:rsidR="005D77C6" w:rsidRDefault="005D77C6" w:rsidP="005D77C6"/>
    <w:p w14:paraId="23D27FDA" w14:textId="77777777" w:rsidR="005D77C6" w:rsidRDefault="005D77C6" w:rsidP="005D77C6">
      <w:r>
        <w:t>77</w:t>
      </w:r>
    </w:p>
    <w:p w14:paraId="5D7F9CB8" w14:textId="77777777" w:rsidR="005D77C6" w:rsidRDefault="005D77C6" w:rsidP="005D77C6"/>
    <w:p w14:paraId="03AC2679" w14:textId="77777777" w:rsidR="005D77C6" w:rsidRDefault="005D77C6" w:rsidP="005D77C6">
      <w:proofErr w:type="spellStart"/>
      <w:r>
        <w:t>İlknur</w:t>
      </w:r>
      <w:proofErr w:type="spellEnd"/>
      <w:r>
        <w:t xml:space="preserve"> Alcan</w:t>
      </w:r>
    </w:p>
    <w:p w14:paraId="7E4CAB72" w14:textId="77777777" w:rsidR="005D77C6" w:rsidRDefault="005D77C6" w:rsidP="005D77C6"/>
    <w:p w14:paraId="5E5A3D2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6E91467" w14:textId="77777777" w:rsidR="005D77C6" w:rsidRDefault="005D77C6" w:rsidP="005D77C6"/>
    <w:p w14:paraId="76C08A55" w14:textId="77777777" w:rsidR="005D77C6" w:rsidRDefault="005D77C6" w:rsidP="005D77C6">
      <w:r>
        <w:t>28210</w:t>
      </w:r>
    </w:p>
    <w:p w14:paraId="5387D3B1" w14:textId="77777777" w:rsidR="005D77C6" w:rsidRDefault="005D77C6" w:rsidP="005D77C6"/>
    <w:p w14:paraId="1CD10E09" w14:textId="77777777" w:rsidR="005D77C6" w:rsidRDefault="005D77C6" w:rsidP="005D77C6">
      <w:r>
        <w:t>78</w:t>
      </w:r>
    </w:p>
    <w:p w14:paraId="1B1435DB" w14:textId="77777777" w:rsidR="005D77C6" w:rsidRDefault="005D77C6" w:rsidP="005D77C6"/>
    <w:p w14:paraId="7162CA14" w14:textId="77777777" w:rsidR="005D77C6" w:rsidRDefault="005D77C6" w:rsidP="005D77C6">
      <w:r>
        <w:t>Seyit Sönmez</w:t>
      </w:r>
    </w:p>
    <w:p w14:paraId="75EF51F4" w14:textId="77777777" w:rsidR="005D77C6" w:rsidRDefault="005D77C6" w:rsidP="005D77C6"/>
    <w:p w14:paraId="7928050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كهرمان</w:t>
      </w:r>
      <w:proofErr w:type="spellEnd"/>
      <w:r>
        <w:t xml:space="preserve"> </w:t>
      </w:r>
      <w:proofErr w:type="spellStart"/>
      <w:r>
        <w:t>مرعش</w:t>
      </w:r>
      <w:proofErr w:type="spellEnd"/>
    </w:p>
    <w:p w14:paraId="0F560CCE" w14:textId="77777777" w:rsidR="005D77C6" w:rsidRDefault="005D77C6" w:rsidP="005D77C6"/>
    <w:p w14:paraId="7335E8EA" w14:textId="77777777" w:rsidR="005D77C6" w:rsidRDefault="005D77C6" w:rsidP="005D77C6">
      <w:r>
        <w:t>2588</w:t>
      </w:r>
    </w:p>
    <w:p w14:paraId="76354E0B" w14:textId="77777777" w:rsidR="005D77C6" w:rsidRDefault="005D77C6" w:rsidP="005D77C6"/>
    <w:p w14:paraId="75FFF1B5" w14:textId="77777777" w:rsidR="005D77C6" w:rsidRDefault="005D77C6" w:rsidP="005D77C6">
      <w:r>
        <w:t>79</w:t>
      </w:r>
    </w:p>
    <w:p w14:paraId="76E89460" w14:textId="77777777" w:rsidR="005D77C6" w:rsidRDefault="005D77C6" w:rsidP="005D77C6"/>
    <w:p w14:paraId="53912F2B" w14:textId="77777777" w:rsidR="005D77C6" w:rsidRDefault="005D77C6" w:rsidP="005D77C6">
      <w:proofErr w:type="spellStart"/>
      <w:r>
        <w:t>Berfu</w:t>
      </w:r>
      <w:proofErr w:type="spellEnd"/>
      <w:r>
        <w:t xml:space="preserve"> </w:t>
      </w:r>
      <w:proofErr w:type="spellStart"/>
      <w:r>
        <w:t>Uluyol</w:t>
      </w:r>
      <w:proofErr w:type="spellEnd"/>
    </w:p>
    <w:p w14:paraId="03CB6E0D" w14:textId="77777777" w:rsidR="005D77C6" w:rsidRDefault="005D77C6" w:rsidP="005D77C6"/>
    <w:p w14:paraId="2E498BA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67EDEC7" w14:textId="77777777" w:rsidR="005D77C6" w:rsidRDefault="005D77C6" w:rsidP="005D77C6"/>
    <w:p w14:paraId="5C356E14" w14:textId="77777777" w:rsidR="005D77C6" w:rsidRDefault="005D77C6" w:rsidP="005D77C6">
      <w:r>
        <w:t>93856</w:t>
      </w:r>
    </w:p>
    <w:p w14:paraId="08CCE3CA" w14:textId="77777777" w:rsidR="005D77C6" w:rsidRDefault="005D77C6" w:rsidP="005D77C6"/>
    <w:p w14:paraId="374B6CCA" w14:textId="77777777" w:rsidR="005D77C6" w:rsidRDefault="005D77C6" w:rsidP="005D77C6">
      <w:r>
        <w:t>80</w:t>
      </w:r>
    </w:p>
    <w:p w14:paraId="639941E5" w14:textId="77777777" w:rsidR="005D77C6" w:rsidRDefault="005D77C6" w:rsidP="005D77C6"/>
    <w:p w14:paraId="0981D718" w14:textId="77777777" w:rsidR="005D77C6" w:rsidRDefault="005D77C6" w:rsidP="005D77C6">
      <w:r>
        <w:t>Engin Deniz Ergin</w:t>
      </w:r>
    </w:p>
    <w:p w14:paraId="55257295" w14:textId="77777777" w:rsidR="005D77C6" w:rsidRDefault="005D77C6" w:rsidP="005D77C6"/>
    <w:p w14:paraId="18A9A72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F7F5C83" w14:textId="77777777" w:rsidR="005D77C6" w:rsidRDefault="005D77C6" w:rsidP="005D77C6"/>
    <w:p w14:paraId="140CEE66" w14:textId="77777777" w:rsidR="005D77C6" w:rsidRDefault="005D77C6" w:rsidP="005D77C6">
      <w:r>
        <w:t>61765</w:t>
      </w:r>
    </w:p>
    <w:p w14:paraId="4F228C9B" w14:textId="77777777" w:rsidR="005D77C6" w:rsidRDefault="005D77C6" w:rsidP="005D77C6"/>
    <w:p w14:paraId="7B78F012" w14:textId="77777777" w:rsidR="005D77C6" w:rsidRDefault="005D77C6" w:rsidP="005D77C6">
      <w:r>
        <w:t>81</w:t>
      </w:r>
    </w:p>
    <w:p w14:paraId="699ED39B" w14:textId="77777777" w:rsidR="005D77C6" w:rsidRDefault="005D77C6" w:rsidP="005D77C6"/>
    <w:p w14:paraId="0D28BEE6" w14:textId="77777777" w:rsidR="005D77C6" w:rsidRDefault="005D77C6" w:rsidP="005D77C6">
      <w:r>
        <w:t>Ahmet Enver Akan</w:t>
      </w:r>
    </w:p>
    <w:p w14:paraId="6F302C02" w14:textId="77777777" w:rsidR="005D77C6" w:rsidRDefault="005D77C6" w:rsidP="005D77C6"/>
    <w:p w14:paraId="26153A3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7683D8F" w14:textId="77777777" w:rsidR="005D77C6" w:rsidRDefault="005D77C6" w:rsidP="005D77C6"/>
    <w:p w14:paraId="150E530B" w14:textId="77777777" w:rsidR="005D77C6" w:rsidRDefault="005D77C6" w:rsidP="005D77C6">
      <w:r>
        <w:t>15417</w:t>
      </w:r>
    </w:p>
    <w:p w14:paraId="61949A65" w14:textId="77777777" w:rsidR="005D77C6" w:rsidRDefault="005D77C6" w:rsidP="005D77C6"/>
    <w:p w14:paraId="1CF406E2" w14:textId="77777777" w:rsidR="005D77C6" w:rsidRDefault="005D77C6" w:rsidP="005D77C6">
      <w:r>
        <w:t>82</w:t>
      </w:r>
    </w:p>
    <w:p w14:paraId="58B8DF0C" w14:textId="77777777" w:rsidR="005D77C6" w:rsidRDefault="005D77C6" w:rsidP="005D77C6"/>
    <w:p w14:paraId="4751AC1F" w14:textId="77777777" w:rsidR="005D77C6" w:rsidRDefault="005D77C6" w:rsidP="005D77C6">
      <w:r>
        <w:t>Ekin Yavuz</w:t>
      </w:r>
    </w:p>
    <w:p w14:paraId="2344F628" w14:textId="77777777" w:rsidR="005D77C6" w:rsidRDefault="005D77C6" w:rsidP="005D77C6"/>
    <w:p w14:paraId="27A42EA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09E9981" w14:textId="77777777" w:rsidR="005D77C6" w:rsidRDefault="005D77C6" w:rsidP="005D77C6"/>
    <w:p w14:paraId="3F73C5BA" w14:textId="77777777" w:rsidR="005D77C6" w:rsidRDefault="005D77C6" w:rsidP="005D77C6">
      <w:r>
        <w:t>74266</w:t>
      </w:r>
    </w:p>
    <w:p w14:paraId="57753E92" w14:textId="77777777" w:rsidR="005D77C6" w:rsidRDefault="005D77C6" w:rsidP="005D77C6"/>
    <w:p w14:paraId="47EE4440" w14:textId="77777777" w:rsidR="005D77C6" w:rsidRDefault="005D77C6" w:rsidP="005D77C6">
      <w:r>
        <w:t>83</w:t>
      </w:r>
    </w:p>
    <w:p w14:paraId="1ABD2398" w14:textId="77777777" w:rsidR="005D77C6" w:rsidRDefault="005D77C6" w:rsidP="005D77C6"/>
    <w:p w14:paraId="650B379D" w14:textId="77777777" w:rsidR="005D77C6" w:rsidRDefault="005D77C6" w:rsidP="005D77C6">
      <w:r>
        <w:t>Ali Yiğit</w:t>
      </w:r>
    </w:p>
    <w:p w14:paraId="7A61611E" w14:textId="77777777" w:rsidR="005D77C6" w:rsidRDefault="005D77C6" w:rsidP="005D77C6"/>
    <w:p w14:paraId="04D7A8F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07B0418" w14:textId="77777777" w:rsidR="005D77C6" w:rsidRDefault="005D77C6" w:rsidP="005D77C6"/>
    <w:p w14:paraId="6A58F52B" w14:textId="77777777" w:rsidR="005D77C6" w:rsidRDefault="005D77C6" w:rsidP="005D77C6">
      <w:r>
        <w:t>96129</w:t>
      </w:r>
    </w:p>
    <w:p w14:paraId="71C25466" w14:textId="77777777" w:rsidR="005D77C6" w:rsidRDefault="005D77C6" w:rsidP="005D77C6"/>
    <w:p w14:paraId="472CCED5" w14:textId="77777777" w:rsidR="005D77C6" w:rsidRDefault="005D77C6" w:rsidP="005D77C6">
      <w:r>
        <w:t>84</w:t>
      </w:r>
    </w:p>
    <w:p w14:paraId="1D078BEF" w14:textId="77777777" w:rsidR="005D77C6" w:rsidRDefault="005D77C6" w:rsidP="005D77C6"/>
    <w:p w14:paraId="45901F66" w14:textId="77777777" w:rsidR="005D77C6" w:rsidRDefault="005D77C6" w:rsidP="005D77C6">
      <w:r>
        <w:t xml:space="preserve">Büşra </w:t>
      </w:r>
      <w:proofErr w:type="spellStart"/>
      <w:r>
        <w:t>Altınoluk</w:t>
      </w:r>
      <w:proofErr w:type="spellEnd"/>
    </w:p>
    <w:p w14:paraId="45116226" w14:textId="77777777" w:rsidR="005D77C6" w:rsidRDefault="005D77C6" w:rsidP="005D77C6"/>
    <w:p w14:paraId="46EF1A5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DD1F024" w14:textId="77777777" w:rsidR="005D77C6" w:rsidRDefault="005D77C6" w:rsidP="005D77C6"/>
    <w:p w14:paraId="59F676EF" w14:textId="77777777" w:rsidR="005D77C6" w:rsidRDefault="005D77C6" w:rsidP="005D77C6">
      <w:r>
        <w:t>79451</w:t>
      </w:r>
    </w:p>
    <w:p w14:paraId="5F3D9134" w14:textId="77777777" w:rsidR="005D77C6" w:rsidRDefault="005D77C6" w:rsidP="005D77C6"/>
    <w:p w14:paraId="57F864AF" w14:textId="77777777" w:rsidR="005D77C6" w:rsidRDefault="005D77C6" w:rsidP="005D77C6">
      <w:r>
        <w:t>85</w:t>
      </w:r>
    </w:p>
    <w:p w14:paraId="6F3B83E2" w14:textId="77777777" w:rsidR="005D77C6" w:rsidRDefault="005D77C6" w:rsidP="005D77C6"/>
    <w:p w14:paraId="593F6E09" w14:textId="77777777" w:rsidR="005D77C6" w:rsidRDefault="005D77C6" w:rsidP="005D77C6">
      <w:r>
        <w:t>Nimet Acar</w:t>
      </w:r>
    </w:p>
    <w:p w14:paraId="716D2FB3" w14:textId="77777777" w:rsidR="005D77C6" w:rsidRDefault="005D77C6" w:rsidP="005D77C6"/>
    <w:p w14:paraId="04CBDD7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BFBE664" w14:textId="77777777" w:rsidR="005D77C6" w:rsidRDefault="005D77C6" w:rsidP="005D77C6"/>
    <w:p w14:paraId="29C23ABC" w14:textId="77777777" w:rsidR="005D77C6" w:rsidRDefault="005D77C6" w:rsidP="005D77C6">
      <w:r>
        <w:t>66067</w:t>
      </w:r>
    </w:p>
    <w:p w14:paraId="1B53FED0" w14:textId="77777777" w:rsidR="005D77C6" w:rsidRDefault="005D77C6" w:rsidP="005D77C6"/>
    <w:p w14:paraId="0063341A" w14:textId="77777777" w:rsidR="005D77C6" w:rsidRDefault="005D77C6" w:rsidP="005D77C6">
      <w:r>
        <w:t>86</w:t>
      </w:r>
    </w:p>
    <w:p w14:paraId="78D2884F" w14:textId="77777777" w:rsidR="005D77C6" w:rsidRDefault="005D77C6" w:rsidP="005D77C6"/>
    <w:p w14:paraId="3FC427C0" w14:textId="77777777" w:rsidR="005D77C6" w:rsidRDefault="005D77C6" w:rsidP="005D77C6">
      <w:r>
        <w:t>Derya Çiçek</w:t>
      </w:r>
    </w:p>
    <w:p w14:paraId="6335CBF0" w14:textId="77777777" w:rsidR="005D77C6" w:rsidRDefault="005D77C6" w:rsidP="005D77C6"/>
    <w:p w14:paraId="21DD923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غازي</w:t>
      </w:r>
      <w:proofErr w:type="spellEnd"/>
      <w:r>
        <w:t xml:space="preserve"> </w:t>
      </w:r>
      <w:proofErr w:type="spellStart"/>
      <w:r>
        <w:t>عنتاب</w:t>
      </w:r>
      <w:proofErr w:type="spellEnd"/>
    </w:p>
    <w:p w14:paraId="4C3E8A77" w14:textId="77777777" w:rsidR="005D77C6" w:rsidRDefault="005D77C6" w:rsidP="005D77C6"/>
    <w:p w14:paraId="1652CC34" w14:textId="77777777" w:rsidR="005D77C6" w:rsidRDefault="005D77C6" w:rsidP="005D77C6">
      <w:r>
        <w:t>1004</w:t>
      </w:r>
    </w:p>
    <w:p w14:paraId="0170999F" w14:textId="77777777" w:rsidR="005D77C6" w:rsidRDefault="005D77C6" w:rsidP="005D77C6"/>
    <w:p w14:paraId="57C21B1D" w14:textId="77777777" w:rsidR="005D77C6" w:rsidRDefault="005D77C6" w:rsidP="005D77C6">
      <w:r>
        <w:t>87</w:t>
      </w:r>
    </w:p>
    <w:p w14:paraId="4C9703C6" w14:textId="77777777" w:rsidR="005D77C6" w:rsidRDefault="005D77C6" w:rsidP="005D77C6"/>
    <w:p w14:paraId="587898DF" w14:textId="77777777" w:rsidR="005D77C6" w:rsidRDefault="005D77C6" w:rsidP="005D77C6">
      <w:r>
        <w:t>Hülya Gülbahar</w:t>
      </w:r>
    </w:p>
    <w:p w14:paraId="258D89F7" w14:textId="77777777" w:rsidR="005D77C6" w:rsidRDefault="005D77C6" w:rsidP="005D77C6"/>
    <w:p w14:paraId="41F2923C"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1E0E8E8" w14:textId="77777777" w:rsidR="005D77C6" w:rsidRDefault="005D77C6" w:rsidP="005D77C6"/>
    <w:p w14:paraId="7C53CF57" w14:textId="77777777" w:rsidR="005D77C6" w:rsidRDefault="005D77C6" w:rsidP="005D77C6">
      <w:r>
        <w:t>15446</w:t>
      </w:r>
    </w:p>
    <w:p w14:paraId="36462C40" w14:textId="77777777" w:rsidR="005D77C6" w:rsidRDefault="005D77C6" w:rsidP="005D77C6"/>
    <w:p w14:paraId="3D1C5F9A" w14:textId="77777777" w:rsidR="005D77C6" w:rsidRDefault="005D77C6" w:rsidP="005D77C6">
      <w:r>
        <w:t>88</w:t>
      </w:r>
    </w:p>
    <w:p w14:paraId="048C744F" w14:textId="77777777" w:rsidR="005D77C6" w:rsidRDefault="005D77C6" w:rsidP="005D77C6"/>
    <w:p w14:paraId="1B56BA9E" w14:textId="77777777" w:rsidR="005D77C6" w:rsidRDefault="005D77C6" w:rsidP="005D77C6">
      <w:r>
        <w:t xml:space="preserve">Havva Başak </w:t>
      </w:r>
      <w:proofErr w:type="spellStart"/>
      <w:r>
        <w:t>Belhan</w:t>
      </w:r>
      <w:proofErr w:type="spellEnd"/>
    </w:p>
    <w:p w14:paraId="6941F08D" w14:textId="77777777" w:rsidR="005D77C6" w:rsidRDefault="005D77C6" w:rsidP="005D77C6"/>
    <w:p w14:paraId="21B6310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584CC23" w14:textId="77777777" w:rsidR="005D77C6" w:rsidRDefault="005D77C6" w:rsidP="005D77C6"/>
    <w:p w14:paraId="329843B1" w14:textId="77777777" w:rsidR="005D77C6" w:rsidRDefault="005D77C6" w:rsidP="005D77C6">
      <w:r>
        <w:t>95921</w:t>
      </w:r>
    </w:p>
    <w:p w14:paraId="1669A323" w14:textId="77777777" w:rsidR="005D77C6" w:rsidRDefault="005D77C6" w:rsidP="005D77C6"/>
    <w:p w14:paraId="6DA43447" w14:textId="77777777" w:rsidR="005D77C6" w:rsidRDefault="005D77C6" w:rsidP="005D77C6">
      <w:r>
        <w:t>89</w:t>
      </w:r>
    </w:p>
    <w:p w14:paraId="4F767B55" w14:textId="77777777" w:rsidR="005D77C6" w:rsidRDefault="005D77C6" w:rsidP="005D77C6"/>
    <w:p w14:paraId="0F664951" w14:textId="77777777" w:rsidR="005D77C6" w:rsidRDefault="005D77C6" w:rsidP="005D77C6">
      <w:r>
        <w:t xml:space="preserve">Mustafa </w:t>
      </w:r>
      <w:proofErr w:type="spellStart"/>
      <w:r>
        <w:t>Söğütli</w:t>
      </w:r>
      <w:proofErr w:type="spellEnd"/>
    </w:p>
    <w:p w14:paraId="62176F4E" w14:textId="77777777" w:rsidR="005D77C6" w:rsidRDefault="005D77C6" w:rsidP="005D77C6"/>
    <w:p w14:paraId="3815FD1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E9B61ED" w14:textId="77777777" w:rsidR="005D77C6" w:rsidRDefault="005D77C6" w:rsidP="005D77C6"/>
    <w:p w14:paraId="6A08A3A0" w14:textId="77777777" w:rsidR="005D77C6" w:rsidRDefault="005D77C6" w:rsidP="005D77C6">
      <w:r>
        <w:t>52825</w:t>
      </w:r>
    </w:p>
    <w:p w14:paraId="687A2BDB" w14:textId="77777777" w:rsidR="005D77C6" w:rsidRDefault="005D77C6" w:rsidP="005D77C6"/>
    <w:p w14:paraId="31F15EA1" w14:textId="77777777" w:rsidR="005D77C6" w:rsidRDefault="005D77C6" w:rsidP="005D77C6">
      <w:r>
        <w:t>90</w:t>
      </w:r>
    </w:p>
    <w:p w14:paraId="13C819D0" w14:textId="77777777" w:rsidR="005D77C6" w:rsidRDefault="005D77C6" w:rsidP="005D77C6"/>
    <w:p w14:paraId="7E92F36F" w14:textId="77777777" w:rsidR="005D77C6" w:rsidRDefault="005D77C6" w:rsidP="005D77C6">
      <w:r>
        <w:t>Ramazan Akkaya</w:t>
      </w:r>
    </w:p>
    <w:p w14:paraId="6691F656" w14:textId="77777777" w:rsidR="005D77C6" w:rsidRDefault="005D77C6" w:rsidP="005D77C6"/>
    <w:p w14:paraId="08A43BC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1F950DEB" w14:textId="77777777" w:rsidR="005D77C6" w:rsidRDefault="005D77C6" w:rsidP="005D77C6"/>
    <w:p w14:paraId="3443A9B1" w14:textId="77777777" w:rsidR="005D77C6" w:rsidRDefault="005D77C6" w:rsidP="005D77C6">
      <w:r>
        <w:t>1316</w:t>
      </w:r>
    </w:p>
    <w:p w14:paraId="22D1C36B" w14:textId="77777777" w:rsidR="005D77C6" w:rsidRDefault="005D77C6" w:rsidP="005D77C6"/>
    <w:p w14:paraId="6442AAB9" w14:textId="77777777" w:rsidR="005D77C6" w:rsidRDefault="005D77C6" w:rsidP="005D77C6">
      <w:r>
        <w:t>91</w:t>
      </w:r>
    </w:p>
    <w:p w14:paraId="6C9C66A7" w14:textId="77777777" w:rsidR="005D77C6" w:rsidRDefault="005D77C6" w:rsidP="005D77C6"/>
    <w:p w14:paraId="471B00A4" w14:textId="77777777" w:rsidR="005D77C6" w:rsidRDefault="005D77C6" w:rsidP="005D77C6">
      <w:r>
        <w:t xml:space="preserve">Fatma Feyha </w:t>
      </w:r>
      <w:proofErr w:type="spellStart"/>
      <w:r>
        <w:t>Karslı</w:t>
      </w:r>
      <w:proofErr w:type="spellEnd"/>
    </w:p>
    <w:p w14:paraId="71F463AC" w14:textId="77777777" w:rsidR="005D77C6" w:rsidRDefault="005D77C6" w:rsidP="005D77C6"/>
    <w:p w14:paraId="47A0C45B"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7D99AF19" w14:textId="77777777" w:rsidR="005D77C6" w:rsidRDefault="005D77C6" w:rsidP="005D77C6"/>
    <w:p w14:paraId="0BDF3C55" w14:textId="77777777" w:rsidR="005D77C6" w:rsidRDefault="005D77C6" w:rsidP="005D77C6">
      <w:r>
        <w:t>2463</w:t>
      </w:r>
    </w:p>
    <w:p w14:paraId="0E1A523D" w14:textId="77777777" w:rsidR="005D77C6" w:rsidRDefault="005D77C6" w:rsidP="005D77C6"/>
    <w:p w14:paraId="22D19AF8" w14:textId="77777777" w:rsidR="005D77C6" w:rsidRDefault="005D77C6" w:rsidP="005D77C6">
      <w:r>
        <w:t>92</w:t>
      </w:r>
    </w:p>
    <w:p w14:paraId="5E32E765" w14:textId="77777777" w:rsidR="005D77C6" w:rsidRDefault="005D77C6" w:rsidP="005D77C6"/>
    <w:p w14:paraId="61E3FC95" w14:textId="77777777" w:rsidR="005D77C6" w:rsidRDefault="005D77C6" w:rsidP="005D77C6">
      <w:r>
        <w:t xml:space="preserve">Leyla </w:t>
      </w:r>
      <w:proofErr w:type="spellStart"/>
      <w:r>
        <w:t>Bişen</w:t>
      </w:r>
      <w:proofErr w:type="spellEnd"/>
    </w:p>
    <w:p w14:paraId="025DD9BE" w14:textId="77777777" w:rsidR="005D77C6" w:rsidRDefault="005D77C6" w:rsidP="005D77C6"/>
    <w:p w14:paraId="6576F9E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205F0A3D" w14:textId="77777777" w:rsidR="005D77C6" w:rsidRDefault="005D77C6" w:rsidP="005D77C6"/>
    <w:p w14:paraId="79188A6B" w14:textId="77777777" w:rsidR="005D77C6" w:rsidRDefault="005D77C6" w:rsidP="005D77C6">
      <w:r>
        <w:t>611</w:t>
      </w:r>
    </w:p>
    <w:p w14:paraId="3D8316EB" w14:textId="77777777" w:rsidR="005D77C6" w:rsidRDefault="005D77C6" w:rsidP="005D77C6"/>
    <w:p w14:paraId="69130C83" w14:textId="77777777" w:rsidR="005D77C6" w:rsidRDefault="005D77C6" w:rsidP="005D77C6">
      <w:r>
        <w:t>93</w:t>
      </w:r>
    </w:p>
    <w:p w14:paraId="1AD3E0F3" w14:textId="77777777" w:rsidR="005D77C6" w:rsidRDefault="005D77C6" w:rsidP="005D77C6"/>
    <w:p w14:paraId="4D697835" w14:textId="77777777" w:rsidR="005D77C6" w:rsidRDefault="005D77C6" w:rsidP="005D77C6">
      <w:r>
        <w:t>Bülent Turan</w:t>
      </w:r>
    </w:p>
    <w:p w14:paraId="6235705A" w14:textId="77777777" w:rsidR="005D77C6" w:rsidRDefault="005D77C6" w:rsidP="005D77C6"/>
    <w:p w14:paraId="37242A80"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غازي</w:t>
      </w:r>
      <w:proofErr w:type="spellEnd"/>
      <w:r>
        <w:t xml:space="preserve"> </w:t>
      </w:r>
      <w:proofErr w:type="spellStart"/>
      <w:r>
        <w:t>عنتاب</w:t>
      </w:r>
      <w:proofErr w:type="spellEnd"/>
    </w:p>
    <w:p w14:paraId="017F495E" w14:textId="77777777" w:rsidR="005D77C6" w:rsidRDefault="005D77C6" w:rsidP="005D77C6"/>
    <w:p w14:paraId="0B2E5EF6" w14:textId="77777777" w:rsidR="005D77C6" w:rsidRDefault="005D77C6" w:rsidP="005D77C6">
      <w:r>
        <w:t>1104</w:t>
      </w:r>
    </w:p>
    <w:p w14:paraId="0CFDC59C" w14:textId="77777777" w:rsidR="005D77C6" w:rsidRDefault="005D77C6" w:rsidP="005D77C6"/>
    <w:p w14:paraId="7E92A029" w14:textId="77777777" w:rsidR="005D77C6" w:rsidRDefault="005D77C6" w:rsidP="005D77C6">
      <w:r>
        <w:t>94</w:t>
      </w:r>
    </w:p>
    <w:p w14:paraId="5A174D13" w14:textId="77777777" w:rsidR="005D77C6" w:rsidRDefault="005D77C6" w:rsidP="005D77C6"/>
    <w:p w14:paraId="4AF4C405" w14:textId="77777777" w:rsidR="005D77C6" w:rsidRDefault="005D77C6" w:rsidP="005D77C6">
      <w:r>
        <w:t>Ayşenur Özdemir</w:t>
      </w:r>
    </w:p>
    <w:p w14:paraId="2B10BFCC" w14:textId="77777777" w:rsidR="005D77C6" w:rsidRDefault="005D77C6" w:rsidP="005D77C6"/>
    <w:p w14:paraId="3C9AAFA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15508803" w14:textId="77777777" w:rsidR="005D77C6" w:rsidRDefault="005D77C6" w:rsidP="005D77C6"/>
    <w:p w14:paraId="4D7E8A5E" w14:textId="77777777" w:rsidR="005D77C6" w:rsidRDefault="005D77C6" w:rsidP="005D77C6">
      <w:r>
        <w:t>63066</w:t>
      </w:r>
    </w:p>
    <w:p w14:paraId="0A8F2998" w14:textId="77777777" w:rsidR="005D77C6" w:rsidRDefault="005D77C6" w:rsidP="005D77C6"/>
    <w:p w14:paraId="313B5FD8" w14:textId="77777777" w:rsidR="005D77C6" w:rsidRDefault="005D77C6" w:rsidP="005D77C6">
      <w:r>
        <w:t>95</w:t>
      </w:r>
    </w:p>
    <w:p w14:paraId="4DD8C114" w14:textId="77777777" w:rsidR="005D77C6" w:rsidRDefault="005D77C6" w:rsidP="005D77C6"/>
    <w:p w14:paraId="0F73ED6B" w14:textId="77777777" w:rsidR="005D77C6" w:rsidRDefault="005D77C6" w:rsidP="005D77C6">
      <w:r>
        <w:t>Devrim Avcı</w:t>
      </w:r>
    </w:p>
    <w:p w14:paraId="6D67CA7B" w14:textId="77777777" w:rsidR="005D77C6" w:rsidRDefault="005D77C6" w:rsidP="005D77C6"/>
    <w:p w14:paraId="41CFBBC2"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962CAAE" w14:textId="77777777" w:rsidR="005D77C6" w:rsidRDefault="005D77C6" w:rsidP="005D77C6"/>
    <w:p w14:paraId="3E0660CF" w14:textId="77777777" w:rsidR="005D77C6" w:rsidRDefault="005D77C6" w:rsidP="005D77C6">
      <w:r>
        <w:t>23896</w:t>
      </w:r>
    </w:p>
    <w:p w14:paraId="15BCB8BF" w14:textId="77777777" w:rsidR="005D77C6" w:rsidRDefault="005D77C6" w:rsidP="005D77C6"/>
    <w:p w14:paraId="04083F2C" w14:textId="77777777" w:rsidR="005D77C6" w:rsidRDefault="005D77C6" w:rsidP="005D77C6">
      <w:r>
        <w:t>96</w:t>
      </w:r>
    </w:p>
    <w:p w14:paraId="4B6C2EE9" w14:textId="77777777" w:rsidR="005D77C6" w:rsidRDefault="005D77C6" w:rsidP="005D77C6"/>
    <w:p w14:paraId="105075C4" w14:textId="77777777" w:rsidR="005D77C6" w:rsidRDefault="005D77C6" w:rsidP="005D77C6">
      <w:r>
        <w:t>Osman Zeki Erdoğan</w:t>
      </w:r>
    </w:p>
    <w:p w14:paraId="79C2A0DD" w14:textId="77777777" w:rsidR="005D77C6" w:rsidRDefault="005D77C6" w:rsidP="005D77C6"/>
    <w:p w14:paraId="3AA2351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BDCC365" w14:textId="77777777" w:rsidR="005D77C6" w:rsidRDefault="005D77C6" w:rsidP="005D77C6"/>
    <w:p w14:paraId="5F40F16D" w14:textId="77777777" w:rsidR="005D77C6" w:rsidRDefault="005D77C6" w:rsidP="005D77C6">
      <w:r>
        <w:t>30241</w:t>
      </w:r>
    </w:p>
    <w:p w14:paraId="597AC6A0" w14:textId="77777777" w:rsidR="005D77C6" w:rsidRDefault="005D77C6" w:rsidP="005D77C6"/>
    <w:p w14:paraId="5622D4C5" w14:textId="77777777" w:rsidR="005D77C6" w:rsidRDefault="005D77C6" w:rsidP="005D77C6">
      <w:r>
        <w:t>97</w:t>
      </w:r>
    </w:p>
    <w:p w14:paraId="114971F2" w14:textId="77777777" w:rsidR="005D77C6" w:rsidRDefault="005D77C6" w:rsidP="005D77C6"/>
    <w:p w14:paraId="49A5055D" w14:textId="77777777" w:rsidR="005D77C6" w:rsidRDefault="005D77C6" w:rsidP="005D77C6">
      <w:r>
        <w:t>Heval Yıldız Karasu</w:t>
      </w:r>
    </w:p>
    <w:p w14:paraId="5ACBA051" w14:textId="77777777" w:rsidR="005D77C6" w:rsidRDefault="005D77C6" w:rsidP="005D77C6"/>
    <w:p w14:paraId="50D233F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إسكي</w:t>
      </w:r>
      <w:proofErr w:type="spellEnd"/>
      <w:r>
        <w:t xml:space="preserve"> </w:t>
      </w:r>
      <w:proofErr w:type="spellStart"/>
      <w:r>
        <w:t>شهير</w:t>
      </w:r>
      <w:proofErr w:type="spellEnd"/>
    </w:p>
    <w:p w14:paraId="2B208431" w14:textId="77777777" w:rsidR="005D77C6" w:rsidRDefault="005D77C6" w:rsidP="005D77C6"/>
    <w:p w14:paraId="197C1023" w14:textId="77777777" w:rsidR="005D77C6" w:rsidRDefault="005D77C6" w:rsidP="005D77C6">
      <w:r>
        <w:t>10919</w:t>
      </w:r>
    </w:p>
    <w:p w14:paraId="4783DB5E" w14:textId="77777777" w:rsidR="005D77C6" w:rsidRDefault="005D77C6" w:rsidP="005D77C6"/>
    <w:p w14:paraId="28837805" w14:textId="77777777" w:rsidR="005D77C6" w:rsidRDefault="005D77C6" w:rsidP="005D77C6">
      <w:r>
        <w:t>98</w:t>
      </w:r>
    </w:p>
    <w:p w14:paraId="56A02D9C" w14:textId="77777777" w:rsidR="005D77C6" w:rsidRDefault="005D77C6" w:rsidP="005D77C6"/>
    <w:p w14:paraId="5A0292AF" w14:textId="77777777" w:rsidR="005D77C6" w:rsidRDefault="005D77C6" w:rsidP="005D77C6">
      <w:r>
        <w:t xml:space="preserve">Aziz </w:t>
      </w:r>
      <w:proofErr w:type="spellStart"/>
      <w:r>
        <w:t>Sançar</w:t>
      </w:r>
      <w:proofErr w:type="spellEnd"/>
      <w:r>
        <w:t xml:space="preserve"> Dalman</w:t>
      </w:r>
    </w:p>
    <w:p w14:paraId="2FC23BB0" w14:textId="77777777" w:rsidR="005D77C6" w:rsidRDefault="005D77C6" w:rsidP="005D77C6"/>
    <w:p w14:paraId="497888E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سكاريا</w:t>
      </w:r>
      <w:proofErr w:type="spellEnd"/>
    </w:p>
    <w:p w14:paraId="302A02EE" w14:textId="77777777" w:rsidR="005D77C6" w:rsidRDefault="005D77C6" w:rsidP="005D77C6"/>
    <w:p w14:paraId="56BF3096" w14:textId="77777777" w:rsidR="005D77C6" w:rsidRDefault="005D77C6" w:rsidP="005D77C6">
      <w:r>
        <w:t>1352</w:t>
      </w:r>
    </w:p>
    <w:p w14:paraId="7FB7D94F" w14:textId="77777777" w:rsidR="005D77C6" w:rsidRDefault="005D77C6" w:rsidP="005D77C6"/>
    <w:p w14:paraId="4B189E57" w14:textId="77777777" w:rsidR="005D77C6" w:rsidRDefault="005D77C6" w:rsidP="005D77C6">
      <w:r>
        <w:t>99</w:t>
      </w:r>
    </w:p>
    <w:p w14:paraId="0A7F4627" w14:textId="77777777" w:rsidR="005D77C6" w:rsidRDefault="005D77C6" w:rsidP="005D77C6"/>
    <w:p w14:paraId="4FB2F1C7" w14:textId="77777777" w:rsidR="005D77C6" w:rsidRDefault="005D77C6" w:rsidP="005D77C6">
      <w:r>
        <w:t>Tora Pekin</w:t>
      </w:r>
    </w:p>
    <w:p w14:paraId="1EF22E32" w14:textId="77777777" w:rsidR="005D77C6" w:rsidRDefault="005D77C6" w:rsidP="005D77C6"/>
    <w:p w14:paraId="4BE2F1E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C671E88" w14:textId="77777777" w:rsidR="005D77C6" w:rsidRDefault="005D77C6" w:rsidP="005D77C6"/>
    <w:p w14:paraId="7B0B2BA8" w14:textId="77777777" w:rsidR="005D77C6" w:rsidRDefault="005D77C6" w:rsidP="005D77C6">
      <w:r>
        <w:t>21096</w:t>
      </w:r>
    </w:p>
    <w:p w14:paraId="7696CD94" w14:textId="77777777" w:rsidR="005D77C6" w:rsidRDefault="005D77C6" w:rsidP="005D77C6"/>
    <w:p w14:paraId="1259A938" w14:textId="77777777" w:rsidR="005D77C6" w:rsidRDefault="005D77C6" w:rsidP="005D77C6">
      <w:r>
        <w:t>100</w:t>
      </w:r>
    </w:p>
    <w:p w14:paraId="14BD85F7" w14:textId="77777777" w:rsidR="005D77C6" w:rsidRDefault="005D77C6" w:rsidP="005D77C6"/>
    <w:p w14:paraId="45C9062F" w14:textId="77777777" w:rsidR="005D77C6" w:rsidRDefault="005D77C6" w:rsidP="005D77C6">
      <w:proofErr w:type="spellStart"/>
      <w:r>
        <w:t>Münip</w:t>
      </w:r>
      <w:proofErr w:type="spellEnd"/>
      <w:r>
        <w:t xml:space="preserve"> </w:t>
      </w:r>
      <w:proofErr w:type="spellStart"/>
      <w:r>
        <w:t>Eremiş</w:t>
      </w:r>
      <w:proofErr w:type="spellEnd"/>
    </w:p>
    <w:p w14:paraId="4BFF0E6B" w14:textId="77777777" w:rsidR="005D77C6" w:rsidRDefault="005D77C6" w:rsidP="005D77C6"/>
    <w:p w14:paraId="12D8F47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أنطاليا</w:t>
      </w:r>
      <w:proofErr w:type="spellEnd"/>
    </w:p>
    <w:p w14:paraId="2826572A" w14:textId="77777777" w:rsidR="005D77C6" w:rsidRDefault="005D77C6" w:rsidP="005D77C6"/>
    <w:p w14:paraId="61EA9E01" w14:textId="77777777" w:rsidR="005D77C6" w:rsidRDefault="005D77C6" w:rsidP="005D77C6">
      <w:r>
        <w:t>848</w:t>
      </w:r>
    </w:p>
    <w:p w14:paraId="00BC6B9A" w14:textId="77777777" w:rsidR="005D77C6" w:rsidRDefault="005D77C6" w:rsidP="005D77C6"/>
    <w:p w14:paraId="5778A140" w14:textId="77777777" w:rsidR="005D77C6" w:rsidRDefault="005D77C6" w:rsidP="005D77C6">
      <w:r>
        <w:t>101</w:t>
      </w:r>
    </w:p>
    <w:p w14:paraId="49CEF7D5" w14:textId="77777777" w:rsidR="005D77C6" w:rsidRDefault="005D77C6" w:rsidP="005D77C6"/>
    <w:p w14:paraId="240674AE" w14:textId="77777777" w:rsidR="005D77C6" w:rsidRDefault="005D77C6" w:rsidP="005D77C6">
      <w:r>
        <w:t>Ahmet Melik Derindere</w:t>
      </w:r>
    </w:p>
    <w:p w14:paraId="26B709EF" w14:textId="77777777" w:rsidR="005D77C6" w:rsidRDefault="005D77C6" w:rsidP="005D77C6"/>
    <w:p w14:paraId="5704DDA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أماسيا</w:t>
      </w:r>
      <w:proofErr w:type="spellEnd"/>
    </w:p>
    <w:p w14:paraId="70B93D77" w14:textId="77777777" w:rsidR="005D77C6" w:rsidRDefault="005D77C6" w:rsidP="005D77C6"/>
    <w:p w14:paraId="0D77F598" w14:textId="77777777" w:rsidR="005D77C6" w:rsidRDefault="005D77C6" w:rsidP="005D77C6">
      <w:r>
        <w:t>127</w:t>
      </w:r>
    </w:p>
    <w:p w14:paraId="4E158955" w14:textId="77777777" w:rsidR="005D77C6" w:rsidRDefault="005D77C6" w:rsidP="005D77C6"/>
    <w:p w14:paraId="2B4255CD" w14:textId="77777777" w:rsidR="005D77C6" w:rsidRDefault="005D77C6" w:rsidP="005D77C6">
      <w:r>
        <w:t>102</w:t>
      </w:r>
    </w:p>
    <w:p w14:paraId="2AE25DBC" w14:textId="77777777" w:rsidR="005D77C6" w:rsidRDefault="005D77C6" w:rsidP="005D77C6"/>
    <w:p w14:paraId="4932BAFB" w14:textId="77777777" w:rsidR="005D77C6" w:rsidRDefault="005D77C6" w:rsidP="005D77C6">
      <w:r>
        <w:t>Azade Ay</w:t>
      </w:r>
    </w:p>
    <w:p w14:paraId="3A3C062D" w14:textId="77777777" w:rsidR="005D77C6" w:rsidRDefault="005D77C6" w:rsidP="005D77C6"/>
    <w:p w14:paraId="2BC5C1C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دوزجه</w:t>
      </w:r>
      <w:proofErr w:type="spellEnd"/>
    </w:p>
    <w:p w14:paraId="5CA758BD" w14:textId="77777777" w:rsidR="005D77C6" w:rsidRDefault="005D77C6" w:rsidP="005D77C6"/>
    <w:p w14:paraId="1B043104" w14:textId="77777777" w:rsidR="005D77C6" w:rsidRDefault="005D77C6" w:rsidP="005D77C6">
      <w:r>
        <w:t>47</w:t>
      </w:r>
    </w:p>
    <w:p w14:paraId="0AD91E94" w14:textId="77777777" w:rsidR="005D77C6" w:rsidRDefault="005D77C6" w:rsidP="005D77C6"/>
    <w:p w14:paraId="4676C91D" w14:textId="77777777" w:rsidR="005D77C6" w:rsidRDefault="005D77C6" w:rsidP="005D77C6">
      <w:r>
        <w:t>103</w:t>
      </w:r>
    </w:p>
    <w:p w14:paraId="560E43F6" w14:textId="77777777" w:rsidR="005D77C6" w:rsidRDefault="005D77C6" w:rsidP="005D77C6"/>
    <w:p w14:paraId="7C5219D1" w14:textId="77777777" w:rsidR="005D77C6" w:rsidRDefault="005D77C6" w:rsidP="005D77C6">
      <w:proofErr w:type="spellStart"/>
      <w:r>
        <w:t>Rıza</w:t>
      </w:r>
      <w:proofErr w:type="spellEnd"/>
      <w:r>
        <w:t xml:space="preserve"> Koçak</w:t>
      </w:r>
    </w:p>
    <w:p w14:paraId="74B564E1" w14:textId="77777777" w:rsidR="005D77C6" w:rsidRDefault="005D77C6" w:rsidP="005D77C6"/>
    <w:p w14:paraId="6DEBF29D"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0FC75A03" w14:textId="77777777" w:rsidR="005D77C6" w:rsidRDefault="005D77C6" w:rsidP="005D77C6"/>
    <w:p w14:paraId="6DD4EAFF" w14:textId="77777777" w:rsidR="005D77C6" w:rsidRDefault="005D77C6" w:rsidP="005D77C6">
      <w:r>
        <w:t>24641</w:t>
      </w:r>
    </w:p>
    <w:p w14:paraId="1C482489" w14:textId="77777777" w:rsidR="005D77C6" w:rsidRDefault="005D77C6" w:rsidP="005D77C6"/>
    <w:p w14:paraId="16AE64D4" w14:textId="77777777" w:rsidR="005D77C6" w:rsidRDefault="005D77C6" w:rsidP="005D77C6">
      <w:r>
        <w:t>104</w:t>
      </w:r>
    </w:p>
    <w:p w14:paraId="3B5ED050" w14:textId="77777777" w:rsidR="005D77C6" w:rsidRDefault="005D77C6" w:rsidP="005D77C6"/>
    <w:p w14:paraId="3F6A68DA" w14:textId="77777777" w:rsidR="005D77C6" w:rsidRDefault="005D77C6" w:rsidP="005D77C6">
      <w:r>
        <w:t>Ahmet Dindar</w:t>
      </w:r>
    </w:p>
    <w:p w14:paraId="70453A3A" w14:textId="77777777" w:rsidR="005D77C6" w:rsidRDefault="005D77C6" w:rsidP="005D77C6"/>
    <w:p w14:paraId="2AD7A467"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2DCADB76" w14:textId="77777777" w:rsidR="005D77C6" w:rsidRDefault="005D77C6" w:rsidP="005D77C6"/>
    <w:p w14:paraId="5A5201C0" w14:textId="77777777" w:rsidR="005D77C6" w:rsidRDefault="005D77C6" w:rsidP="005D77C6">
      <w:r>
        <w:t>14588</w:t>
      </w:r>
    </w:p>
    <w:p w14:paraId="171A1252" w14:textId="77777777" w:rsidR="005D77C6" w:rsidRDefault="005D77C6" w:rsidP="005D77C6"/>
    <w:p w14:paraId="5E3D9905" w14:textId="77777777" w:rsidR="005D77C6" w:rsidRDefault="005D77C6" w:rsidP="005D77C6">
      <w:r>
        <w:t>105</w:t>
      </w:r>
    </w:p>
    <w:p w14:paraId="7C244EB9" w14:textId="77777777" w:rsidR="005D77C6" w:rsidRDefault="005D77C6" w:rsidP="005D77C6"/>
    <w:p w14:paraId="17ECFD5B" w14:textId="77777777" w:rsidR="005D77C6" w:rsidRDefault="005D77C6" w:rsidP="005D77C6">
      <w:r>
        <w:t>Funda Ekin</w:t>
      </w:r>
    </w:p>
    <w:p w14:paraId="79C04021" w14:textId="77777777" w:rsidR="005D77C6" w:rsidRDefault="005D77C6" w:rsidP="005D77C6"/>
    <w:p w14:paraId="5F693B6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318E3B7" w14:textId="77777777" w:rsidR="005D77C6" w:rsidRDefault="005D77C6" w:rsidP="005D77C6"/>
    <w:p w14:paraId="4CE4C2A4" w14:textId="77777777" w:rsidR="005D77C6" w:rsidRDefault="005D77C6" w:rsidP="005D77C6">
      <w:r>
        <w:t>30225</w:t>
      </w:r>
    </w:p>
    <w:p w14:paraId="7F0BDB46" w14:textId="77777777" w:rsidR="005D77C6" w:rsidRDefault="005D77C6" w:rsidP="005D77C6"/>
    <w:p w14:paraId="04E81A7F" w14:textId="77777777" w:rsidR="005D77C6" w:rsidRDefault="005D77C6" w:rsidP="005D77C6">
      <w:r>
        <w:t>106</w:t>
      </w:r>
    </w:p>
    <w:p w14:paraId="574D3C99" w14:textId="77777777" w:rsidR="005D77C6" w:rsidRDefault="005D77C6" w:rsidP="005D77C6"/>
    <w:p w14:paraId="491A97D7" w14:textId="77777777" w:rsidR="005D77C6" w:rsidRDefault="005D77C6" w:rsidP="005D77C6">
      <w:r>
        <w:t xml:space="preserve">Asuman </w:t>
      </w:r>
      <w:proofErr w:type="spellStart"/>
      <w:r>
        <w:t>Gülsün</w:t>
      </w:r>
      <w:proofErr w:type="spellEnd"/>
      <w:r>
        <w:t xml:space="preserve"> Sop</w:t>
      </w:r>
    </w:p>
    <w:p w14:paraId="1C400047" w14:textId="77777777" w:rsidR="005D77C6" w:rsidRDefault="005D77C6" w:rsidP="005D77C6"/>
    <w:p w14:paraId="5E577038"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B78F8AC" w14:textId="77777777" w:rsidR="005D77C6" w:rsidRDefault="005D77C6" w:rsidP="005D77C6"/>
    <w:p w14:paraId="4AE8C0A4" w14:textId="77777777" w:rsidR="005D77C6" w:rsidRDefault="005D77C6" w:rsidP="005D77C6">
      <w:r>
        <w:t>16570</w:t>
      </w:r>
    </w:p>
    <w:p w14:paraId="5E332B78" w14:textId="77777777" w:rsidR="005D77C6" w:rsidRDefault="005D77C6" w:rsidP="005D77C6"/>
    <w:p w14:paraId="6C1776E7" w14:textId="77777777" w:rsidR="005D77C6" w:rsidRDefault="005D77C6" w:rsidP="005D77C6">
      <w:r>
        <w:t>107</w:t>
      </w:r>
    </w:p>
    <w:p w14:paraId="5B3973BA" w14:textId="77777777" w:rsidR="005D77C6" w:rsidRDefault="005D77C6" w:rsidP="005D77C6"/>
    <w:p w14:paraId="4619917E" w14:textId="77777777" w:rsidR="005D77C6" w:rsidRDefault="005D77C6" w:rsidP="005D77C6">
      <w:r>
        <w:t>Mustafa Kemal Güngör</w:t>
      </w:r>
    </w:p>
    <w:p w14:paraId="5DEF7054" w14:textId="77777777" w:rsidR="005D77C6" w:rsidRDefault="005D77C6" w:rsidP="005D77C6"/>
    <w:p w14:paraId="45B53363"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38133E1" w14:textId="77777777" w:rsidR="005D77C6" w:rsidRDefault="005D77C6" w:rsidP="005D77C6"/>
    <w:p w14:paraId="1EB0338E" w14:textId="77777777" w:rsidR="005D77C6" w:rsidRDefault="005D77C6" w:rsidP="005D77C6">
      <w:r>
        <w:t>13832</w:t>
      </w:r>
    </w:p>
    <w:p w14:paraId="68B688E1" w14:textId="77777777" w:rsidR="005D77C6" w:rsidRDefault="005D77C6" w:rsidP="005D77C6"/>
    <w:p w14:paraId="3DAE05B7" w14:textId="77777777" w:rsidR="005D77C6" w:rsidRDefault="005D77C6" w:rsidP="005D77C6">
      <w:r>
        <w:t>108</w:t>
      </w:r>
    </w:p>
    <w:p w14:paraId="581E1F7C" w14:textId="77777777" w:rsidR="005D77C6" w:rsidRDefault="005D77C6" w:rsidP="005D77C6"/>
    <w:p w14:paraId="16AAC85E" w14:textId="77777777" w:rsidR="005D77C6" w:rsidRDefault="005D77C6" w:rsidP="005D77C6">
      <w:r>
        <w:t>Ahmet Kemal Kumkumoğlu</w:t>
      </w:r>
    </w:p>
    <w:p w14:paraId="30D57C57" w14:textId="77777777" w:rsidR="005D77C6" w:rsidRDefault="005D77C6" w:rsidP="005D77C6"/>
    <w:p w14:paraId="090FE64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20309DD" w14:textId="77777777" w:rsidR="005D77C6" w:rsidRDefault="005D77C6" w:rsidP="005D77C6"/>
    <w:p w14:paraId="099E40B9" w14:textId="77777777" w:rsidR="005D77C6" w:rsidRDefault="005D77C6" w:rsidP="005D77C6">
      <w:r>
        <w:t>45993</w:t>
      </w:r>
    </w:p>
    <w:p w14:paraId="1725C018" w14:textId="77777777" w:rsidR="005D77C6" w:rsidRDefault="005D77C6" w:rsidP="005D77C6"/>
    <w:p w14:paraId="1E4705C1" w14:textId="77777777" w:rsidR="005D77C6" w:rsidRDefault="005D77C6" w:rsidP="005D77C6">
      <w:r>
        <w:t>109</w:t>
      </w:r>
    </w:p>
    <w:p w14:paraId="25B476F6" w14:textId="77777777" w:rsidR="005D77C6" w:rsidRDefault="005D77C6" w:rsidP="005D77C6"/>
    <w:p w14:paraId="1744778A" w14:textId="77777777" w:rsidR="005D77C6" w:rsidRDefault="005D77C6" w:rsidP="005D77C6">
      <w:proofErr w:type="spellStart"/>
      <w:r>
        <w:t>Fethiye</w:t>
      </w:r>
      <w:proofErr w:type="spellEnd"/>
      <w:r>
        <w:t xml:space="preserve"> Çetin</w:t>
      </w:r>
    </w:p>
    <w:p w14:paraId="38AA9724" w14:textId="77777777" w:rsidR="005D77C6" w:rsidRDefault="005D77C6" w:rsidP="005D77C6"/>
    <w:p w14:paraId="037507C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BB87D57" w14:textId="77777777" w:rsidR="005D77C6" w:rsidRDefault="005D77C6" w:rsidP="005D77C6"/>
    <w:p w14:paraId="2FAD4BD9" w14:textId="77777777" w:rsidR="005D77C6" w:rsidRDefault="005D77C6" w:rsidP="005D77C6">
      <w:r>
        <w:t>16111</w:t>
      </w:r>
    </w:p>
    <w:p w14:paraId="2643841F" w14:textId="77777777" w:rsidR="005D77C6" w:rsidRDefault="005D77C6" w:rsidP="005D77C6"/>
    <w:p w14:paraId="07306D43" w14:textId="77777777" w:rsidR="005D77C6" w:rsidRDefault="005D77C6" w:rsidP="005D77C6">
      <w:r>
        <w:t>110</w:t>
      </w:r>
    </w:p>
    <w:p w14:paraId="67DC4834" w14:textId="77777777" w:rsidR="005D77C6" w:rsidRDefault="005D77C6" w:rsidP="005D77C6"/>
    <w:p w14:paraId="08CADAD2" w14:textId="77777777" w:rsidR="005D77C6" w:rsidRDefault="005D77C6" w:rsidP="005D77C6">
      <w:r>
        <w:t>Mert Öztürk</w:t>
      </w:r>
    </w:p>
    <w:p w14:paraId="69395B4A" w14:textId="77777777" w:rsidR="005D77C6" w:rsidRDefault="005D77C6" w:rsidP="005D77C6"/>
    <w:p w14:paraId="58701E24"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041395F" w14:textId="77777777" w:rsidR="005D77C6" w:rsidRDefault="005D77C6" w:rsidP="005D77C6"/>
    <w:p w14:paraId="4142D9BD" w14:textId="77777777" w:rsidR="005D77C6" w:rsidRDefault="005D77C6" w:rsidP="005D77C6">
      <w:r>
        <w:t>73953</w:t>
      </w:r>
    </w:p>
    <w:p w14:paraId="3CA7F48A" w14:textId="77777777" w:rsidR="005D77C6" w:rsidRDefault="005D77C6" w:rsidP="005D77C6"/>
    <w:p w14:paraId="125D138C" w14:textId="77777777" w:rsidR="005D77C6" w:rsidRDefault="005D77C6" w:rsidP="005D77C6">
      <w:r>
        <w:t>111</w:t>
      </w:r>
    </w:p>
    <w:p w14:paraId="17C3AB4B" w14:textId="77777777" w:rsidR="005D77C6" w:rsidRDefault="005D77C6" w:rsidP="005D77C6"/>
    <w:p w14:paraId="488F1005" w14:textId="77777777" w:rsidR="005D77C6" w:rsidRDefault="005D77C6" w:rsidP="005D77C6">
      <w:r>
        <w:t>İsa Öztürk</w:t>
      </w:r>
    </w:p>
    <w:p w14:paraId="33667D5D" w14:textId="77777777" w:rsidR="005D77C6" w:rsidRDefault="005D77C6" w:rsidP="005D77C6"/>
    <w:p w14:paraId="7DE421B0"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33ED5307" w14:textId="77777777" w:rsidR="005D77C6" w:rsidRDefault="005D77C6" w:rsidP="005D77C6"/>
    <w:p w14:paraId="3296F136" w14:textId="77777777" w:rsidR="005D77C6" w:rsidRDefault="005D77C6" w:rsidP="005D77C6">
      <w:r>
        <w:t>18392</w:t>
      </w:r>
    </w:p>
    <w:p w14:paraId="63B06AE6" w14:textId="77777777" w:rsidR="005D77C6" w:rsidRDefault="005D77C6" w:rsidP="005D77C6"/>
    <w:p w14:paraId="0201E1EF" w14:textId="77777777" w:rsidR="005D77C6" w:rsidRDefault="005D77C6" w:rsidP="005D77C6">
      <w:r>
        <w:t>112</w:t>
      </w:r>
    </w:p>
    <w:p w14:paraId="1D454247" w14:textId="77777777" w:rsidR="005D77C6" w:rsidRDefault="005D77C6" w:rsidP="005D77C6"/>
    <w:p w14:paraId="050C56F8" w14:textId="77777777" w:rsidR="005D77C6" w:rsidRDefault="005D77C6" w:rsidP="005D77C6">
      <w:r>
        <w:t>Güney Ünsal</w:t>
      </w:r>
    </w:p>
    <w:p w14:paraId="457122EA" w14:textId="77777777" w:rsidR="005D77C6" w:rsidRDefault="005D77C6" w:rsidP="005D77C6"/>
    <w:p w14:paraId="2055350A"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7FE085CA" w14:textId="77777777" w:rsidR="005D77C6" w:rsidRDefault="005D77C6" w:rsidP="005D77C6"/>
    <w:p w14:paraId="63798952" w14:textId="77777777" w:rsidR="005D77C6" w:rsidRDefault="005D77C6" w:rsidP="005D77C6">
      <w:r>
        <w:t>22808</w:t>
      </w:r>
    </w:p>
    <w:p w14:paraId="48960134" w14:textId="77777777" w:rsidR="005D77C6" w:rsidRDefault="005D77C6" w:rsidP="005D77C6"/>
    <w:p w14:paraId="3DB90FBE" w14:textId="77777777" w:rsidR="005D77C6" w:rsidRDefault="005D77C6" w:rsidP="005D77C6">
      <w:r>
        <w:t>113</w:t>
      </w:r>
    </w:p>
    <w:p w14:paraId="7F9DBC6B" w14:textId="77777777" w:rsidR="005D77C6" w:rsidRDefault="005D77C6" w:rsidP="005D77C6"/>
    <w:p w14:paraId="61525140" w14:textId="77777777" w:rsidR="005D77C6" w:rsidRDefault="005D77C6" w:rsidP="005D77C6">
      <w:r>
        <w:t xml:space="preserve">Oğuz Uğur </w:t>
      </w:r>
      <w:proofErr w:type="spellStart"/>
      <w:r>
        <w:t>Olca</w:t>
      </w:r>
      <w:proofErr w:type="spellEnd"/>
    </w:p>
    <w:p w14:paraId="2E03F22C" w14:textId="77777777" w:rsidR="005D77C6" w:rsidRDefault="005D77C6" w:rsidP="005D77C6"/>
    <w:p w14:paraId="686E475E"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69B4C2A1" w14:textId="77777777" w:rsidR="005D77C6" w:rsidRDefault="005D77C6" w:rsidP="005D77C6"/>
    <w:p w14:paraId="569B8064" w14:textId="77777777" w:rsidR="005D77C6" w:rsidRDefault="005D77C6" w:rsidP="005D77C6">
      <w:proofErr w:type="spellStart"/>
      <w:r>
        <w:t>غير</w:t>
      </w:r>
      <w:proofErr w:type="spellEnd"/>
      <w:r>
        <w:t xml:space="preserve"> </w:t>
      </w:r>
      <w:proofErr w:type="spellStart"/>
      <w:r>
        <w:t>مذكور</w:t>
      </w:r>
      <w:proofErr w:type="spellEnd"/>
    </w:p>
    <w:p w14:paraId="2699575E" w14:textId="77777777" w:rsidR="005D77C6" w:rsidRDefault="005D77C6" w:rsidP="005D77C6"/>
    <w:p w14:paraId="63B97F39" w14:textId="77777777" w:rsidR="005D77C6" w:rsidRDefault="005D77C6" w:rsidP="005D77C6">
      <w:r>
        <w:t>114</w:t>
      </w:r>
    </w:p>
    <w:p w14:paraId="5E5291E2" w14:textId="77777777" w:rsidR="005D77C6" w:rsidRDefault="005D77C6" w:rsidP="005D77C6"/>
    <w:p w14:paraId="20B385B0" w14:textId="77777777" w:rsidR="005D77C6" w:rsidRDefault="005D77C6" w:rsidP="005D77C6">
      <w:r>
        <w:t>Güler Güney</w:t>
      </w:r>
    </w:p>
    <w:p w14:paraId="221C6AB6" w14:textId="77777777" w:rsidR="005D77C6" w:rsidRDefault="005D77C6" w:rsidP="005D77C6"/>
    <w:p w14:paraId="37367D51"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407264EB" w14:textId="77777777" w:rsidR="005D77C6" w:rsidRDefault="005D77C6" w:rsidP="005D77C6"/>
    <w:p w14:paraId="7F9652B3" w14:textId="77777777" w:rsidR="005D77C6" w:rsidRDefault="005D77C6" w:rsidP="005D77C6">
      <w:r>
        <w:t>22808</w:t>
      </w:r>
    </w:p>
    <w:p w14:paraId="44EF9A3C" w14:textId="77777777" w:rsidR="005D77C6" w:rsidRDefault="005D77C6" w:rsidP="005D77C6"/>
    <w:p w14:paraId="36FCB75B" w14:textId="77777777" w:rsidR="005D77C6" w:rsidRDefault="005D77C6" w:rsidP="005D77C6">
      <w:r>
        <w:t>115</w:t>
      </w:r>
    </w:p>
    <w:p w14:paraId="1812E372" w14:textId="77777777" w:rsidR="005D77C6" w:rsidRDefault="005D77C6" w:rsidP="005D77C6"/>
    <w:p w14:paraId="27AC4789" w14:textId="77777777" w:rsidR="005D77C6" w:rsidRDefault="005D77C6" w:rsidP="005D77C6">
      <w:r>
        <w:t xml:space="preserve">Fatma </w:t>
      </w:r>
      <w:proofErr w:type="spellStart"/>
      <w:r>
        <w:t>Hoşgör</w:t>
      </w:r>
      <w:proofErr w:type="spellEnd"/>
      <w:r>
        <w:t xml:space="preserve"> </w:t>
      </w:r>
      <w:proofErr w:type="spellStart"/>
      <w:r>
        <w:t>Tekeşin</w:t>
      </w:r>
      <w:proofErr w:type="spellEnd"/>
    </w:p>
    <w:p w14:paraId="17411250" w14:textId="77777777" w:rsidR="005D77C6" w:rsidRDefault="005D77C6" w:rsidP="005D77C6"/>
    <w:p w14:paraId="36683BBD"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إسطنبول</w:t>
      </w:r>
      <w:proofErr w:type="spellEnd"/>
    </w:p>
    <w:p w14:paraId="57C88FBC" w14:textId="77777777" w:rsidR="005D77C6" w:rsidRDefault="005D77C6" w:rsidP="005D77C6"/>
    <w:p w14:paraId="443F037A" w14:textId="77777777" w:rsidR="005D77C6" w:rsidRDefault="005D77C6" w:rsidP="005D77C6">
      <w:r>
        <w:t>28997</w:t>
      </w:r>
    </w:p>
    <w:p w14:paraId="4075338A" w14:textId="77777777" w:rsidR="005D77C6" w:rsidRDefault="005D77C6" w:rsidP="005D77C6"/>
    <w:p w14:paraId="6B471543" w14:textId="77777777" w:rsidR="005D77C6" w:rsidRDefault="005D77C6" w:rsidP="005D77C6">
      <w:r>
        <w:t>116</w:t>
      </w:r>
    </w:p>
    <w:p w14:paraId="2107AD45" w14:textId="77777777" w:rsidR="005D77C6" w:rsidRDefault="005D77C6" w:rsidP="005D77C6"/>
    <w:p w14:paraId="3E8EE258" w14:textId="77777777" w:rsidR="005D77C6" w:rsidRDefault="005D77C6" w:rsidP="005D77C6">
      <w:r>
        <w:t xml:space="preserve">Ebru </w:t>
      </w:r>
      <w:proofErr w:type="spellStart"/>
      <w:r>
        <w:t>Erginbay</w:t>
      </w:r>
      <w:proofErr w:type="spellEnd"/>
    </w:p>
    <w:p w14:paraId="0A8E1F3E" w14:textId="77777777" w:rsidR="005D77C6" w:rsidRDefault="005D77C6" w:rsidP="005D77C6"/>
    <w:p w14:paraId="095135C3"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موغلا</w:t>
      </w:r>
      <w:proofErr w:type="spellEnd"/>
    </w:p>
    <w:p w14:paraId="0B884213" w14:textId="77777777" w:rsidR="005D77C6" w:rsidRDefault="005D77C6" w:rsidP="005D77C6"/>
    <w:p w14:paraId="055B8A47" w14:textId="77777777" w:rsidR="005D77C6" w:rsidRDefault="005D77C6" w:rsidP="005D77C6">
      <w:proofErr w:type="spellStart"/>
      <w:r>
        <w:t>غير</w:t>
      </w:r>
      <w:proofErr w:type="spellEnd"/>
      <w:r>
        <w:t xml:space="preserve"> </w:t>
      </w:r>
      <w:proofErr w:type="spellStart"/>
      <w:r>
        <w:t>مذكور</w:t>
      </w:r>
      <w:proofErr w:type="spellEnd"/>
    </w:p>
    <w:p w14:paraId="23D48230" w14:textId="77777777" w:rsidR="005D77C6" w:rsidRDefault="005D77C6" w:rsidP="005D77C6"/>
    <w:p w14:paraId="2A932E5A" w14:textId="77777777" w:rsidR="005D77C6" w:rsidRDefault="005D77C6" w:rsidP="005D77C6">
      <w:r>
        <w:t>117</w:t>
      </w:r>
    </w:p>
    <w:p w14:paraId="6B65EE09" w14:textId="77777777" w:rsidR="005D77C6" w:rsidRDefault="005D77C6" w:rsidP="005D77C6"/>
    <w:p w14:paraId="4069CA14" w14:textId="77777777" w:rsidR="005D77C6" w:rsidRDefault="005D77C6" w:rsidP="005D77C6">
      <w:r>
        <w:t xml:space="preserve">Şenay </w:t>
      </w:r>
      <w:proofErr w:type="spellStart"/>
      <w:r>
        <w:t>Çöte</w:t>
      </w:r>
      <w:proofErr w:type="spellEnd"/>
    </w:p>
    <w:p w14:paraId="357A3004" w14:textId="77777777" w:rsidR="005D77C6" w:rsidRDefault="005D77C6" w:rsidP="005D77C6"/>
    <w:p w14:paraId="2B90DF9F" w14:textId="77777777" w:rsidR="005D77C6" w:rsidRDefault="005D77C6" w:rsidP="005D77C6">
      <w:proofErr w:type="spellStart"/>
      <w:r>
        <w:t>نقابة</w:t>
      </w:r>
      <w:proofErr w:type="spellEnd"/>
      <w:r>
        <w:t xml:space="preserve"> </w:t>
      </w:r>
      <w:proofErr w:type="spellStart"/>
      <w:r>
        <w:t>محامي</w:t>
      </w:r>
      <w:proofErr w:type="spellEnd"/>
      <w:r>
        <w:t xml:space="preserve"> </w:t>
      </w:r>
      <w:proofErr w:type="spellStart"/>
      <w:r>
        <w:t>إزمير</w:t>
      </w:r>
      <w:proofErr w:type="spellEnd"/>
    </w:p>
    <w:p w14:paraId="6FDFAC41" w14:textId="77777777" w:rsidR="005D77C6" w:rsidRDefault="005D77C6" w:rsidP="005D77C6"/>
    <w:p w14:paraId="72E01D1E" w14:textId="77777777" w:rsidR="005D77C6" w:rsidRDefault="005D77C6" w:rsidP="005D77C6">
      <w:r>
        <w:t>11081</w:t>
      </w:r>
    </w:p>
    <w:p w14:paraId="1AC9EA22" w14:textId="77777777" w:rsidR="005D77C6" w:rsidRDefault="005D77C6" w:rsidP="005D77C6"/>
    <w:p w14:paraId="4DF8B25C" w14:textId="4F27D2EC" w:rsidR="005D77C6" w:rsidRDefault="005D77C6" w:rsidP="005D77C6">
      <w:proofErr w:type="spellStart"/>
      <w:r>
        <w:t>الصفحة</w:t>
      </w:r>
      <w:proofErr w:type="spellEnd"/>
    </w:p>
    <w:p w14:paraId="5EEACCE4" w14:textId="77777777" w:rsidR="005D77C6" w:rsidRDefault="005D77C6" w:rsidP="005D77C6"/>
    <w:p w14:paraId="0ADCD9DF" w14:textId="77777777" w:rsidR="005D77C6" w:rsidRDefault="005D77C6" w:rsidP="005D77C6"/>
    <w:p w14:paraId="4E9C4C52" w14:textId="77777777" w:rsidR="005D77C6" w:rsidRDefault="005D77C6" w:rsidP="005D77C6"/>
    <w:p w14:paraId="026B7136" w14:textId="77777777" w:rsidR="005D77C6" w:rsidRDefault="005D77C6" w:rsidP="005D77C6"/>
    <w:p w14:paraId="1040DA1F" w14:textId="77777777" w:rsidR="005D77C6" w:rsidRDefault="005D77C6" w:rsidP="005D77C6"/>
    <w:p w14:paraId="4BBF9937" w14:textId="77777777" w:rsidR="005D77C6" w:rsidRDefault="005D77C6" w:rsidP="005D77C6"/>
    <w:p w14:paraId="25C0DBB1" w14:textId="77777777" w:rsidR="005D77C6" w:rsidRDefault="005D77C6" w:rsidP="005D77C6"/>
    <w:p w14:paraId="362F09A3" w14:textId="77777777" w:rsidR="005D77C6" w:rsidRDefault="005D77C6" w:rsidP="005D77C6"/>
    <w:p w14:paraId="7C074322" w14:textId="77777777" w:rsidR="005D77C6" w:rsidRDefault="005D77C6" w:rsidP="005D77C6"/>
    <w:p w14:paraId="5B52ADA0" w14:textId="77777777" w:rsidR="005D77C6" w:rsidRDefault="005D77C6" w:rsidP="005D77C6"/>
    <w:p w14:paraId="40EEA13D" w14:textId="77777777" w:rsidR="005D77C6" w:rsidRDefault="005D77C6" w:rsidP="005D77C6"/>
    <w:p w14:paraId="7A70BDC4" w14:textId="77777777" w:rsidR="005D77C6" w:rsidRDefault="005D77C6" w:rsidP="005D77C6"/>
    <w:p w14:paraId="259124FB" w14:textId="77777777" w:rsidR="005D77C6" w:rsidRDefault="005D77C6" w:rsidP="005D77C6"/>
    <w:p w14:paraId="787D060D" w14:textId="77777777" w:rsidR="005D77C6" w:rsidRDefault="005D77C6" w:rsidP="005D77C6"/>
    <w:p w14:paraId="0A4448B6" w14:textId="77777777" w:rsidR="005D77C6" w:rsidRDefault="005D77C6" w:rsidP="005D77C6"/>
    <w:p w14:paraId="19328C95" w14:textId="77777777" w:rsidR="005D77C6" w:rsidRDefault="005D77C6" w:rsidP="005D77C6"/>
    <w:p w14:paraId="396EF1E9" w14:textId="77777777" w:rsidR="005D77C6" w:rsidRDefault="005D77C6" w:rsidP="005D77C6"/>
    <w:p w14:paraId="60802064" w14:textId="77777777" w:rsidR="005D77C6" w:rsidRDefault="005D77C6" w:rsidP="005D77C6"/>
    <w:p w14:paraId="5523FF26" w14:textId="77777777" w:rsidR="005D77C6" w:rsidRDefault="005D77C6" w:rsidP="005D77C6"/>
    <w:p w14:paraId="62A7D7F8" w14:textId="77777777" w:rsidR="005D77C6" w:rsidRDefault="005D77C6" w:rsidP="005D77C6"/>
    <w:p w14:paraId="339AEE1D" w14:textId="77777777" w:rsidR="005D77C6" w:rsidRDefault="005D77C6" w:rsidP="005D77C6"/>
    <w:p w14:paraId="73D16C4D" w14:textId="77777777" w:rsidR="005D77C6" w:rsidRDefault="005D77C6" w:rsidP="005D77C6">
      <w:r>
        <w:t>DEMANDE CONJOINTE DES AVOCATS</w:t>
      </w:r>
    </w:p>
    <w:p w14:paraId="4434BC82" w14:textId="77777777" w:rsidR="005D77C6" w:rsidRDefault="005D77C6" w:rsidP="005D77C6"/>
    <w:p w14:paraId="3630AEDA" w14:textId="77777777" w:rsidR="005D77C6" w:rsidRDefault="005D77C6" w:rsidP="005D77C6">
      <w:r>
        <w:t>DEMANDE CONJOINTE RELATIVE À L’EXÉCUTION EFFECTIVE DE LA JUSTICE PÉNALE INTERNATIONALE ET AU SUIVI DE LA PROCÉDURE DE MANDAT D’ARRÊT / NOTICE ROUGE INTERPOL CONCERNANT BENJAMIN NETANYAHU</w:t>
      </w:r>
    </w:p>
    <w:p w14:paraId="04B0C30E" w14:textId="77777777" w:rsidR="005D77C6" w:rsidRDefault="005D77C6" w:rsidP="005D77C6"/>
    <w:p w14:paraId="0C37AC1B" w14:textId="77777777" w:rsidR="005D77C6" w:rsidRDefault="005D77C6" w:rsidP="005D77C6">
      <w:r>
        <w:t>117 AVOCATS SIGNATAIRES</w:t>
      </w:r>
    </w:p>
    <w:p w14:paraId="4ED24E3E" w14:textId="77777777" w:rsidR="005D77C6" w:rsidRDefault="005D77C6" w:rsidP="005D77C6"/>
    <w:p w14:paraId="75107078" w14:textId="77777777" w:rsidR="005D77C6" w:rsidRDefault="005D77C6" w:rsidP="005D77C6">
      <w:proofErr w:type="spellStart"/>
      <w:r>
        <w:t>Adresse</w:t>
      </w:r>
      <w:proofErr w:type="spellEnd"/>
      <w:r>
        <w:t xml:space="preserve"> commune de </w:t>
      </w:r>
      <w:proofErr w:type="spellStart"/>
      <w:r>
        <w:t>correspondance</w:t>
      </w:r>
      <w:proofErr w:type="spellEnd"/>
      <w:r>
        <w:t xml:space="preserve"> : Av. </w:t>
      </w:r>
      <w:proofErr w:type="spellStart"/>
      <w:r>
        <w:t>Hıdır</w:t>
      </w:r>
      <w:proofErr w:type="spellEnd"/>
      <w:r>
        <w:t xml:space="preserve"> </w:t>
      </w:r>
      <w:proofErr w:type="spellStart"/>
      <w:r>
        <w:t>Kırkıcı</w:t>
      </w:r>
      <w:proofErr w:type="spellEnd"/>
      <w:r>
        <w:t xml:space="preserve"> - Av. </w:t>
      </w:r>
      <w:proofErr w:type="spellStart"/>
      <w:r>
        <w:t>Senih</w:t>
      </w:r>
      <w:proofErr w:type="spellEnd"/>
      <w:r>
        <w:t xml:space="preserve"> Özay, Gazi Kemal Mah., 1308 Sok. No: 36-38, Çam </w:t>
      </w:r>
      <w:proofErr w:type="spellStart"/>
      <w:r>
        <w:t>Stüdyo</w:t>
      </w:r>
      <w:proofErr w:type="spellEnd"/>
      <w:r>
        <w:t xml:space="preserve"> </w:t>
      </w:r>
      <w:proofErr w:type="spellStart"/>
      <w:r>
        <w:t>Daireleri</w:t>
      </w:r>
      <w:proofErr w:type="spellEnd"/>
      <w:r>
        <w:t xml:space="preserve"> No: 19, Merkez / </w:t>
      </w:r>
      <w:proofErr w:type="spellStart"/>
      <w:r>
        <w:t>Isparta</w:t>
      </w:r>
      <w:proofErr w:type="spellEnd"/>
      <w:r>
        <w:t>, Türkiye</w:t>
      </w:r>
    </w:p>
    <w:p w14:paraId="12B7A488" w14:textId="77777777" w:rsidR="005D77C6" w:rsidRDefault="005D77C6" w:rsidP="005D77C6"/>
    <w:p w14:paraId="2A2FAF7A" w14:textId="77777777" w:rsidR="005D77C6" w:rsidRDefault="005D77C6" w:rsidP="005D77C6">
      <w:proofErr w:type="spellStart"/>
      <w:r>
        <w:t>Téléphone</w:t>
      </w:r>
      <w:proofErr w:type="spellEnd"/>
      <w:r>
        <w:t xml:space="preserve"> portable : +90 532 656 08 09</w:t>
      </w:r>
    </w:p>
    <w:p w14:paraId="026BAC66" w14:textId="77777777" w:rsidR="005D77C6" w:rsidRDefault="005D77C6" w:rsidP="005D77C6"/>
    <w:p w14:paraId="77C166B2" w14:textId="77777777" w:rsidR="005D77C6" w:rsidRDefault="005D77C6" w:rsidP="005D77C6">
      <w:proofErr w:type="spellStart"/>
      <w:r>
        <w:t>Courriel</w:t>
      </w:r>
      <w:proofErr w:type="spellEnd"/>
      <w:r>
        <w:t xml:space="preserve"> : avsenih@gmail.com</w:t>
      </w:r>
    </w:p>
    <w:p w14:paraId="518DA9DC" w14:textId="77777777" w:rsidR="005D77C6" w:rsidRDefault="005D77C6" w:rsidP="005D77C6"/>
    <w:p w14:paraId="42BA3CC1" w14:textId="77777777" w:rsidR="005D77C6" w:rsidRDefault="005D77C6" w:rsidP="005D77C6">
      <w:r>
        <w:t xml:space="preserve">Livre </w:t>
      </w:r>
      <w:proofErr w:type="spellStart"/>
      <w:r>
        <w:t>électronique</w:t>
      </w:r>
      <w:proofErr w:type="spellEnd"/>
      <w:r>
        <w:t xml:space="preserve"> / Site internet : https://senihozay.com</w:t>
      </w:r>
    </w:p>
    <w:p w14:paraId="7DB99E2A" w14:textId="77777777" w:rsidR="005D77C6" w:rsidRDefault="005D77C6" w:rsidP="005D77C6"/>
    <w:p w14:paraId="54F59A3B" w14:textId="77777777" w:rsidR="005D77C6" w:rsidRDefault="005D77C6" w:rsidP="005D77C6">
      <w:r>
        <w:t>DESTINATAIRES</w:t>
      </w:r>
    </w:p>
    <w:p w14:paraId="6D2AB5B4" w14:textId="77777777" w:rsidR="005D77C6" w:rsidRDefault="005D77C6" w:rsidP="005D77C6"/>
    <w:p w14:paraId="1A89A64A" w14:textId="77777777" w:rsidR="005D77C6" w:rsidRDefault="005D77C6" w:rsidP="005D77C6">
      <w:r>
        <w:t>N°</w:t>
      </w:r>
    </w:p>
    <w:p w14:paraId="2DBD2DF0" w14:textId="77777777" w:rsidR="005D77C6" w:rsidRDefault="005D77C6" w:rsidP="005D77C6"/>
    <w:p w14:paraId="4D982DD9" w14:textId="77777777" w:rsidR="005D77C6" w:rsidRDefault="005D77C6" w:rsidP="005D77C6">
      <w:r>
        <w:t>Institution</w:t>
      </w:r>
    </w:p>
    <w:p w14:paraId="6223B99E" w14:textId="77777777" w:rsidR="005D77C6" w:rsidRDefault="005D77C6" w:rsidP="005D77C6"/>
    <w:p w14:paraId="0F94CFCC" w14:textId="77777777" w:rsidR="005D77C6" w:rsidRDefault="005D77C6" w:rsidP="005D77C6">
      <w:proofErr w:type="spellStart"/>
      <w:r>
        <w:t>Adresse</w:t>
      </w:r>
      <w:proofErr w:type="spellEnd"/>
      <w:r>
        <w:t xml:space="preserve"> / </w:t>
      </w:r>
      <w:proofErr w:type="spellStart"/>
      <w:r>
        <w:t>Coordonnées</w:t>
      </w:r>
      <w:proofErr w:type="spellEnd"/>
    </w:p>
    <w:p w14:paraId="5AF48014" w14:textId="77777777" w:rsidR="005D77C6" w:rsidRDefault="005D77C6" w:rsidP="005D77C6"/>
    <w:p w14:paraId="70E2573B" w14:textId="77777777" w:rsidR="005D77C6" w:rsidRDefault="005D77C6" w:rsidP="005D77C6">
      <w:r>
        <w:t>1</w:t>
      </w:r>
    </w:p>
    <w:p w14:paraId="363955B7" w14:textId="77777777" w:rsidR="005D77C6" w:rsidRDefault="005D77C6" w:rsidP="005D77C6"/>
    <w:p w14:paraId="509A1AE1" w14:textId="77777777" w:rsidR="005D77C6" w:rsidRDefault="005D77C6" w:rsidP="005D77C6">
      <w:r>
        <w:t xml:space="preserve">11e Cour </w:t>
      </w:r>
      <w:proofErr w:type="spellStart"/>
      <w:r>
        <w:t>d’assises</w:t>
      </w:r>
      <w:proofErr w:type="spellEnd"/>
      <w:r>
        <w:t xml:space="preserve"> </w:t>
      </w:r>
      <w:proofErr w:type="spellStart"/>
      <w:r>
        <w:t>d’Istanbul</w:t>
      </w:r>
      <w:proofErr w:type="spellEnd"/>
    </w:p>
    <w:p w14:paraId="43061BEE" w14:textId="77777777" w:rsidR="005D77C6" w:rsidRDefault="005D77C6" w:rsidP="005D77C6"/>
    <w:p w14:paraId="5C6A4C68" w14:textId="77777777" w:rsidR="005D77C6" w:rsidRDefault="005D77C6" w:rsidP="005D77C6">
      <w:r>
        <w:t xml:space="preserve">Palais de justice </w:t>
      </w:r>
      <w:proofErr w:type="spellStart"/>
      <w:r>
        <w:t>d’Istanbul</w:t>
      </w:r>
      <w:proofErr w:type="spellEnd"/>
      <w:r>
        <w:t xml:space="preserve">, bloc C1, 1er étage, salle 149, Çağlayan / </w:t>
      </w:r>
      <w:proofErr w:type="spellStart"/>
      <w:r>
        <w:t>Şişli</w:t>
      </w:r>
      <w:proofErr w:type="spellEnd"/>
      <w:r>
        <w:t xml:space="preserve"> / Istanbul, Türkiye</w:t>
      </w:r>
    </w:p>
    <w:p w14:paraId="75020E8A" w14:textId="77777777" w:rsidR="005D77C6" w:rsidRDefault="005D77C6" w:rsidP="005D77C6">
      <w:proofErr w:type="spellStart"/>
      <w:r>
        <w:t>Tél</w:t>
      </w:r>
      <w:proofErr w:type="spellEnd"/>
      <w:r>
        <w:t>. : +90 212 568 30 - 568 31 - 568 32</w:t>
      </w:r>
    </w:p>
    <w:p w14:paraId="6AF4BF63" w14:textId="77777777" w:rsidR="005D77C6" w:rsidRDefault="005D77C6" w:rsidP="005D77C6"/>
    <w:p w14:paraId="4A5F3186" w14:textId="77777777" w:rsidR="005D77C6" w:rsidRDefault="005D77C6" w:rsidP="005D77C6">
      <w:r>
        <w:t>2</w:t>
      </w:r>
    </w:p>
    <w:p w14:paraId="40FBC58F" w14:textId="77777777" w:rsidR="005D77C6" w:rsidRDefault="005D77C6" w:rsidP="005D77C6"/>
    <w:p w14:paraId="15D6DDA9" w14:textId="77777777" w:rsidR="005D77C6" w:rsidRDefault="005D77C6" w:rsidP="005D77C6">
      <w:proofErr w:type="spellStart"/>
      <w:r>
        <w:t>Secrétariat</w:t>
      </w:r>
      <w:proofErr w:type="spellEnd"/>
      <w:r>
        <w:t xml:space="preserve"> </w:t>
      </w:r>
      <w:proofErr w:type="spellStart"/>
      <w:r>
        <w:t>général</w:t>
      </w:r>
      <w:proofErr w:type="spellEnd"/>
      <w:r>
        <w:t xml:space="preserve"> </w:t>
      </w:r>
      <w:proofErr w:type="spellStart"/>
      <w:r>
        <w:t>d’INTERPOL</w:t>
      </w:r>
      <w:proofErr w:type="spellEnd"/>
    </w:p>
    <w:p w14:paraId="6F0266A5" w14:textId="77777777" w:rsidR="005D77C6" w:rsidRDefault="005D77C6" w:rsidP="005D77C6"/>
    <w:p w14:paraId="4A28C85E" w14:textId="77777777" w:rsidR="005D77C6" w:rsidRDefault="005D77C6" w:rsidP="005D77C6">
      <w:r>
        <w:t>200 Quai Charles de Gaulle, 69006 Lyon, France</w:t>
      </w:r>
    </w:p>
    <w:p w14:paraId="199BA4E1" w14:textId="77777777" w:rsidR="005D77C6" w:rsidRDefault="005D77C6" w:rsidP="005D77C6">
      <w:proofErr w:type="spellStart"/>
      <w:r>
        <w:t>Tél</w:t>
      </w:r>
      <w:proofErr w:type="spellEnd"/>
      <w:r>
        <w:t>. : +33 4 72 44 70 00 | Fax : +33 4 72 44 71 63</w:t>
      </w:r>
    </w:p>
    <w:p w14:paraId="03110058" w14:textId="77777777" w:rsidR="005D77C6" w:rsidRDefault="005D77C6" w:rsidP="005D77C6"/>
    <w:p w14:paraId="3E46D0B6" w14:textId="77777777" w:rsidR="005D77C6" w:rsidRDefault="005D77C6" w:rsidP="005D77C6">
      <w:r>
        <w:t>3</w:t>
      </w:r>
    </w:p>
    <w:p w14:paraId="3DC1BE6C" w14:textId="77777777" w:rsidR="005D77C6" w:rsidRDefault="005D77C6" w:rsidP="005D77C6"/>
    <w:p w14:paraId="4CB2F9B8" w14:textId="77777777" w:rsidR="005D77C6" w:rsidRDefault="005D77C6" w:rsidP="005D77C6">
      <w:r>
        <w:t xml:space="preserve">Cour </w:t>
      </w:r>
      <w:proofErr w:type="spellStart"/>
      <w:r>
        <w:t>pénale</w:t>
      </w:r>
      <w:proofErr w:type="spellEnd"/>
      <w:r>
        <w:t xml:space="preserve"> </w:t>
      </w:r>
      <w:proofErr w:type="spellStart"/>
      <w:r>
        <w:t>internationale</w:t>
      </w:r>
      <w:proofErr w:type="spellEnd"/>
      <w:r>
        <w:t xml:space="preserve"> (CPI)</w:t>
      </w:r>
    </w:p>
    <w:p w14:paraId="0922E270" w14:textId="77777777" w:rsidR="005D77C6" w:rsidRDefault="005D77C6" w:rsidP="005D77C6"/>
    <w:p w14:paraId="1A5586F5" w14:textId="77777777" w:rsidR="005D77C6" w:rsidRDefault="005D77C6" w:rsidP="005D77C6">
      <w:r>
        <w:lastRenderedPageBreak/>
        <w:t xml:space="preserve">Oude </w:t>
      </w:r>
      <w:proofErr w:type="spellStart"/>
      <w:r>
        <w:t>Waalsdorperweg</w:t>
      </w:r>
      <w:proofErr w:type="spellEnd"/>
      <w:r>
        <w:t xml:space="preserve"> 10, 2597 AK La Haye, Pays-Bas</w:t>
      </w:r>
    </w:p>
    <w:p w14:paraId="5E27152E" w14:textId="77777777" w:rsidR="005D77C6" w:rsidRDefault="005D77C6" w:rsidP="005D77C6">
      <w:r>
        <w:t>Site internet : www.icc-cpi.int</w:t>
      </w:r>
    </w:p>
    <w:p w14:paraId="1C647E0C" w14:textId="77777777" w:rsidR="005D77C6" w:rsidRDefault="005D77C6" w:rsidP="005D77C6"/>
    <w:p w14:paraId="56446142" w14:textId="77777777" w:rsidR="005D77C6" w:rsidRDefault="005D77C6" w:rsidP="005D77C6">
      <w:r>
        <w:t>4</w:t>
      </w:r>
    </w:p>
    <w:p w14:paraId="18540515" w14:textId="77777777" w:rsidR="005D77C6" w:rsidRDefault="005D77C6" w:rsidP="005D77C6"/>
    <w:p w14:paraId="6A53C3E1" w14:textId="77777777" w:rsidR="005D77C6" w:rsidRDefault="005D77C6" w:rsidP="005D77C6">
      <w:r>
        <w:t xml:space="preserve">Conseil de </w:t>
      </w:r>
      <w:proofErr w:type="spellStart"/>
      <w:r>
        <w:t>l’Europe</w:t>
      </w:r>
      <w:proofErr w:type="spellEnd"/>
      <w:r>
        <w:t xml:space="preserve"> - Direction des affaires politiques et des relations </w:t>
      </w:r>
      <w:proofErr w:type="spellStart"/>
      <w:r>
        <w:t>extérieures</w:t>
      </w:r>
      <w:proofErr w:type="spellEnd"/>
    </w:p>
    <w:p w14:paraId="2A8E72FE" w14:textId="77777777" w:rsidR="005D77C6" w:rsidRDefault="005D77C6" w:rsidP="005D77C6"/>
    <w:p w14:paraId="35DE5576" w14:textId="77777777" w:rsidR="005D77C6" w:rsidRDefault="005D77C6" w:rsidP="005D77C6">
      <w:r>
        <w:t xml:space="preserve">Conseil de </w:t>
      </w:r>
      <w:proofErr w:type="spellStart"/>
      <w:r>
        <w:t>l’Europe</w:t>
      </w:r>
      <w:proofErr w:type="spellEnd"/>
      <w:r>
        <w:t xml:space="preserve">, Avenue de </w:t>
      </w:r>
      <w:proofErr w:type="spellStart"/>
      <w:r>
        <w:t>l’Europe</w:t>
      </w:r>
      <w:proofErr w:type="spellEnd"/>
      <w:r>
        <w:t>, F-67075 Strasbourg Cedex, France</w:t>
      </w:r>
    </w:p>
    <w:p w14:paraId="2D816BE1" w14:textId="77777777" w:rsidR="005D77C6" w:rsidRDefault="005D77C6" w:rsidP="005D77C6"/>
    <w:p w14:paraId="591472AD" w14:textId="77777777" w:rsidR="005D77C6" w:rsidRDefault="005D77C6" w:rsidP="005D77C6">
      <w:r>
        <w:t>5</w:t>
      </w:r>
    </w:p>
    <w:p w14:paraId="00802BD2" w14:textId="77777777" w:rsidR="005D77C6" w:rsidRDefault="005D77C6" w:rsidP="005D77C6"/>
    <w:p w14:paraId="501DCA04" w14:textId="77777777" w:rsidR="005D77C6" w:rsidRDefault="005D77C6" w:rsidP="005D77C6">
      <w:r>
        <w:t xml:space="preserve">Bureau du </w:t>
      </w:r>
      <w:proofErr w:type="spellStart"/>
      <w:r>
        <w:t>Secrétaire</w:t>
      </w:r>
      <w:proofErr w:type="spellEnd"/>
      <w:r>
        <w:t xml:space="preserve"> </w:t>
      </w:r>
      <w:proofErr w:type="spellStart"/>
      <w:r>
        <w:t>général</w:t>
      </w:r>
      <w:proofErr w:type="spellEnd"/>
      <w:r>
        <w:t xml:space="preserve"> de </w:t>
      </w:r>
      <w:proofErr w:type="spellStart"/>
      <w:r>
        <w:t>l’Organisation</w:t>
      </w:r>
      <w:proofErr w:type="spellEnd"/>
      <w:r>
        <w:t xml:space="preserve"> des Nations </w:t>
      </w:r>
      <w:proofErr w:type="spellStart"/>
      <w:r>
        <w:t>Unies</w:t>
      </w:r>
      <w:proofErr w:type="spellEnd"/>
    </w:p>
    <w:p w14:paraId="21DBD42C" w14:textId="77777777" w:rsidR="005D77C6" w:rsidRDefault="005D77C6" w:rsidP="005D77C6"/>
    <w:p w14:paraId="09675D53" w14:textId="77777777" w:rsidR="005D77C6" w:rsidRDefault="005D77C6" w:rsidP="005D77C6">
      <w:proofErr w:type="spellStart"/>
      <w:r>
        <w:t>Siège</w:t>
      </w:r>
      <w:proofErr w:type="spellEnd"/>
      <w:r>
        <w:t xml:space="preserve"> de </w:t>
      </w:r>
      <w:proofErr w:type="spellStart"/>
      <w:r>
        <w:t>l’Organisation</w:t>
      </w:r>
      <w:proofErr w:type="spellEnd"/>
      <w:r>
        <w:t xml:space="preserve"> des Nations </w:t>
      </w:r>
      <w:proofErr w:type="spellStart"/>
      <w:r>
        <w:t>Unies</w:t>
      </w:r>
      <w:proofErr w:type="spellEnd"/>
      <w:r>
        <w:t>, 760 United Nations Plaza, New York, NY 10017, États-Unis</w:t>
      </w:r>
    </w:p>
    <w:p w14:paraId="5D73FB9D" w14:textId="77777777" w:rsidR="005D77C6" w:rsidRDefault="005D77C6" w:rsidP="005D77C6">
      <w:proofErr w:type="spellStart"/>
      <w:r>
        <w:t>Secrétaire</w:t>
      </w:r>
      <w:proofErr w:type="spellEnd"/>
      <w:r>
        <w:t xml:space="preserve"> </w:t>
      </w:r>
      <w:proofErr w:type="spellStart"/>
      <w:r>
        <w:t>général</w:t>
      </w:r>
      <w:proofErr w:type="spellEnd"/>
      <w:r>
        <w:t xml:space="preserve"> : António Guterres</w:t>
      </w:r>
    </w:p>
    <w:p w14:paraId="4588944C" w14:textId="77777777" w:rsidR="005D77C6" w:rsidRDefault="005D77C6" w:rsidP="005D77C6"/>
    <w:p w14:paraId="23ADEE6B" w14:textId="77777777" w:rsidR="005D77C6" w:rsidRDefault="005D77C6" w:rsidP="005D77C6">
      <w:r>
        <w:t>6</w:t>
      </w:r>
    </w:p>
    <w:p w14:paraId="62A04B4C" w14:textId="77777777" w:rsidR="005D77C6" w:rsidRDefault="005D77C6" w:rsidP="005D77C6"/>
    <w:p w14:paraId="3A7586F0" w14:textId="77777777" w:rsidR="005D77C6" w:rsidRDefault="005D77C6" w:rsidP="005D77C6">
      <w:r>
        <w:t xml:space="preserve">Union des </w:t>
      </w:r>
      <w:proofErr w:type="spellStart"/>
      <w:r>
        <w:t>barreaux</w:t>
      </w:r>
      <w:proofErr w:type="spellEnd"/>
      <w:r>
        <w:t xml:space="preserve"> de Türkiye</w:t>
      </w:r>
    </w:p>
    <w:p w14:paraId="49C68758" w14:textId="77777777" w:rsidR="005D77C6" w:rsidRDefault="005D77C6" w:rsidP="005D77C6"/>
    <w:p w14:paraId="604312DC" w14:textId="77777777" w:rsidR="005D77C6" w:rsidRDefault="005D77C6" w:rsidP="005D77C6">
      <w:proofErr w:type="spellStart"/>
      <w:r>
        <w:t>Oğuzlar</w:t>
      </w:r>
      <w:proofErr w:type="spellEnd"/>
      <w:r>
        <w:t xml:space="preserve"> Mah., Barış </w:t>
      </w:r>
      <w:proofErr w:type="spellStart"/>
      <w:r>
        <w:t>Manço</w:t>
      </w:r>
      <w:proofErr w:type="spellEnd"/>
      <w:r>
        <w:t xml:space="preserve"> Cad., Av. Özdemir Özok Sok. No. 8, 06520 </w:t>
      </w:r>
      <w:proofErr w:type="spellStart"/>
      <w:r>
        <w:t>Balgat</w:t>
      </w:r>
      <w:proofErr w:type="spellEnd"/>
      <w:r>
        <w:t xml:space="preserve"> / Çankaya / Ankara, Türkiye</w:t>
      </w:r>
    </w:p>
    <w:p w14:paraId="08375E3D" w14:textId="77777777" w:rsidR="005D77C6" w:rsidRDefault="005D77C6" w:rsidP="005D77C6">
      <w:proofErr w:type="spellStart"/>
      <w:r>
        <w:t>Tél</w:t>
      </w:r>
      <w:proofErr w:type="spellEnd"/>
      <w:r>
        <w:t>. : +90 312 292 59 00</w:t>
      </w:r>
    </w:p>
    <w:p w14:paraId="4F26F53E" w14:textId="77777777" w:rsidR="005D77C6" w:rsidRDefault="005D77C6" w:rsidP="005D77C6"/>
    <w:p w14:paraId="249B3660" w14:textId="77777777" w:rsidR="005D77C6" w:rsidRDefault="005D77C6" w:rsidP="005D77C6">
      <w:r>
        <w:t>7</w:t>
      </w:r>
    </w:p>
    <w:p w14:paraId="7181B519" w14:textId="77777777" w:rsidR="005D77C6" w:rsidRDefault="005D77C6" w:rsidP="005D77C6"/>
    <w:p w14:paraId="180D7114" w14:textId="77777777" w:rsidR="005D77C6" w:rsidRDefault="005D77C6" w:rsidP="005D77C6">
      <w:r>
        <w:t xml:space="preserve">Barreau </w:t>
      </w:r>
      <w:proofErr w:type="spellStart"/>
      <w:r>
        <w:t>d’Istanbul</w:t>
      </w:r>
      <w:proofErr w:type="spellEnd"/>
    </w:p>
    <w:p w14:paraId="56B7BC72" w14:textId="77777777" w:rsidR="005D77C6" w:rsidRDefault="005D77C6" w:rsidP="005D77C6"/>
    <w:p w14:paraId="61C53362" w14:textId="77777777" w:rsidR="005D77C6" w:rsidRDefault="005D77C6" w:rsidP="005D77C6">
      <w:proofErr w:type="spellStart"/>
      <w:r>
        <w:t>İstiklal</w:t>
      </w:r>
      <w:proofErr w:type="spellEnd"/>
      <w:r>
        <w:t xml:space="preserve"> Cad., Orhan Adli Apaydın Sok. No. 2, 34430 Beyoğlu / Istanbul, Türkiye</w:t>
      </w:r>
    </w:p>
    <w:p w14:paraId="65512BDD" w14:textId="77777777" w:rsidR="005D77C6" w:rsidRDefault="005D77C6" w:rsidP="005D77C6">
      <w:proofErr w:type="spellStart"/>
      <w:r>
        <w:t>Tél</w:t>
      </w:r>
      <w:proofErr w:type="spellEnd"/>
      <w:r>
        <w:t>. : +90 212 393 07 00 - 444 18 78</w:t>
      </w:r>
    </w:p>
    <w:p w14:paraId="760CA163" w14:textId="77777777" w:rsidR="005D77C6" w:rsidRDefault="005D77C6" w:rsidP="005D77C6"/>
    <w:p w14:paraId="5D984694" w14:textId="77777777" w:rsidR="005D77C6" w:rsidRDefault="005D77C6" w:rsidP="005D77C6">
      <w:r>
        <w:t>8</w:t>
      </w:r>
    </w:p>
    <w:p w14:paraId="35D88018" w14:textId="77777777" w:rsidR="005D77C6" w:rsidRDefault="005D77C6" w:rsidP="005D77C6"/>
    <w:p w14:paraId="4DB6FAE0" w14:textId="77777777" w:rsidR="005D77C6" w:rsidRDefault="005D77C6" w:rsidP="005D77C6">
      <w:r>
        <w:t xml:space="preserve">Barreau </w:t>
      </w:r>
      <w:proofErr w:type="spellStart"/>
      <w:r>
        <w:t>d’Ankara</w:t>
      </w:r>
      <w:proofErr w:type="spellEnd"/>
    </w:p>
    <w:p w14:paraId="7FC33B43" w14:textId="77777777" w:rsidR="005D77C6" w:rsidRDefault="005D77C6" w:rsidP="005D77C6"/>
    <w:p w14:paraId="7FC57C03" w14:textId="77777777" w:rsidR="005D77C6" w:rsidRDefault="005D77C6" w:rsidP="005D77C6">
      <w:r>
        <w:t xml:space="preserve">Atatürk </w:t>
      </w:r>
      <w:proofErr w:type="spellStart"/>
      <w:r>
        <w:t>Bulvarı</w:t>
      </w:r>
      <w:proofErr w:type="spellEnd"/>
      <w:r>
        <w:t xml:space="preserve"> No. 40, Palais de justice, 5e étage, </w:t>
      </w:r>
      <w:proofErr w:type="spellStart"/>
      <w:r>
        <w:t>Sıhhiye</w:t>
      </w:r>
      <w:proofErr w:type="spellEnd"/>
      <w:r>
        <w:t xml:space="preserve"> / Ankara, Türkiye</w:t>
      </w:r>
    </w:p>
    <w:p w14:paraId="563376E6" w14:textId="77777777" w:rsidR="005D77C6" w:rsidRDefault="005D77C6" w:rsidP="005D77C6"/>
    <w:p w14:paraId="0F65407B" w14:textId="77777777" w:rsidR="005D77C6" w:rsidRDefault="005D77C6" w:rsidP="005D77C6">
      <w:r>
        <w:t>9</w:t>
      </w:r>
    </w:p>
    <w:p w14:paraId="3A6769E1" w14:textId="77777777" w:rsidR="005D77C6" w:rsidRDefault="005D77C6" w:rsidP="005D77C6"/>
    <w:p w14:paraId="2C55A33F" w14:textId="77777777" w:rsidR="005D77C6" w:rsidRDefault="005D77C6" w:rsidP="005D77C6">
      <w:r>
        <w:t xml:space="preserve">Barreau </w:t>
      </w:r>
      <w:proofErr w:type="spellStart"/>
      <w:r>
        <w:t>d’Izmir</w:t>
      </w:r>
      <w:proofErr w:type="spellEnd"/>
    </w:p>
    <w:p w14:paraId="6C647ECD" w14:textId="77777777" w:rsidR="005D77C6" w:rsidRDefault="005D77C6" w:rsidP="005D77C6"/>
    <w:p w14:paraId="66617349" w14:textId="77777777" w:rsidR="005D77C6" w:rsidRDefault="005D77C6" w:rsidP="005D77C6">
      <w:r>
        <w:t xml:space="preserve">1456 Sokak No. 14, </w:t>
      </w:r>
      <w:proofErr w:type="spellStart"/>
      <w:r>
        <w:t>Alsancak</w:t>
      </w:r>
      <w:proofErr w:type="spellEnd"/>
      <w:r>
        <w:t xml:space="preserve"> / Konak / Izmir, Türkiye</w:t>
      </w:r>
    </w:p>
    <w:p w14:paraId="43909841" w14:textId="77777777" w:rsidR="005D77C6" w:rsidRDefault="005D77C6" w:rsidP="005D77C6"/>
    <w:p w14:paraId="1D2DBC33" w14:textId="77777777" w:rsidR="005D77C6" w:rsidRDefault="005D77C6" w:rsidP="005D77C6">
      <w:r>
        <w:t>10</w:t>
      </w:r>
    </w:p>
    <w:p w14:paraId="7E99A80C" w14:textId="77777777" w:rsidR="005D77C6" w:rsidRDefault="005D77C6" w:rsidP="005D77C6"/>
    <w:p w14:paraId="67D0C50D" w14:textId="77777777" w:rsidR="005D77C6" w:rsidRDefault="005D77C6" w:rsidP="005D77C6">
      <w:r>
        <w:lastRenderedPageBreak/>
        <w:t>Ministère de la Justice de la République de Türkiye</w:t>
      </w:r>
    </w:p>
    <w:p w14:paraId="4F2464C1" w14:textId="77777777" w:rsidR="005D77C6" w:rsidRDefault="005D77C6" w:rsidP="005D77C6"/>
    <w:p w14:paraId="423A2292" w14:textId="77777777" w:rsidR="005D77C6" w:rsidRDefault="005D77C6" w:rsidP="005D77C6">
      <w:proofErr w:type="spellStart"/>
      <w:r>
        <w:t>Bâtiment</w:t>
      </w:r>
      <w:proofErr w:type="spellEnd"/>
      <w:r>
        <w:t xml:space="preserve"> </w:t>
      </w:r>
      <w:proofErr w:type="spellStart"/>
      <w:r>
        <w:t>annexe</w:t>
      </w:r>
      <w:proofErr w:type="spellEnd"/>
      <w:r>
        <w:t xml:space="preserve">, bloc B, </w:t>
      </w:r>
      <w:proofErr w:type="spellStart"/>
      <w:r>
        <w:t>Namık</w:t>
      </w:r>
      <w:proofErr w:type="spellEnd"/>
      <w:r>
        <w:t xml:space="preserve"> Kemal Mah., Milli </w:t>
      </w:r>
      <w:proofErr w:type="spellStart"/>
      <w:r>
        <w:t>Müdafaa</w:t>
      </w:r>
      <w:proofErr w:type="spellEnd"/>
      <w:r>
        <w:t xml:space="preserve"> Cad. No. 22, 06659 Çankaya / Ankara, Türkiye</w:t>
      </w:r>
    </w:p>
    <w:p w14:paraId="4B4D0871" w14:textId="77777777" w:rsidR="005D77C6" w:rsidRDefault="005D77C6" w:rsidP="005D77C6"/>
    <w:p w14:paraId="6549A2E0" w14:textId="77777777" w:rsidR="005D77C6" w:rsidRDefault="005D77C6" w:rsidP="005D77C6">
      <w:proofErr w:type="spellStart"/>
      <w:r>
        <w:t>Objet</w:t>
      </w:r>
      <w:proofErr w:type="spellEnd"/>
      <w:r>
        <w:t xml:space="preserve"> : </w:t>
      </w:r>
      <w:proofErr w:type="spellStart"/>
      <w:r>
        <w:t>Demande</w:t>
      </w:r>
      <w:proofErr w:type="spellEnd"/>
      <w:r>
        <w:t xml:space="preserve"> </w:t>
      </w:r>
      <w:proofErr w:type="spellStart"/>
      <w:r>
        <w:t>visant</w:t>
      </w:r>
      <w:proofErr w:type="spellEnd"/>
      <w:r>
        <w:t xml:space="preserve"> à assurer </w:t>
      </w:r>
      <w:proofErr w:type="spellStart"/>
      <w:r>
        <w:t>l’exécution</w:t>
      </w:r>
      <w:proofErr w:type="spellEnd"/>
      <w:r>
        <w:t xml:space="preserve"> effective des </w:t>
      </w:r>
      <w:proofErr w:type="spellStart"/>
      <w:r>
        <w:t>décisions</w:t>
      </w:r>
      <w:proofErr w:type="spellEnd"/>
      <w:r>
        <w:t xml:space="preserve"> de la Cour </w:t>
      </w:r>
      <w:proofErr w:type="spellStart"/>
      <w:r>
        <w:t>pénale</w:t>
      </w:r>
      <w:proofErr w:type="spellEnd"/>
      <w:r>
        <w:t xml:space="preserve"> </w:t>
      </w:r>
      <w:proofErr w:type="spellStart"/>
      <w:r>
        <w:t>internationale</w:t>
      </w:r>
      <w:proofErr w:type="spellEnd"/>
      <w:r>
        <w:t xml:space="preserve"> et de la 11e Cour </w:t>
      </w:r>
      <w:proofErr w:type="spellStart"/>
      <w:r>
        <w:t>d’assises</w:t>
      </w:r>
      <w:proofErr w:type="spellEnd"/>
      <w:r>
        <w:t xml:space="preserve"> </w:t>
      </w:r>
      <w:proofErr w:type="spellStart"/>
      <w:r>
        <w:t>d’Istanbul</w:t>
      </w:r>
      <w:proofErr w:type="spellEnd"/>
      <w:r>
        <w:t xml:space="preserve">, </w:t>
      </w:r>
      <w:proofErr w:type="spellStart"/>
      <w:r>
        <w:t>ainsi</w:t>
      </w:r>
      <w:proofErr w:type="spellEnd"/>
      <w:r>
        <w:t xml:space="preserve"> que le </w:t>
      </w:r>
      <w:proofErr w:type="spellStart"/>
      <w:r>
        <w:t>suivi</w:t>
      </w:r>
      <w:proofErr w:type="spellEnd"/>
      <w:r>
        <w:t xml:space="preserve"> de la </w:t>
      </w:r>
      <w:proofErr w:type="spellStart"/>
      <w:r>
        <w:t>procédure</w:t>
      </w:r>
      <w:proofErr w:type="spellEnd"/>
      <w:r>
        <w:t xml:space="preserve"> par les institutions </w:t>
      </w:r>
      <w:proofErr w:type="spellStart"/>
      <w:r>
        <w:t>nationales</w:t>
      </w:r>
      <w:proofErr w:type="spellEnd"/>
      <w:r>
        <w:t xml:space="preserve"> et </w:t>
      </w:r>
      <w:proofErr w:type="spellStart"/>
      <w:r>
        <w:t>internationales</w:t>
      </w:r>
      <w:proofErr w:type="spellEnd"/>
      <w:r>
        <w:t>.</w:t>
      </w:r>
    </w:p>
    <w:p w14:paraId="54FA64AF" w14:textId="77777777" w:rsidR="005D77C6" w:rsidRDefault="005D77C6" w:rsidP="005D77C6"/>
    <w:p w14:paraId="24F56A56" w14:textId="77777777" w:rsidR="005D77C6" w:rsidRDefault="005D77C6" w:rsidP="005D77C6">
      <w:r>
        <w:t>EXPOSÉ DES MOTIFS</w:t>
      </w:r>
    </w:p>
    <w:p w14:paraId="75FD3A22" w14:textId="77777777" w:rsidR="005D77C6" w:rsidRDefault="005D77C6" w:rsidP="005D77C6"/>
    <w:p w14:paraId="0EAC22D7" w14:textId="77777777" w:rsidR="005D77C6" w:rsidRDefault="005D77C6" w:rsidP="005D77C6">
      <w:r>
        <w:t xml:space="preserve">Nous, avocats </w:t>
      </w:r>
      <w:proofErr w:type="spellStart"/>
      <w:r>
        <w:t>dont</w:t>
      </w:r>
      <w:proofErr w:type="spellEnd"/>
      <w:r>
        <w:t xml:space="preserve"> les </w:t>
      </w:r>
      <w:proofErr w:type="spellStart"/>
      <w:r>
        <w:t>noms</w:t>
      </w:r>
      <w:proofErr w:type="spellEnd"/>
      <w:r>
        <w:t xml:space="preserve">, les </w:t>
      </w:r>
      <w:proofErr w:type="spellStart"/>
      <w:r>
        <w:t>barreaux</w:t>
      </w:r>
      <w:proofErr w:type="spellEnd"/>
      <w:r>
        <w:t xml:space="preserve"> et les données </w:t>
      </w:r>
      <w:proofErr w:type="spellStart"/>
      <w:r>
        <w:t>d’inscription</w:t>
      </w:r>
      <w:proofErr w:type="spellEnd"/>
      <w:r>
        <w:t xml:space="preserve"> </w:t>
      </w:r>
      <w:proofErr w:type="spellStart"/>
      <w:r>
        <w:t>figurent</w:t>
      </w:r>
      <w:proofErr w:type="spellEnd"/>
      <w:r>
        <w:t xml:space="preserve"> dans la </w:t>
      </w:r>
      <w:proofErr w:type="spellStart"/>
      <w:r>
        <w:t>liste</w:t>
      </w:r>
      <w:proofErr w:type="spellEnd"/>
      <w:r>
        <w:t xml:space="preserve"> </w:t>
      </w:r>
      <w:proofErr w:type="spellStart"/>
      <w:r>
        <w:t>annexée</w:t>
      </w:r>
      <w:proofErr w:type="spellEnd"/>
      <w:r>
        <w:t xml:space="preserve">, nous </w:t>
      </w:r>
      <w:proofErr w:type="spellStart"/>
      <w:r>
        <w:t>sommes</w:t>
      </w:r>
      <w:proofErr w:type="spellEnd"/>
      <w:r>
        <w:t xml:space="preserve"> </w:t>
      </w:r>
      <w:proofErr w:type="spellStart"/>
      <w:r>
        <w:t>réunis</w:t>
      </w:r>
      <w:proofErr w:type="spellEnd"/>
      <w:r>
        <w:t xml:space="preserve"> </w:t>
      </w:r>
      <w:proofErr w:type="spellStart"/>
      <w:r>
        <w:t>afin</w:t>
      </w:r>
      <w:proofErr w:type="spellEnd"/>
      <w:r>
        <w:t xml:space="preserve"> de </w:t>
      </w:r>
      <w:proofErr w:type="spellStart"/>
      <w:r>
        <w:t>lutter</w:t>
      </w:r>
      <w:proofErr w:type="spellEnd"/>
      <w:r>
        <w:t xml:space="preserve"> </w:t>
      </w:r>
      <w:proofErr w:type="spellStart"/>
      <w:r>
        <w:t>contre</w:t>
      </w:r>
      <w:proofErr w:type="spellEnd"/>
      <w:r>
        <w:t xml:space="preserve"> </w:t>
      </w:r>
      <w:proofErr w:type="spellStart"/>
      <w:r>
        <w:t>l’impunité</w:t>
      </w:r>
      <w:proofErr w:type="spellEnd"/>
      <w:r>
        <w:t xml:space="preserve"> des crimes </w:t>
      </w:r>
      <w:proofErr w:type="spellStart"/>
      <w:r>
        <w:t>internationaux</w:t>
      </w:r>
      <w:proofErr w:type="spellEnd"/>
      <w:r>
        <w:t xml:space="preserve"> et de </w:t>
      </w:r>
      <w:proofErr w:type="spellStart"/>
      <w:r>
        <w:t>veiller</w:t>
      </w:r>
      <w:proofErr w:type="spellEnd"/>
      <w:r>
        <w:t xml:space="preserve"> à </w:t>
      </w:r>
      <w:proofErr w:type="spellStart"/>
      <w:r>
        <w:t>ce</w:t>
      </w:r>
      <w:proofErr w:type="spellEnd"/>
      <w:r>
        <w:t xml:space="preserve"> que les </w:t>
      </w:r>
      <w:proofErr w:type="spellStart"/>
      <w:r>
        <w:t>décisions</w:t>
      </w:r>
      <w:proofErr w:type="spellEnd"/>
      <w:r>
        <w:t xml:space="preserve"> </w:t>
      </w:r>
      <w:proofErr w:type="spellStart"/>
      <w:r>
        <w:t>judiciaires</w:t>
      </w:r>
      <w:proofErr w:type="spellEnd"/>
      <w:r>
        <w:t xml:space="preserve"> ne </w:t>
      </w:r>
      <w:proofErr w:type="spellStart"/>
      <w:r>
        <w:t>soient</w:t>
      </w:r>
      <w:proofErr w:type="spellEnd"/>
      <w:r>
        <w:t xml:space="preserve"> pas </w:t>
      </w:r>
      <w:proofErr w:type="spellStart"/>
      <w:r>
        <w:t>abandonnées</w:t>
      </w:r>
      <w:proofErr w:type="spellEnd"/>
      <w:r>
        <w:t xml:space="preserve"> aux </w:t>
      </w:r>
      <w:proofErr w:type="spellStart"/>
      <w:r>
        <w:t>calculs</w:t>
      </w:r>
      <w:proofErr w:type="spellEnd"/>
      <w:r>
        <w:t xml:space="preserve"> politiques.</w:t>
      </w:r>
    </w:p>
    <w:p w14:paraId="7CC14893" w14:textId="77777777" w:rsidR="005D77C6" w:rsidRDefault="005D77C6" w:rsidP="005D77C6"/>
    <w:p w14:paraId="1E0A31A1" w14:textId="77777777" w:rsidR="005D77C6" w:rsidRDefault="005D77C6" w:rsidP="005D77C6">
      <w:r>
        <w:t xml:space="preserve">Cette initiative </w:t>
      </w:r>
      <w:proofErr w:type="spellStart"/>
      <w:r>
        <w:t>rappelle</w:t>
      </w:r>
      <w:proofErr w:type="spellEnd"/>
      <w:r>
        <w:t xml:space="preserve"> la </w:t>
      </w:r>
      <w:proofErr w:type="spellStart"/>
      <w:r>
        <w:t>voie</w:t>
      </w:r>
      <w:proofErr w:type="spellEnd"/>
      <w:r>
        <w:t xml:space="preserve"> ouverte dans </w:t>
      </w:r>
      <w:proofErr w:type="spellStart"/>
      <w:r>
        <w:t>l’histoire</w:t>
      </w:r>
      <w:proofErr w:type="spellEnd"/>
      <w:r>
        <w:t xml:space="preserve"> du droit par la </w:t>
      </w:r>
      <w:proofErr w:type="spellStart"/>
      <w:r>
        <w:t>procédure</w:t>
      </w:r>
      <w:proofErr w:type="spellEnd"/>
      <w:r>
        <w:t xml:space="preserve"> </w:t>
      </w:r>
      <w:proofErr w:type="spellStart"/>
      <w:r>
        <w:t>engagée</w:t>
      </w:r>
      <w:proofErr w:type="spellEnd"/>
      <w:r>
        <w:t xml:space="preserve"> par la justice espagnole </w:t>
      </w:r>
      <w:proofErr w:type="spellStart"/>
      <w:r>
        <w:t>contre</w:t>
      </w:r>
      <w:proofErr w:type="spellEnd"/>
      <w:r>
        <w:t xml:space="preserve"> Augusto Pinochet et </w:t>
      </w:r>
      <w:proofErr w:type="spellStart"/>
      <w:r>
        <w:t>ayant</w:t>
      </w:r>
      <w:proofErr w:type="spellEnd"/>
      <w:r>
        <w:t xml:space="preserve"> </w:t>
      </w:r>
      <w:proofErr w:type="spellStart"/>
      <w:r>
        <w:t>abouti</w:t>
      </w:r>
      <w:proofErr w:type="spellEnd"/>
      <w:r>
        <w:t xml:space="preserve"> à son arrestation au </w:t>
      </w:r>
      <w:proofErr w:type="spellStart"/>
      <w:r>
        <w:t>Royaume</w:t>
      </w:r>
      <w:proofErr w:type="spellEnd"/>
      <w:r>
        <w:t xml:space="preserve">-Uni. </w:t>
      </w:r>
      <w:proofErr w:type="spellStart"/>
      <w:r>
        <w:t>L’affaire</w:t>
      </w:r>
      <w:proofErr w:type="spellEnd"/>
      <w:r>
        <w:t xml:space="preserve"> Pinochet a </w:t>
      </w:r>
      <w:proofErr w:type="spellStart"/>
      <w:r>
        <w:t>montré</w:t>
      </w:r>
      <w:proofErr w:type="spellEnd"/>
      <w:r>
        <w:t xml:space="preserve"> au monde que les </w:t>
      </w:r>
      <w:proofErr w:type="spellStart"/>
      <w:r>
        <w:t>anciens</w:t>
      </w:r>
      <w:proofErr w:type="spellEnd"/>
      <w:r>
        <w:t xml:space="preserve"> chefs </w:t>
      </w:r>
      <w:proofErr w:type="spellStart"/>
      <w:r>
        <w:t>d’État</w:t>
      </w:r>
      <w:proofErr w:type="spellEnd"/>
      <w:r>
        <w:t xml:space="preserve"> ne </w:t>
      </w:r>
      <w:proofErr w:type="spellStart"/>
      <w:r>
        <w:t>jouissent</w:t>
      </w:r>
      <w:proofErr w:type="spellEnd"/>
      <w:r>
        <w:t xml:space="preserve"> pas </w:t>
      </w:r>
      <w:proofErr w:type="spellStart"/>
      <w:r>
        <w:t>d’une</w:t>
      </w:r>
      <w:proofErr w:type="spellEnd"/>
      <w:r>
        <w:t xml:space="preserve"> </w:t>
      </w:r>
      <w:proofErr w:type="spellStart"/>
      <w:r>
        <w:t>immunité</w:t>
      </w:r>
      <w:proofErr w:type="spellEnd"/>
      <w:r>
        <w:t xml:space="preserve"> </w:t>
      </w:r>
      <w:proofErr w:type="spellStart"/>
      <w:r>
        <w:t>absolue</w:t>
      </w:r>
      <w:proofErr w:type="spellEnd"/>
      <w:r>
        <w:t xml:space="preserve"> </w:t>
      </w:r>
      <w:proofErr w:type="spellStart"/>
      <w:r>
        <w:t>en</w:t>
      </w:r>
      <w:proofErr w:type="spellEnd"/>
      <w:r>
        <w:t xml:space="preserve"> matière de torture et de crimes </w:t>
      </w:r>
      <w:proofErr w:type="spellStart"/>
      <w:r>
        <w:t>contre</w:t>
      </w:r>
      <w:proofErr w:type="spellEnd"/>
      <w:r>
        <w:t xml:space="preserve"> </w:t>
      </w:r>
      <w:proofErr w:type="spellStart"/>
      <w:r>
        <w:t>l’humanité</w:t>
      </w:r>
      <w:proofErr w:type="spellEnd"/>
      <w:r>
        <w:t xml:space="preserve">, et que les crimes </w:t>
      </w:r>
      <w:proofErr w:type="spellStart"/>
      <w:r>
        <w:t>internationaux</w:t>
      </w:r>
      <w:proofErr w:type="spellEnd"/>
      <w:r>
        <w:t xml:space="preserve"> ne </w:t>
      </w:r>
      <w:proofErr w:type="spellStart"/>
      <w:r>
        <w:t>peuvent</w:t>
      </w:r>
      <w:proofErr w:type="spellEnd"/>
      <w:r>
        <w:t xml:space="preserve"> </w:t>
      </w:r>
      <w:proofErr w:type="spellStart"/>
      <w:r>
        <w:t>être</w:t>
      </w:r>
      <w:proofErr w:type="spellEnd"/>
      <w:r>
        <w:t xml:space="preserve"> </w:t>
      </w:r>
      <w:proofErr w:type="spellStart"/>
      <w:r>
        <w:t>soustraits</w:t>
      </w:r>
      <w:proofErr w:type="spellEnd"/>
      <w:r>
        <w:t xml:space="preserve"> au droit </w:t>
      </w:r>
      <w:proofErr w:type="spellStart"/>
      <w:r>
        <w:t>en</w:t>
      </w:r>
      <w:proofErr w:type="spellEnd"/>
      <w:r>
        <w:t xml:space="preserve"> raison </w:t>
      </w:r>
      <w:proofErr w:type="spellStart"/>
      <w:r>
        <w:t>d’une</w:t>
      </w:r>
      <w:proofErr w:type="spellEnd"/>
      <w:r>
        <w:t xml:space="preserve"> </w:t>
      </w:r>
      <w:proofErr w:type="spellStart"/>
      <w:r>
        <w:t>fonction</w:t>
      </w:r>
      <w:proofErr w:type="spellEnd"/>
      <w:r>
        <w:t xml:space="preserve"> </w:t>
      </w:r>
      <w:proofErr w:type="spellStart"/>
      <w:r>
        <w:t>ou</w:t>
      </w:r>
      <w:proofErr w:type="spellEnd"/>
      <w:r>
        <w:t xml:space="preserve"> d’un rapport de force.</w:t>
      </w:r>
    </w:p>
    <w:p w14:paraId="081EBBA4" w14:textId="77777777" w:rsidR="005D77C6" w:rsidRDefault="005D77C6" w:rsidP="005D77C6"/>
    <w:p w14:paraId="1E11475D" w14:textId="77777777" w:rsidR="005D77C6" w:rsidRDefault="005D77C6" w:rsidP="005D77C6">
      <w:r>
        <w:t xml:space="preserve">Les </w:t>
      </w:r>
      <w:proofErr w:type="spellStart"/>
      <w:r>
        <w:t>décisions</w:t>
      </w:r>
      <w:proofErr w:type="spellEnd"/>
      <w:r>
        <w:t xml:space="preserve"> </w:t>
      </w:r>
      <w:proofErr w:type="spellStart"/>
      <w:r>
        <w:t>concernant</w:t>
      </w:r>
      <w:proofErr w:type="spellEnd"/>
      <w:r>
        <w:t xml:space="preserve"> Benjamin Netanyahu </w:t>
      </w:r>
      <w:proofErr w:type="spellStart"/>
      <w:r>
        <w:t>sont</w:t>
      </w:r>
      <w:proofErr w:type="spellEnd"/>
      <w:r>
        <w:t xml:space="preserve"> </w:t>
      </w:r>
      <w:proofErr w:type="spellStart"/>
      <w:r>
        <w:t>aujourd’hui</w:t>
      </w:r>
      <w:proofErr w:type="spellEnd"/>
      <w:r>
        <w:t xml:space="preserve"> </w:t>
      </w:r>
      <w:proofErr w:type="spellStart"/>
      <w:r>
        <w:t>soumises</w:t>
      </w:r>
      <w:proofErr w:type="spellEnd"/>
      <w:r>
        <w:t xml:space="preserve"> à la </w:t>
      </w:r>
      <w:proofErr w:type="spellStart"/>
      <w:r>
        <w:t>même</w:t>
      </w:r>
      <w:proofErr w:type="spellEnd"/>
      <w:r>
        <w:t xml:space="preserve"> </w:t>
      </w:r>
      <w:proofErr w:type="spellStart"/>
      <w:r>
        <w:t>épreuve</w:t>
      </w:r>
      <w:proofErr w:type="spellEnd"/>
      <w:r>
        <w:t xml:space="preserve"> </w:t>
      </w:r>
      <w:proofErr w:type="spellStart"/>
      <w:r>
        <w:t>historique</w:t>
      </w:r>
      <w:proofErr w:type="spellEnd"/>
      <w:r>
        <w:t xml:space="preserve"> et </w:t>
      </w:r>
      <w:proofErr w:type="spellStart"/>
      <w:r>
        <w:t>juridique</w:t>
      </w:r>
      <w:proofErr w:type="spellEnd"/>
      <w:r>
        <w:t xml:space="preserve">. La </w:t>
      </w:r>
      <w:proofErr w:type="spellStart"/>
      <w:r>
        <w:t>valeur</w:t>
      </w:r>
      <w:proofErr w:type="spellEnd"/>
      <w:r>
        <w:t xml:space="preserve"> </w:t>
      </w:r>
      <w:proofErr w:type="spellStart"/>
      <w:r>
        <w:t>réelle</w:t>
      </w:r>
      <w:proofErr w:type="spellEnd"/>
      <w:r>
        <w:t xml:space="preserve"> d’un </w:t>
      </w:r>
      <w:proofErr w:type="spellStart"/>
      <w:r>
        <w:t>mandat</w:t>
      </w:r>
      <w:proofErr w:type="spellEnd"/>
      <w:r>
        <w:t xml:space="preserve"> </w:t>
      </w:r>
      <w:proofErr w:type="spellStart"/>
      <w:r>
        <w:t>d’arrêt</w:t>
      </w:r>
      <w:proofErr w:type="spellEnd"/>
      <w:r>
        <w:t xml:space="preserve"> ne </w:t>
      </w:r>
      <w:proofErr w:type="spellStart"/>
      <w:r>
        <w:t>réside</w:t>
      </w:r>
      <w:proofErr w:type="spellEnd"/>
      <w:r>
        <w:t xml:space="preserve"> pas </w:t>
      </w:r>
      <w:proofErr w:type="spellStart"/>
      <w:r>
        <w:t>seulement</w:t>
      </w:r>
      <w:proofErr w:type="spellEnd"/>
      <w:r>
        <w:t xml:space="preserve"> dans son </w:t>
      </w:r>
      <w:proofErr w:type="spellStart"/>
      <w:r>
        <w:t>prononcé</w:t>
      </w:r>
      <w:proofErr w:type="spellEnd"/>
      <w:r>
        <w:t xml:space="preserve">, </w:t>
      </w:r>
      <w:proofErr w:type="spellStart"/>
      <w:r>
        <w:t>mais</w:t>
      </w:r>
      <w:proofErr w:type="spellEnd"/>
      <w:r>
        <w:t xml:space="preserve"> dans la </w:t>
      </w:r>
      <w:proofErr w:type="spellStart"/>
      <w:r>
        <w:t>volonté</w:t>
      </w:r>
      <w:proofErr w:type="spellEnd"/>
      <w:r>
        <w:t xml:space="preserve"> </w:t>
      </w:r>
      <w:proofErr w:type="spellStart"/>
      <w:r>
        <w:t>juridique</w:t>
      </w:r>
      <w:proofErr w:type="spellEnd"/>
      <w:r>
        <w:t xml:space="preserve"> </w:t>
      </w:r>
      <w:proofErr w:type="spellStart"/>
      <w:r>
        <w:t>manifestée</w:t>
      </w:r>
      <w:proofErr w:type="spellEnd"/>
      <w:r>
        <w:t xml:space="preserve"> pour le </w:t>
      </w:r>
      <w:proofErr w:type="spellStart"/>
      <w:r>
        <w:t>mettre</w:t>
      </w:r>
      <w:proofErr w:type="spellEnd"/>
      <w:r>
        <w:t xml:space="preserve"> à </w:t>
      </w:r>
      <w:proofErr w:type="spellStart"/>
      <w:r>
        <w:t>exécution</w:t>
      </w:r>
      <w:proofErr w:type="spellEnd"/>
      <w:r>
        <w:t xml:space="preserve">. </w:t>
      </w:r>
      <w:proofErr w:type="spellStart"/>
      <w:r>
        <w:t>Lorsque</w:t>
      </w:r>
      <w:proofErr w:type="spellEnd"/>
      <w:r>
        <w:t xml:space="preserve"> le droit ne </w:t>
      </w:r>
      <w:proofErr w:type="spellStart"/>
      <w:r>
        <w:t>s’applique</w:t>
      </w:r>
      <w:proofErr w:type="spellEnd"/>
      <w:r>
        <w:t xml:space="preserve"> pas aux </w:t>
      </w:r>
      <w:proofErr w:type="spellStart"/>
      <w:r>
        <w:t>dirigeants</w:t>
      </w:r>
      <w:proofErr w:type="spellEnd"/>
      <w:r>
        <w:t xml:space="preserve"> des États </w:t>
      </w:r>
      <w:proofErr w:type="spellStart"/>
      <w:r>
        <w:t>puissants</w:t>
      </w:r>
      <w:proofErr w:type="spellEnd"/>
      <w:r>
        <w:t xml:space="preserve">, il </w:t>
      </w:r>
      <w:proofErr w:type="spellStart"/>
      <w:r>
        <w:t>devient</w:t>
      </w:r>
      <w:proofErr w:type="spellEnd"/>
      <w:r>
        <w:t xml:space="preserve"> un instrument </w:t>
      </w:r>
      <w:proofErr w:type="spellStart"/>
      <w:r>
        <w:t>sélectif</w:t>
      </w:r>
      <w:proofErr w:type="spellEnd"/>
      <w:r>
        <w:t xml:space="preserve"> de sanction qui ne frappe que les </w:t>
      </w:r>
      <w:proofErr w:type="spellStart"/>
      <w:r>
        <w:t>faibles</w:t>
      </w:r>
      <w:proofErr w:type="spellEnd"/>
      <w:r>
        <w:t xml:space="preserve">, les </w:t>
      </w:r>
      <w:proofErr w:type="spellStart"/>
      <w:r>
        <w:t>vaincus</w:t>
      </w:r>
      <w:proofErr w:type="spellEnd"/>
      <w:r>
        <w:t xml:space="preserve"> et les </w:t>
      </w:r>
      <w:proofErr w:type="spellStart"/>
      <w:r>
        <w:t>personnes</w:t>
      </w:r>
      <w:proofErr w:type="spellEnd"/>
      <w:r>
        <w:t xml:space="preserve"> sans protection.</w:t>
      </w:r>
    </w:p>
    <w:p w14:paraId="17EB8AE3" w14:textId="77777777" w:rsidR="005D77C6" w:rsidRDefault="005D77C6" w:rsidP="005D77C6"/>
    <w:p w14:paraId="423BE09C" w14:textId="77777777" w:rsidR="005D77C6" w:rsidRDefault="005D77C6" w:rsidP="005D77C6">
      <w:r>
        <w:t>CADRE JURIDIQUE ET FACTUEL</w:t>
      </w:r>
    </w:p>
    <w:p w14:paraId="0E2498B7" w14:textId="77777777" w:rsidR="005D77C6" w:rsidRDefault="005D77C6" w:rsidP="005D77C6"/>
    <w:p w14:paraId="2D03685E" w14:textId="77777777" w:rsidR="005D77C6" w:rsidRDefault="005D77C6" w:rsidP="005D77C6">
      <w:r>
        <w:t xml:space="preserve">Le 21 </w:t>
      </w:r>
      <w:proofErr w:type="spellStart"/>
      <w:r>
        <w:t>novembre</w:t>
      </w:r>
      <w:proofErr w:type="spellEnd"/>
      <w:r>
        <w:t xml:space="preserve"> 2024, la Cour </w:t>
      </w:r>
      <w:proofErr w:type="spellStart"/>
      <w:r>
        <w:t>pénale</w:t>
      </w:r>
      <w:proofErr w:type="spellEnd"/>
      <w:r>
        <w:t xml:space="preserve"> </w:t>
      </w:r>
      <w:proofErr w:type="spellStart"/>
      <w:r>
        <w:t>internationale</w:t>
      </w:r>
      <w:proofErr w:type="spellEnd"/>
      <w:r>
        <w:t xml:space="preserve"> a </w:t>
      </w:r>
      <w:proofErr w:type="spellStart"/>
      <w:r>
        <w:t>délivré</w:t>
      </w:r>
      <w:proofErr w:type="spellEnd"/>
      <w:r>
        <w:t xml:space="preserve"> un </w:t>
      </w:r>
      <w:proofErr w:type="spellStart"/>
      <w:r>
        <w:t>mandat</w:t>
      </w:r>
      <w:proofErr w:type="spellEnd"/>
      <w:r>
        <w:t xml:space="preserve"> </w:t>
      </w:r>
      <w:proofErr w:type="spellStart"/>
      <w:r>
        <w:t>d’arrêt</w:t>
      </w:r>
      <w:proofErr w:type="spellEnd"/>
      <w:r>
        <w:t xml:space="preserve"> à </w:t>
      </w:r>
      <w:proofErr w:type="spellStart"/>
      <w:r>
        <w:t>l’encontre</w:t>
      </w:r>
      <w:proofErr w:type="spellEnd"/>
      <w:r>
        <w:t xml:space="preserve"> du Premier </w:t>
      </w:r>
      <w:proofErr w:type="spellStart"/>
      <w:r>
        <w:t>ministre</w:t>
      </w:r>
      <w:proofErr w:type="spellEnd"/>
      <w:r>
        <w:t xml:space="preserve"> </w:t>
      </w:r>
      <w:proofErr w:type="spellStart"/>
      <w:r>
        <w:t>israélien</w:t>
      </w:r>
      <w:proofErr w:type="spellEnd"/>
      <w:r>
        <w:t xml:space="preserve"> Benjamin Netanyahu pour des faits </w:t>
      </w:r>
      <w:proofErr w:type="spellStart"/>
      <w:r>
        <w:t>allégués</w:t>
      </w:r>
      <w:proofErr w:type="spellEnd"/>
      <w:r>
        <w:t xml:space="preserve"> de crimes de guerre et de crimes </w:t>
      </w:r>
      <w:proofErr w:type="spellStart"/>
      <w:r>
        <w:t>contre</w:t>
      </w:r>
      <w:proofErr w:type="spellEnd"/>
      <w:r>
        <w:t xml:space="preserve"> </w:t>
      </w:r>
      <w:proofErr w:type="spellStart"/>
      <w:r>
        <w:t>l’humanité</w:t>
      </w:r>
      <w:proofErr w:type="spellEnd"/>
      <w:r>
        <w:t>.</w:t>
      </w:r>
    </w:p>
    <w:p w14:paraId="76C7A75A" w14:textId="77777777" w:rsidR="005D77C6" w:rsidRDefault="005D77C6" w:rsidP="005D77C6"/>
    <w:p w14:paraId="646C134A" w14:textId="77777777" w:rsidR="005D77C6" w:rsidRDefault="005D77C6" w:rsidP="005D77C6">
      <w:r>
        <w:t xml:space="preserve">Dans la </w:t>
      </w:r>
      <w:proofErr w:type="spellStart"/>
      <w:r>
        <w:t>procédure</w:t>
      </w:r>
      <w:proofErr w:type="spellEnd"/>
      <w:r>
        <w:t xml:space="preserve"> </w:t>
      </w:r>
      <w:proofErr w:type="spellStart"/>
      <w:r>
        <w:t>en</w:t>
      </w:r>
      <w:proofErr w:type="spellEnd"/>
      <w:r>
        <w:t xml:space="preserve"> </w:t>
      </w:r>
      <w:proofErr w:type="spellStart"/>
      <w:r>
        <w:t>cours</w:t>
      </w:r>
      <w:proofErr w:type="spellEnd"/>
      <w:r>
        <w:t xml:space="preserve"> </w:t>
      </w:r>
      <w:proofErr w:type="spellStart"/>
      <w:r>
        <w:t>concernant</w:t>
      </w:r>
      <w:proofErr w:type="spellEnd"/>
      <w:r>
        <w:t xml:space="preserve"> </w:t>
      </w:r>
      <w:proofErr w:type="spellStart"/>
      <w:r>
        <w:t>l’intervention</w:t>
      </w:r>
      <w:proofErr w:type="spellEnd"/>
      <w:r>
        <w:t xml:space="preserve"> </w:t>
      </w:r>
      <w:proofErr w:type="spellStart"/>
      <w:r>
        <w:t>contre</w:t>
      </w:r>
      <w:proofErr w:type="spellEnd"/>
      <w:r>
        <w:t xml:space="preserve"> la </w:t>
      </w:r>
      <w:proofErr w:type="spellStart"/>
      <w:r>
        <w:t>flottille</w:t>
      </w:r>
      <w:proofErr w:type="spellEnd"/>
      <w:r>
        <w:t xml:space="preserve"> </w:t>
      </w:r>
      <w:proofErr w:type="spellStart"/>
      <w:r>
        <w:t>Sumud</w:t>
      </w:r>
      <w:proofErr w:type="spellEnd"/>
      <w:r>
        <w:t xml:space="preserve"> qui </w:t>
      </w:r>
      <w:proofErr w:type="spellStart"/>
      <w:r>
        <w:t>acheminait</w:t>
      </w:r>
      <w:proofErr w:type="spellEnd"/>
      <w:r>
        <w:t xml:space="preserve"> </w:t>
      </w:r>
      <w:proofErr w:type="spellStart"/>
      <w:r>
        <w:t>une</w:t>
      </w:r>
      <w:proofErr w:type="spellEnd"/>
      <w:r>
        <w:t xml:space="preserve"> aide </w:t>
      </w:r>
      <w:proofErr w:type="spellStart"/>
      <w:r>
        <w:t>humanitaire</w:t>
      </w:r>
      <w:proofErr w:type="spellEnd"/>
      <w:r>
        <w:t xml:space="preserve"> </w:t>
      </w:r>
      <w:proofErr w:type="spellStart"/>
      <w:r>
        <w:t>vers</w:t>
      </w:r>
      <w:proofErr w:type="spellEnd"/>
      <w:r>
        <w:t xml:space="preserve"> Gaza, la 11e Cour </w:t>
      </w:r>
      <w:proofErr w:type="spellStart"/>
      <w:r>
        <w:t>d’assises</w:t>
      </w:r>
      <w:proofErr w:type="spellEnd"/>
      <w:r>
        <w:t xml:space="preserve"> </w:t>
      </w:r>
      <w:proofErr w:type="spellStart"/>
      <w:r>
        <w:t>d’Istanbul</w:t>
      </w:r>
      <w:proofErr w:type="spellEnd"/>
      <w:r>
        <w:t xml:space="preserve"> a, par </w:t>
      </w:r>
      <w:proofErr w:type="spellStart"/>
      <w:r>
        <w:t>une</w:t>
      </w:r>
      <w:proofErr w:type="spellEnd"/>
      <w:r>
        <w:t xml:space="preserve"> </w:t>
      </w:r>
      <w:proofErr w:type="spellStart"/>
      <w:r>
        <w:t>décision</w:t>
      </w:r>
      <w:proofErr w:type="spellEnd"/>
      <w:r>
        <w:t xml:space="preserve"> </w:t>
      </w:r>
      <w:proofErr w:type="spellStart"/>
      <w:r>
        <w:t>provisoire</w:t>
      </w:r>
      <w:proofErr w:type="spellEnd"/>
      <w:r>
        <w:t xml:space="preserve"> du 14 </w:t>
      </w:r>
      <w:proofErr w:type="spellStart"/>
      <w:r>
        <w:t>juillet</w:t>
      </w:r>
      <w:proofErr w:type="spellEnd"/>
      <w:r>
        <w:t xml:space="preserve"> 2026, </w:t>
      </w:r>
      <w:proofErr w:type="spellStart"/>
      <w:r>
        <w:t>ordonné</w:t>
      </w:r>
      <w:proofErr w:type="spellEnd"/>
      <w:r>
        <w:t xml:space="preserve"> que </w:t>
      </w:r>
      <w:proofErr w:type="spellStart"/>
      <w:r>
        <w:t>soient</w:t>
      </w:r>
      <w:proofErr w:type="spellEnd"/>
      <w:r>
        <w:t xml:space="preserve"> </w:t>
      </w:r>
      <w:proofErr w:type="spellStart"/>
      <w:r>
        <w:t>accomplies</w:t>
      </w:r>
      <w:proofErr w:type="spellEnd"/>
      <w:r>
        <w:t xml:space="preserve"> les démarches </w:t>
      </w:r>
      <w:proofErr w:type="spellStart"/>
      <w:r>
        <w:t>nécessaires</w:t>
      </w:r>
      <w:proofErr w:type="spellEnd"/>
      <w:r>
        <w:t xml:space="preserve"> à </w:t>
      </w:r>
      <w:proofErr w:type="spellStart"/>
      <w:r>
        <w:t>l’émission</w:t>
      </w:r>
      <w:proofErr w:type="spellEnd"/>
      <w:r>
        <w:t xml:space="preserve"> </w:t>
      </w:r>
      <w:proofErr w:type="spellStart"/>
      <w:r>
        <w:t>d’une</w:t>
      </w:r>
      <w:proofErr w:type="spellEnd"/>
      <w:r>
        <w:t xml:space="preserve"> notice rouge INTERPOL à </w:t>
      </w:r>
      <w:proofErr w:type="spellStart"/>
      <w:r>
        <w:t>l’encontre</w:t>
      </w:r>
      <w:proofErr w:type="spellEnd"/>
      <w:r>
        <w:t xml:space="preserve"> de Netanyahu.</w:t>
      </w:r>
    </w:p>
    <w:p w14:paraId="212CF7CB" w14:textId="77777777" w:rsidR="005D77C6" w:rsidRDefault="005D77C6" w:rsidP="005D77C6"/>
    <w:p w14:paraId="552AEE87" w14:textId="77777777" w:rsidR="005D77C6" w:rsidRDefault="005D77C6" w:rsidP="005D77C6">
      <w:proofErr w:type="spellStart"/>
      <w:r>
        <w:t>Ces</w:t>
      </w:r>
      <w:proofErr w:type="spellEnd"/>
      <w:r>
        <w:t xml:space="preserve"> deux </w:t>
      </w:r>
      <w:proofErr w:type="spellStart"/>
      <w:r>
        <w:t>décisions</w:t>
      </w:r>
      <w:proofErr w:type="spellEnd"/>
      <w:r>
        <w:t xml:space="preserve"> ne constituent pas des </w:t>
      </w:r>
      <w:proofErr w:type="spellStart"/>
      <w:r>
        <w:t>événements</w:t>
      </w:r>
      <w:proofErr w:type="spellEnd"/>
      <w:r>
        <w:t xml:space="preserve"> </w:t>
      </w:r>
      <w:proofErr w:type="spellStart"/>
      <w:r>
        <w:t>juridiques</w:t>
      </w:r>
      <w:proofErr w:type="spellEnd"/>
      <w:r>
        <w:t xml:space="preserve"> </w:t>
      </w:r>
      <w:proofErr w:type="spellStart"/>
      <w:r>
        <w:t>isolés</w:t>
      </w:r>
      <w:proofErr w:type="spellEnd"/>
      <w:r>
        <w:t xml:space="preserve">. </w:t>
      </w:r>
      <w:proofErr w:type="spellStart"/>
      <w:r>
        <w:t>L’une</w:t>
      </w:r>
      <w:proofErr w:type="spellEnd"/>
      <w:r>
        <w:t xml:space="preserve"> </w:t>
      </w:r>
      <w:proofErr w:type="spellStart"/>
      <w:r>
        <w:t>est</w:t>
      </w:r>
      <w:proofErr w:type="spellEnd"/>
      <w:r>
        <w:t xml:space="preserve"> la </w:t>
      </w:r>
      <w:proofErr w:type="spellStart"/>
      <w:r>
        <w:t>réponse</w:t>
      </w:r>
      <w:proofErr w:type="spellEnd"/>
      <w:r>
        <w:t xml:space="preserve"> de la justice </w:t>
      </w:r>
      <w:proofErr w:type="spellStart"/>
      <w:r>
        <w:t>pénale</w:t>
      </w:r>
      <w:proofErr w:type="spellEnd"/>
      <w:r>
        <w:t xml:space="preserve"> </w:t>
      </w:r>
      <w:proofErr w:type="spellStart"/>
      <w:r>
        <w:t>internationale</w:t>
      </w:r>
      <w:proofErr w:type="spellEnd"/>
      <w:r>
        <w:t xml:space="preserve">, </w:t>
      </w:r>
      <w:proofErr w:type="spellStart"/>
      <w:r>
        <w:t>l’autre</w:t>
      </w:r>
      <w:proofErr w:type="spellEnd"/>
      <w:r>
        <w:t xml:space="preserve"> </w:t>
      </w:r>
      <w:proofErr w:type="spellStart"/>
      <w:r>
        <w:t>celle</w:t>
      </w:r>
      <w:proofErr w:type="spellEnd"/>
      <w:r>
        <w:t xml:space="preserve"> </w:t>
      </w:r>
      <w:proofErr w:type="spellStart"/>
      <w:r>
        <w:t>d’une</w:t>
      </w:r>
      <w:proofErr w:type="spellEnd"/>
      <w:r>
        <w:t xml:space="preserve"> </w:t>
      </w:r>
      <w:proofErr w:type="spellStart"/>
      <w:r>
        <w:t>juridiction</w:t>
      </w:r>
      <w:proofErr w:type="spellEnd"/>
      <w:r>
        <w:t xml:space="preserve"> </w:t>
      </w:r>
      <w:proofErr w:type="spellStart"/>
      <w:r>
        <w:t>pénale</w:t>
      </w:r>
      <w:proofErr w:type="spellEnd"/>
      <w:r>
        <w:t xml:space="preserve"> </w:t>
      </w:r>
      <w:proofErr w:type="spellStart"/>
      <w:r>
        <w:t>nationale</w:t>
      </w:r>
      <w:proofErr w:type="spellEnd"/>
      <w:r>
        <w:t xml:space="preserve">, à la </w:t>
      </w:r>
      <w:proofErr w:type="spellStart"/>
      <w:r>
        <w:t>même</w:t>
      </w:r>
      <w:proofErr w:type="spellEnd"/>
      <w:r>
        <w:t xml:space="preserve"> question </w:t>
      </w:r>
      <w:proofErr w:type="spellStart"/>
      <w:r>
        <w:t>fondamentale</w:t>
      </w:r>
      <w:proofErr w:type="spellEnd"/>
      <w:r>
        <w:t xml:space="preserve"> : la </w:t>
      </w:r>
      <w:proofErr w:type="spellStart"/>
      <w:r>
        <w:t>fonction</w:t>
      </w:r>
      <w:proofErr w:type="spellEnd"/>
      <w:r>
        <w:t xml:space="preserve"> </w:t>
      </w:r>
      <w:proofErr w:type="spellStart"/>
      <w:r>
        <w:t>exercée</w:t>
      </w:r>
      <w:proofErr w:type="spellEnd"/>
      <w:r>
        <w:t xml:space="preserve"> par un </w:t>
      </w:r>
      <w:proofErr w:type="spellStart"/>
      <w:r>
        <w:t>dirigeant</w:t>
      </w:r>
      <w:proofErr w:type="spellEnd"/>
      <w:r>
        <w:t xml:space="preserve"> </w:t>
      </w:r>
      <w:proofErr w:type="spellStart"/>
      <w:r>
        <w:t>d’État</w:t>
      </w:r>
      <w:proofErr w:type="spellEnd"/>
      <w:r>
        <w:t xml:space="preserve"> </w:t>
      </w:r>
      <w:proofErr w:type="spellStart"/>
      <w:r>
        <w:t>peut-elle</w:t>
      </w:r>
      <w:proofErr w:type="spellEnd"/>
      <w:r>
        <w:t xml:space="preserve"> </w:t>
      </w:r>
      <w:proofErr w:type="spellStart"/>
      <w:r>
        <w:t>devenir</w:t>
      </w:r>
      <w:proofErr w:type="spellEnd"/>
      <w:r>
        <w:t xml:space="preserve"> un </w:t>
      </w:r>
      <w:proofErr w:type="spellStart"/>
      <w:r>
        <w:t>bouclier</w:t>
      </w:r>
      <w:proofErr w:type="spellEnd"/>
      <w:r>
        <w:t xml:space="preserve"> </w:t>
      </w:r>
      <w:proofErr w:type="spellStart"/>
      <w:r>
        <w:t>d’immunité</w:t>
      </w:r>
      <w:proofErr w:type="spellEnd"/>
      <w:r>
        <w:t xml:space="preserve"> face aux crimes </w:t>
      </w:r>
      <w:proofErr w:type="spellStart"/>
      <w:r>
        <w:t>internationaux</w:t>
      </w:r>
      <w:proofErr w:type="spellEnd"/>
      <w:r>
        <w:t xml:space="preserve"> ?</w:t>
      </w:r>
    </w:p>
    <w:p w14:paraId="6B0D8B54" w14:textId="77777777" w:rsidR="005D77C6" w:rsidRDefault="005D77C6" w:rsidP="005D77C6"/>
    <w:p w14:paraId="01A71100" w14:textId="77777777" w:rsidR="005D77C6" w:rsidRDefault="005D77C6" w:rsidP="005D77C6">
      <w:r>
        <w:t xml:space="preserve">Notre </w:t>
      </w:r>
      <w:proofErr w:type="spellStart"/>
      <w:r>
        <w:t>réponse</w:t>
      </w:r>
      <w:proofErr w:type="spellEnd"/>
      <w:r>
        <w:t xml:space="preserve">, </w:t>
      </w:r>
      <w:proofErr w:type="spellStart"/>
      <w:r>
        <w:t>en</w:t>
      </w:r>
      <w:proofErr w:type="spellEnd"/>
      <w:r>
        <w:t xml:space="preserve"> tant que </w:t>
      </w:r>
      <w:proofErr w:type="spellStart"/>
      <w:r>
        <w:t>juristes</w:t>
      </w:r>
      <w:proofErr w:type="spellEnd"/>
      <w:r>
        <w:t xml:space="preserve">, </w:t>
      </w:r>
      <w:proofErr w:type="spellStart"/>
      <w:r>
        <w:t>est</w:t>
      </w:r>
      <w:proofErr w:type="spellEnd"/>
      <w:r>
        <w:t xml:space="preserve"> </w:t>
      </w:r>
      <w:proofErr w:type="spellStart"/>
      <w:r>
        <w:t>claire</w:t>
      </w:r>
      <w:proofErr w:type="spellEnd"/>
      <w:r>
        <w:t xml:space="preserve"> : </w:t>
      </w:r>
      <w:proofErr w:type="spellStart"/>
      <w:r>
        <w:t>aucune</w:t>
      </w:r>
      <w:proofErr w:type="spellEnd"/>
      <w:r>
        <w:t xml:space="preserve"> </w:t>
      </w:r>
      <w:proofErr w:type="spellStart"/>
      <w:r>
        <w:t>fonction</w:t>
      </w:r>
      <w:proofErr w:type="spellEnd"/>
      <w:r>
        <w:t xml:space="preserve"> </w:t>
      </w:r>
      <w:proofErr w:type="spellStart"/>
      <w:r>
        <w:t>publique</w:t>
      </w:r>
      <w:proofErr w:type="spellEnd"/>
      <w:r>
        <w:t xml:space="preserve"> ne </w:t>
      </w:r>
      <w:proofErr w:type="spellStart"/>
      <w:r>
        <w:t>peut</w:t>
      </w:r>
      <w:proofErr w:type="spellEnd"/>
      <w:r>
        <w:t xml:space="preserve"> placer hors de </w:t>
      </w:r>
      <w:proofErr w:type="spellStart"/>
      <w:r>
        <w:t>portée</w:t>
      </w:r>
      <w:proofErr w:type="spellEnd"/>
      <w:r>
        <w:t xml:space="preserve"> du droit le fait </w:t>
      </w:r>
      <w:proofErr w:type="spellStart"/>
      <w:r>
        <w:t>d’affamer</w:t>
      </w:r>
      <w:proofErr w:type="spellEnd"/>
      <w:r>
        <w:t xml:space="preserve">, de </w:t>
      </w:r>
      <w:proofErr w:type="spellStart"/>
      <w:r>
        <w:t>tuer</w:t>
      </w:r>
      <w:proofErr w:type="spellEnd"/>
      <w:r>
        <w:t xml:space="preserve"> </w:t>
      </w:r>
      <w:proofErr w:type="spellStart"/>
      <w:r>
        <w:t>ou</w:t>
      </w:r>
      <w:proofErr w:type="spellEnd"/>
      <w:r>
        <w:t xml:space="preserve"> de </w:t>
      </w:r>
      <w:proofErr w:type="spellStart"/>
      <w:r>
        <w:t>déplacer</w:t>
      </w:r>
      <w:proofErr w:type="spellEnd"/>
      <w:r>
        <w:t xml:space="preserve"> de force des civils, </w:t>
      </w:r>
      <w:proofErr w:type="spellStart"/>
      <w:r>
        <w:t>d’entraver</w:t>
      </w:r>
      <w:proofErr w:type="spellEnd"/>
      <w:r>
        <w:t xml:space="preserve"> </w:t>
      </w:r>
      <w:proofErr w:type="spellStart"/>
      <w:r>
        <w:t>l’aide</w:t>
      </w:r>
      <w:proofErr w:type="spellEnd"/>
      <w:r>
        <w:t xml:space="preserve"> </w:t>
      </w:r>
      <w:proofErr w:type="spellStart"/>
      <w:r>
        <w:t>humanitaire</w:t>
      </w:r>
      <w:proofErr w:type="spellEnd"/>
      <w:r>
        <w:t xml:space="preserve"> </w:t>
      </w:r>
      <w:proofErr w:type="spellStart"/>
      <w:r>
        <w:t>ou</w:t>
      </w:r>
      <w:proofErr w:type="spellEnd"/>
      <w:r>
        <w:t xml:space="preserve"> </w:t>
      </w:r>
      <w:proofErr w:type="spellStart"/>
      <w:r>
        <w:t>d’attaquer</w:t>
      </w:r>
      <w:proofErr w:type="spellEnd"/>
      <w:r>
        <w:t xml:space="preserve"> le personnel </w:t>
      </w:r>
      <w:proofErr w:type="spellStart"/>
      <w:r>
        <w:t>humanitaire</w:t>
      </w:r>
      <w:proofErr w:type="spellEnd"/>
      <w:r>
        <w:t>.</w:t>
      </w:r>
    </w:p>
    <w:p w14:paraId="0143EDAB" w14:textId="77777777" w:rsidR="005D77C6" w:rsidRDefault="005D77C6" w:rsidP="005D77C6"/>
    <w:p w14:paraId="2601633C" w14:textId="77777777" w:rsidR="005D77C6" w:rsidRDefault="005D77C6" w:rsidP="005D77C6">
      <w:r>
        <w:t>NOS DÉCISIONS ET DEMANDES</w:t>
      </w:r>
    </w:p>
    <w:p w14:paraId="1E48B6EC" w14:textId="77777777" w:rsidR="005D77C6" w:rsidRDefault="005D77C6" w:rsidP="005D77C6"/>
    <w:p w14:paraId="669E36D0" w14:textId="77777777" w:rsidR="005D77C6" w:rsidRDefault="005D77C6" w:rsidP="005D77C6">
      <w:r>
        <w:t xml:space="preserve">1. Que la </w:t>
      </w:r>
      <w:proofErr w:type="spellStart"/>
      <w:r>
        <w:t>décision</w:t>
      </w:r>
      <w:proofErr w:type="spellEnd"/>
      <w:r>
        <w:t xml:space="preserve"> </w:t>
      </w:r>
      <w:proofErr w:type="spellStart"/>
      <w:r>
        <w:t>provisoire</w:t>
      </w:r>
      <w:proofErr w:type="spellEnd"/>
      <w:r>
        <w:t xml:space="preserve"> de la 11e Cour </w:t>
      </w:r>
      <w:proofErr w:type="spellStart"/>
      <w:r>
        <w:t>d’assises</w:t>
      </w:r>
      <w:proofErr w:type="spellEnd"/>
      <w:r>
        <w:t xml:space="preserve"> </w:t>
      </w:r>
      <w:proofErr w:type="spellStart"/>
      <w:r>
        <w:t>d’Istanbul</w:t>
      </w:r>
      <w:proofErr w:type="spellEnd"/>
      <w:r>
        <w:t xml:space="preserve"> du 14 </w:t>
      </w:r>
      <w:proofErr w:type="spellStart"/>
      <w:r>
        <w:t>juillet</w:t>
      </w:r>
      <w:proofErr w:type="spellEnd"/>
      <w:r>
        <w:t xml:space="preserve"> 2026 </w:t>
      </w:r>
      <w:proofErr w:type="spellStart"/>
      <w:r>
        <w:t>soit</w:t>
      </w:r>
      <w:proofErr w:type="spellEnd"/>
      <w:r>
        <w:t xml:space="preserve"> </w:t>
      </w:r>
      <w:proofErr w:type="spellStart"/>
      <w:r>
        <w:t>exécutée</w:t>
      </w:r>
      <w:proofErr w:type="spellEnd"/>
      <w:r>
        <w:t xml:space="preserve"> sans </w:t>
      </w:r>
      <w:proofErr w:type="spellStart"/>
      <w:r>
        <w:t>délai</w:t>
      </w:r>
      <w:proofErr w:type="spellEnd"/>
      <w:r>
        <w:t xml:space="preserve"> ; </w:t>
      </w:r>
      <w:proofErr w:type="spellStart"/>
      <w:r>
        <w:t>qu’elle</w:t>
      </w:r>
      <w:proofErr w:type="spellEnd"/>
      <w:r>
        <w:t xml:space="preserve"> </w:t>
      </w:r>
      <w:proofErr w:type="spellStart"/>
      <w:r>
        <w:t>soit</w:t>
      </w:r>
      <w:proofErr w:type="spellEnd"/>
      <w:r>
        <w:t xml:space="preserve"> </w:t>
      </w:r>
      <w:proofErr w:type="spellStart"/>
      <w:r>
        <w:t>dûment</w:t>
      </w:r>
      <w:proofErr w:type="spellEnd"/>
      <w:r>
        <w:t xml:space="preserve"> </w:t>
      </w:r>
      <w:proofErr w:type="spellStart"/>
      <w:r>
        <w:t>transmise</w:t>
      </w:r>
      <w:proofErr w:type="spellEnd"/>
      <w:r>
        <w:t xml:space="preserve">, par les </w:t>
      </w:r>
      <w:proofErr w:type="spellStart"/>
      <w:r>
        <w:t>autorités</w:t>
      </w:r>
      <w:proofErr w:type="spellEnd"/>
      <w:r>
        <w:t xml:space="preserve"> </w:t>
      </w:r>
      <w:proofErr w:type="spellStart"/>
      <w:r>
        <w:t>compétentes</w:t>
      </w:r>
      <w:proofErr w:type="spellEnd"/>
      <w:r>
        <w:t xml:space="preserve">, par les </w:t>
      </w:r>
      <w:proofErr w:type="spellStart"/>
      <w:r>
        <w:t>canaux</w:t>
      </w:r>
      <w:proofErr w:type="spellEnd"/>
      <w:r>
        <w:t xml:space="preserve"> </w:t>
      </w:r>
      <w:proofErr w:type="spellStart"/>
      <w:r>
        <w:t>d’INTERPOL</w:t>
      </w:r>
      <w:proofErr w:type="spellEnd"/>
      <w:r>
        <w:t xml:space="preserve"> ; et que le public </w:t>
      </w:r>
      <w:proofErr w:type="spellStart"/>
      <w:r>
        <w:t>ainsi</w:t>
      </w:r>
      <w:proofErr w:type="spellEnd"/>
      <w:r>
        <w:t xml:space="preserve"> que les </w:t>
      </w:r>
      <w:proofErr w:type="spellStart"/>
      <w:r>
        <w:t>requérants</w:t>
      </w:r>
      <w:proofErr w:type="spellEnd"/>
      <w:r>
        <w:t xml:space="preserve"> </w:t>
      </w:r>
      <w:proofErr w:type="spellStart"/>
      <w:r>
        <w:t>soient</w:t>
      </w:r>
      <w:proofErr w:type="spellEnd"/>
      <w:r>
        <w:t xml:space="preserve"> </w:t>
      </w:r>
      <w:proofErr w:type="spellStart"/>
      <w:r>
        <w:t>informés</w:t>
      </w:r>
      <w:proofErr w:type="spellEnd"/>
      <w:r>
        <w:t xml:space="preserve"> des </w:t>
      </w:r>
      <w:proofErr w:type="spellStart"/>
      <w:r>
        <w:t>mesures</w:t>
      </w:r>
      <w:proofErr w:type="spellEnd"/>
      <w:r>
        <w:t xml:space="preserve"> </w:t>
      </w:r>
      <w:proofErr w:type="spellStart"/>
      <w:r>
        <w:t>administratives</w:t>
      </w:r>
      <w:proofErr w:type="spellEnd"/>
      <w:r>
        <w:t xml:space="preserve"> et </w:t>
      </w:r>
      <w:proofErr w:type="spellStart"/>
      <w:r>
        <w:t>exécutoires</w:t>
      </w:r>
      <w:proofErr w:type="spellEnd"/>
      <w:r>
        <w:t xml:space="preserve"> </w:t>
      </w:r>
      <w:proofErr w:type="spellStart"/>
      <w:r>
        <w:t>prises</w:t>
      </w:r>
      <w:proofErr w:type="spellEnd"/>
      <w:r>
        <w:t xml:space="preserve"> et de </w:t>
      </w:r>
      <w:proofErr w:type="spellStart"/>
      <w:r>
        <w:t>leurs</w:t>
      </w:r>
      <w:proofErr w:type="spellEnd"/>
      <w:r>
        <w:t xml:space="preserve"> </w:t>
      </w:r>
      <w:proofErr w:type="spellStart"/>
      <w:r>
        <w:t>résultats</w:t>
      </w:r>
      <w:proofErr w:type="spellEnd"/>
      <w:r>
        <w:t xml:space="preserve"> ;</w:t>
      </w:r>
    </w:p>
    <w:p w14:paraId="5EA9BF29" w14:textId="77777777" w:rsidR="005D77C6" w:rsidRDefault="005D77C6" w:rsidP="005D77C6"/>
    <w:p w14:paraId="31177823" w14:textId="77777777" w:rsidR="005D77C6" w:rsidRDefault="005D77C6" w:rsidP="005D77C6">
      <w:r>
        <w:lastRenderedPageBreak/>
        <w:t xml:space="preserve">2. Que le </w:t>
      </w:r>
      <w:proofErr w:type="spellStart"/>
      <w:r>
        <w:t>Secrétariat</w:t>
      </w:r>
      <w:proofErr w:type="spellEnd"/>
      <w:r>
        <w:t xml:space="preserve"> </w:t>
      </w:r>
      <w:proofErr w:type="spellStart"/>
      <w:r>
        <w:t>général</w:t>
      </w:r>
      <w:proofErr w:type="spellEnd"/>
      <w:r>
        <w:t xml:space="preserve"> </w:t>
      </w:r>
      <w:proofErr w:type="spellStart"/>
      <w:r>
        <w:t>d’INTERPOL</w:t>
      </w:r>
      <w:proofErr w:type="spellEnd"/>
      <w:r>
        <w:t xml:space="preserve"> examine toute </w:t>
      </w:r>
      <w:proofErr w:type="spellStart"/>
      <w:r>
        <w:t>demande</w:t>
      </w:r>
      <w:proofErr w:type="spellEnd"/>
      <w:r>
        <w:t xml:space="preserve"> qui </w:t>
      </w:r>
      <w:proofErr w:type="spellStart"/>
      <w:r>
        <w:t>lui</w:t>
      </w:r>
      <w:proofErr w:type="spellEnd"/>
      <w:r>
        <w:t xml:space="preserve"> sera </w:t>
      </w:r>
      <w:proofErr w:type="spellStart"/>
      <w:r>
        <w:t>transmise</w:t>
      </w:r>
      <w:proofErr w:type="spellEnd"/>
      <w:r>
        <w:t xml:space="preserve"> non pas au regard des rapports de force politiques, </w:t>
      </w:r>
      <w:proofErr w:type="spellStart"/>
      <w:r>
        <w:t>mais</w:t>
      </w:r>
      <w:proofErr w:type="spellEnd"/>
      <w:r>
        <w:t xml:space="preserve"> </w:t>
      </w:r>
      <w:proofErr w:type="spellStart"/>
      <w:r>
        <w:t>conformément</w:t>
      </w:r>
      <w:proofErr w:type="spellEnd"/>
      <w:r>
        <w:t xml:space="preserve"> à la Constitution </w:t>
      </w:r>
      <w:proofErr w:type="spellStart"/>
      <w:r>
        <w:t>d’INTERPOL</w:t>
      </w:r>
      <w:proofErr w:type="spellEnd"/>
      <w:r>
        <w:t xml:space="preserve">, aux principes </w:t>
      </w:r>
      <w:proofErr w:type="spellStart"/>
      <w:r>
        <w:t>applicables</w:t>
      </w:r>
      <w:proofErr w:type="spellEnd"/>
      <w:r>
        <w:t xml:space="preserve"> des droits </w:t>
      </w:r>
      <w:proofErr w:type="spellStart"/>
      <w:r>
        <w:t>humains</w:t>
      </w:r>
      <w:proofErr w:type="spellEnd"/>
      <w:r>
        <w:t xml:space="preserve"> et à </w:t>
      </w:r>
      <w:proofErr w:type="spellStart"/>
      <w:r>
        <w:t>l’objectif</w:t>
      </w:r>
      <w:proofErr w:type="spellEnd"/>
      <w:r>
        <w:t xml:space="preserve"> de </w:t>
      </w:r>
      <w:proofErr w:type="spellStart"/>
      <w:r>
        <w:t>lutte</w:t>
      </w:r>
      <w:proofErr w:type="spellEnd"/>
      <w:r>
        <w:t xml:space="preserve"> </w:t>
      </w:r>
      <w:proofErr w:type="spellStart"/>
      <w:r>
        <w:t>contre</w:t>
      </w:r>
      <w:proofErr w:type="spellEnd"/>
      <w:r>
        <w:t xml:space="preserve"> la </w:t>
      </w:r>
      <w:proofErr w:type="spellStart"/>
      <w:r>
        <w:t>criminalité</w:t>
      </w:r>
      <w:proofErr w:type="spellEnd"/>
      <w:r>
        <w:t xml:space="preserve"> </w:t>
      </w:r>
      <w:proofErr w:type="spellStart"/>
      <w:r>
        <w:t>internationale</w:t>
      </w:r>
      <w:proofErr w:type="spellEnd"/>
      <w:r>
        <w:t xml:space="preserve">, et que nous </w:t>
      </w:r>
      <w:proofErr w:type="spellStart"/>
      <w:r>
        <w:t>soyons</w:t>
      </w:r>
      <w:proofErr w:type="spellEnd"/>
      <w:r>
        <w:t xml:space="preserve"> </w:t>
      </w:r>
      <w:proofErr w:type="spellStart"/>
      <w:r>
        <w:t>informés</w:t>
      </w:r>
      <w:proofErr w:type="spellEnd"/>
      <w:r>
        <w:t xml:space="preserve"> du </w:t>
      </w:r>
      <w:proofErr w:type="spellStart"/>
      <w:r>
        <w:t>déroulement</w:t>
      </w:r>
      <w:proofErr w:type="spellEnd"/>
      <w:r>
        <w:t xml:space="preserve"> de la </w:t>
      </w:r>
      <w:proofErr w:type="spellStart"/>
      <w:r>
        <w:t>procédure</w:t>
      </w:r>
      <w:proofErr w:type="spellEnd"/>
      <w:r>
        <w:t xml:space="preserve"> ;</w:t>
      </w:r>
    </w:p>
    <w:p w14:paraId="6C68B44C" w14:textId="77777777" w:rsidR="005D77C6" w:rsidRDefault="005D77C6" w:rsidP="005D77C6"/>
    <w:p w14:paraId="07D9C2CC" w14:textId="77777777" w:rsidR="005D77C6" w:rsidRDefault="005D77C6" w:rsidP="005D77C6">
      <w:r>
        <w:t xml:space="preserve">3. Que </w:t>
      </w:r>
      <w:proofErr w:type="spellStart"/>
      <w:r>
        <w:t>tous</w:t>
      </w:r>
      <w:proofErr w:type="spellEnd"/>
      <w:r>
        <w:t xml:space="preserve"> les États parties au </w:t>
      </w:r>
      <w:proofErr w:type="spellStart"/>
      <w:r>
        <w:t>Statut</w:t>
      </w:r>
      <w:proofErr w:type="spellEnd"/>
      <w:r>
        <w:t xml:space="preserve"> de Rome </w:t>
      </w:r>
      <w:proofErr w:type="spellStart"/>
      <w:r>
        <w:t>s’acquittent</w:t>
      </w:r>
      <w:proofErr w:type="spellEnd"/>
      <w:r>
        <w:t xml:space="preserve"> </w:t>
      </w:r>
      <w:proofErr w:type="spellStart"/>
      <w:r>
        <w:t>intégralement</w:t>
      </w:r>
      <w:proofErr w:type="spellEnd"/>
      <w:r>
        <w:t xml:space="preserve"> des obligations </w:t>
      </w:r>
      <w:proofErr w:type="spellStart"/>
      <w:r>
        <w:t>découlant</w:t>
      </w:r>
      <w:proofErr w:type="spellEnd"/>
      <w:r>
        <w:t xml:space="preserve"> du </w:t>
      </w:r>
      <w:proofErr w:type="spellStart"/>
      <w:r>
        <w:t>mandat</w:t>
      </w:r>
      <w:proofErr w:type="spellEnd"/>
      <w:r>
        <w:t xml:space="preserve"> </w:t>
      </w:r>
      <w:proofErr w:type="spellStart"/>
      <w:r>
        <w:t>d’arrêt</w:t>
      </w:r>
      <w:proofErr w:type="spellEnd"/>
      <w:r>
        <w:t xml:space="preserve"> et de remise </w:t>
      </w:r>
      <w:proofErr w:type="spellStart"/>
      <w:r>
        <w:t>délivré</w:t>
      </w:r>
      <w:proofErr w:type="spellEnd"/>
      <w:r>
        <w:t xml:space="preserve"> par la Cour </w:t>
      </w:r>
      <w:proofErr w:type="spellStart"/>
      <w:r>
        <w:t>pénale</w:t>
      </w:r>
      <w:proofErr w:type="spellEnd"/>
      <w:r>
        <w:t xml:space="preserve"> </w:t>
      </w:r>
      <w:proofErr w:type="spellStart"/>
      <w:r>
        <w:t>internationale</w:t>
      </w:r>
      <w:proofErr w:type="spellEnd"/>
      <w:r>
        <w:t xml:space="preserve"> à </w:t>
      </w:r>
      <w:proofErr w:type="spellStart"/>
      <w:r>
        <w:t>l’encontre</w:t>
      </w:r>
      <w:proofErr w:type="spellEnd"/>
      <w:r>
        <w:t xml:space="preserve"> de Netanyahu, et que </w:t>
      </w:r>
      <w:proofErr w:type="spellStart"/>
      <w:r>
        <w:t>l’exécution</w:t>
      </w:r>
      <w:proofErr w:type="spellEnd"/>
      <w:r>
        <w:t xml:space="preserve"> de </w:t>
      </w:r>
      <w:proofErr w:type="spellStart"/>
      <w:r>
        <w:t>ces</w:t>
      </w:r>
      <w:proofErr w:type="spellEnd"/>
      <w:r>
        <w:t xml:space="preserve"> obligations </w:t>
      </w:r>
      <w:proofErr w:type="spellStart"/>
      <w:r>
        <w:t>fasse</w:t>
      </w:r>
      <w:proofErr w:type="spellEnd"/>
      <w:r>
        <w:t xml:space="preserve"> </w:t>
      </w:r>
      <w:proofErr w:type="spellStart"/>
      <w:r>
        <w:t>l’objet</w:t>
      </w:r>
      <w:proofErr w:type="spellEnd"/>
      <w:r>
        <w:t xml:space="preserve"> d’un </w:t>
      </w:r>
      <w:proofErr w:type="spellStart"/>
      <w:r>
        <w:t>suivi</w:t>
      </w:r>
      <w:proofErr w:type="spellEnd"/>
      <w:r>
        <w:t xml:space="preserve"> </w:t>
      </w:r>
      <w:proofErr w:type="spellStart"/>
      <w:r>
        <w:t>effectif</w:t>
      </w:r>
      <w:proofErr w:type="spellEnd"/>
      <w:r>
        <w:t xml:space="preserve"> par les institutions </w:t>
      </w:r>
      <w:proofErr w:type="spellStart"/>
      <w:r>
        <w:t>internationales</w:t>
      </w:r>
      <w:proofErr w:type="spellEnd"/>
      <w:r>
        <w:t xml:space="preserve"> </w:t>
      </w:r>
      <w:proofErr w:type="spellStart"/>
      <w:r>
        <w:t>compétentes</w:t>
      </w:r>
      <w:proofErr w:type="spellEnd"/>
      <w:r>
        <w:t xml:space="preserve"> ;</w:t>
      </w:r>
    </w:p>
    <w:p w14:paraId="4812B0E6" w14:textId="77777777" w:rsidR="005D77C6" w:rsidRDefault="005D77C6" w:rsidP="005D77C6"/>
    <w:p w14:paraId="10194884" w14:textId="77777777" w:rsidR="005D77C6" w:rsidRDefault="005D77C6" w:rsidP="005D77C6">
      <w:r>
        <w:t xml:space="preserve">4. Que les institutions de </w:t>
      </w:r>
      <w:proofErr w:type="spellStart"/>
      <w:r>
        <w:t>l’Union</w:t>
      </w:r>
      <w:proofErr w:type="spellEnd"/>
      <w:r>
        <w:t xml:space="preserve"> </w:t>
      </w:r>
      <w:proofErr w:type="spellStart"/>
      <w:r>
        <w:t>européenne</w:t>
      </w:r>
      <w:proofErr w:type="spellEnd"/>
      <w:r>
        <w:t xml:space="preserve">, les </w:t>
      </w:r>
      <w:proofErr w:type="spellStart"/>
      <w:r>
        <w:t>organes</w:t>
      </w:r>
      <w:proofErr w:type="spellEnd"/>
      <w:r>
        <w:t xml:space="preserve"> du Conseil de </w:t>
      </w:r>
      <w:proofErr w:type="spellStart"/>
      <w:r>
        <w:t>l’Europe</w:t>
      </w:r>
      <w:proofErr w:type="spellEnd"/>
      <w:r>
        <w:t xml:space="preserve"> et les États </w:t>
      </w:r>
      <w:proofErr w:type="spellStart"/>
      <w:r>
        <w:t>européens</w:t>
      </w:r>
      <w:proofErr w:type="spellEnd"/>
      <w:r>
        <w:t xml:space="preserve"> </w:t>
      </w:r>
      <w:proofErr w:type="spellStart"/>
      <w:r>
        <w:t>défendent</w:t>
      </w:r>
      <w:proofErr w:type="spellEnd"/>
      <w:r>
        <w:t xml:space="preserve"> la justice </w:t>
      </w:r>
      <w:proofErr w:type="spellStart"/>
      <w:r>
        <w:t>pénale</w:t>
      </w:r>
      <w:proofErr w:type="spellEnd"/>
      <w:r>
        <w:t xml:space="preserve"> </w:t>
      </w:r>
      <w:proofErr w:type="spellStart"/>
      <w:r>
        <w:t>internationale</w:t>
      </w:r>
      <w:proofErr w:type="spellEnd"/>
      <w:r>
        <w:t xml:space="preserve"> sans discrimination entre les États et ne </w:t>
      </w:r>
      <w:proofErr w:type="spellStart"/>
      <w:r>
        <w:t>permettent</w:t>
      </w:r>
      <w:proofErr w:type="spellEnd"/>
      <w:r>
        <w:t xml:space="preserve"> pas que des </w:t>
      </w:r>
      <w:proofErr w:type="spellStart"/>
      <w:r>
        <w:t>considérations</w:t>
      </w:r>
      <w:proofErr w:type="spellEnd"/>
      <w:r>
        <w:t xml:space="preserve"> diplomatiques </w:t>
      </w:r>
      <w:proofErr w:type="spellStart"/>
      <w:r>
        <w:t>ou</w:t>
      </w:r>
      <w:proofErr w:type="spellEnd"/>
      <w:r>
        <w:t xml:space="preserve"> politiques </w:t>
      </w:r>
      <w:proofErr w:type="spellStart"/>
      <w:r>
        <w:t>privent</w:t>
      </w:r>
      <w:proofErr w:type="spellEnd"/>
      <w:r>
        <w:t xml:space="preserve"> les </w:t>
      </w:r>
      <w:proofErr w:type="spellStart"/>
      <w:r>
        <w:t>décisions</w:t>
      </w:r>
      <w:proofErr w:type="spellEnd"/>
      <w:r>
        <w:t xml:space="preserve"> </w:t>
      </w:r>
      <w:proofErr w:type="spellStart"/>
      <w:r>
        <w:t>judiciaires</w:t>
      </w:r>
      <w:proofErr w:type="spellEnd"/>
      <w:r>
        <w:t xml:space="preserve"> de </w:t>
      </w:r>
      <w:proofErr w:type="spellStart"/>
      <w:r>
        <w:t>leur</w:t>
      </w:r>
      <w:proofErr w:type="spellEnd"/>
      <w:r>
        <w:t xml:space="preserve"> </w:t>
      </w:r>
      <w:proofErr w:type="spellStart"/>
      <w:r>
        <w:t>efficacité</w:t>
      </w:r>
      <w:proofErr w:type="spellEnd"/>
      <w:r>
        <w:t xml:space="preserve"> ;</w:t>
      </w:r>
    </w:p>
    <w:p w14:paraId="34FFA514" w14:textId="77777777" w:rsidR="005D77C6" w:rsidRDefault="005D77C6" w:rsidP="005D77C6"/>
    <w:p w14:paraId="4E6CC1C9" w14:textId="77777777" w:rsidR="005D77C6" w:rsidRDefault="005D77C6" w:rsidP="005D77C6">
      <w:r>
        <w:t xml:space="preserve">5. Que </w:t>
      </w:r>
      <w:proofErr w:type="spellStart"/>
      <w:r>
        <w:t>l’Organisation</w:t>
      </w:r>
      <w:proofErr w:type="spellEnd"/>
      <w:r>
        <w:t xml:space="preserve"> des Nations </w:t>
      </w:r>
      <w:proofErr w:type="spellStart"/>
      <w:r>
        <w:t>Unies</w:t>
      </w:r>
      <w:proofErr w:type="spellEnd"/>
      <w:r>
        <w:t xml:space="preserve"> et </w:t>
      </w:r>
      <w:proofErr w:type="spellStart"/>
      <w:r>
        <w:t>ses</w:t>
      </w:r>
      <w:proofErr w:type="spellEnd"/>
      <w:r>
        <w:t xml:space="preserve"> </w:t>
      </w:r>
      <w:proofErr w:type="spellStart"/>
      <w:r>
        <w:t>mécanismes</w:t>
      </w:r>
      <w:proofErr w:type="spellEnd"/>
      <w:r>
        <w:t xml:space="preserve"> de protection des droits </w:t>
      </w:r>
      <w:proofErr w:type="spellStart"/>
      <w:r>
        <w:t>humains</w:t>
      </w:r>
      <w:proofErr w:type="spellEnd"/>
      <w:r>
        <w:t xml:space="preserve"> </w:t>
      </w:r>
      <w:proofErr w:type="spellStart"/>
      <w:r>
        <w:t>prennent</w:t>
      </w:r>
      <w:proofErr w:type="spellEnd"/>
      <w:r>
        <w:t xml:space="preserve"> des </w:t>
      </w:r>
      <w:proofErr w:type="spellStart"/>
      <w:r>
        <w:t>mesures</w:t>
      </w:r>
      <w:proofErr w:type="spellEnd"/>
      <w:r>
        <w:t xml:space="preserve"> effectives, </w:t>
      </w:r>
      <w:proofErr w:type="spellStart"/>
      <w:r>
        <w:t>transparentes</w:t>
      </w:r>
      <w:proofErr w:type="spellEnd"/>
      <w:r>
        <w:t xml:space="preserve"> et </w:t>
      </w:r>
      <w:proofErr w:type="spellStart"/>
      <w:r>
        <w:t>orientées</w:t>
      </w:r>
      <w:proofErr w:type="spellEnd"/>
      <w:r>
        <w:t xml:space="preserve"> </w:t>
      </w:r>
      <w:proofErr w:type="spellStart"/>
      <w:r>
        <w:t>vers</w:t>
      </w:r>
      <w:proofErr w:type="spellEnd"/>
      <w:r>
        <w:t xml:space="preserve"> des </w:t>
      </w:r>
      <w:proofErr w:type="spellStart"/>
      <w:r>
        <w:t>résultats</w:t>
      </w:r>
      <w:proofErr w:type="spellEnd"/>
      <w:r>
        <w:t xml:space="preserve"> </w:t>
      </w:r>
      <w:proofErr w:type="spellStart"/>
      <w:r>
        <w:t>afin</w:t>
      </w:r>
      <w:proofErr w:type="spellEnd"/>
      <w:r>
        <w:t xml:space="preserve"> de </w:t>
      </w:r>
      <w:proofErr w:type="spellStart"/>
      <w:r>
        <w:t>préserver</w:t>
      </w:r>
      <w:proofErr w:type="spellEnd"/>
      <w:r>
        <w:t xml:space="preserve"> les </w:t>
      </w:r>
      <w:proofErr w:type="spellStart"/>
      <w:r>
        <w:t>éléments</w:t>
      </w:r>
      <w:proofErr w:type="spellEnd"/>
      <w:r>
        <w:t xml:space="preserve"> de </w:t>
      </w:r>
      <w:proofErr w:type="spellStart"/>
      <w:r>
        <w:t>preuve</w:t>
      </w:r>
      <w:proofErr w:type="spellEnd"/>
      <w:r>
        <w:t xml:space="preserve"> </w:t>
      </w:r>
      <w:proofErr w:type="spellStart"/>
      <w:r>
        <w:t>relatifs</w:t>
      </w:r>
      <w:proofErr w:type="spellEnd"/>
      <w:r>
        <w:t xml:space="preserve"> aux crimes </w:t>
      </w:r>
      <w:proofErr w:type="spellStart"/>
      <w:r>
        <w:t>internationaux</w:t>
      </w:r>
      <w:proofErr w:type="spellEnd"/>
      <w:r>
        <w:t xml:space="preserve"> qui </w:t>
      </w:r>
      <w:proofErr w:type="spellStart"/>
      <w:r>
        <w:t>auraient</w:t>
      </w:r>
      <w:proofErr w:type="spellEnd"/>
      <w:r>
        <w:t xml:space="preserve"> </w:t>
      </w:r>
      <w:proofErr w:type="spellStart"/>
      <w:r>
        <w:t>été</w:t>
      </w:r>
      <w:proofErr w:type="spellEnd"/>
      <w:r>
        <w:t xml:space="preserve"> </w:t>
      </w:r>
      <w:proofErr w:type="spellStart"/>
      <w:r>
        <w:t>commis</w:t>
      </w:r>
      <w:proofErr w:type="spellEnd"/>
      <w:r>
        <w:t xml:space="preserve"> à Gaza, de </w:t>
      </w:r>
      <w:proofErr w:type="spellStart"/>
      <w:r>
        <w:t>protéger</w:t>
      </w:r>
      <w:proofErr w:type="spellEnd"/>
      <w:r>
        <w:t xml:space="preserve"> les </w:t>
      </w:r>
      <w:proofErr w:type="spellStart"/>
      <w:r>
        <w:t>victimes</w:t>
      </w:r>
      <w:proofErr w:type="spellEnd"/>
      <w:r>
        <w:t xml:space="preserve"> et </w:t>
      </w:r>
      <w:proofErr w:type="spellStart"/>
      <w:r>
        <w:t>d’assurer</w:t>
      </w:r>
      <w:proofErr w:type="spellEnd"/>
      <w:r>
        <w:t xml:space="preserve"> la </w:t>
      </w:r>
      <w:proofErr w:type="spellStart"/>
      <w:r>
        <w:t>poursuite</w:t>
      </w:r>
      <w:proofErr w:type="spellEnd"/>
      <w:r>
        <w:t xml:space="preserve"> des </w:t>
      </w:r>
      <w:proofErr w:type="spellStart"/>
      <w:r>
        <w:t>responsables</w:t>
      </w:r>
      <w:proofErr w:type="spellEnd"/>
      <w:r>
        <w:t xml:space="preserve"> ;</w:t>
      </w:r>
    </w:p>
    <w:p w14:paraId="3D532DD6" w14:textId="77777777" w:rsidR="005D77C6" w:rsidRDefault="005D77C6" w:rsidP="005D77C6"/>
    <w:p w14:paraId="3B124136" w14:textId="77777777" w:rsidR="005D77C6" w:rsidRDefault="005D77C6" w:rsidP="005D77C6">
      <w:r>
        <w:t xml:space="preserve">6. Que </w:t>
      </w:r>
      <w:proofErr w:type="spellStart"/>
      <w:r>
        <w:t>l’Union</w:t>
      </w:r>
      <w:proofErr w:type="spellEnd"/>
      <w:r>
        <w:t xml:space="preserve"> des </w:t>
      </w:r>
      <w:proofErr w:type="spellStart"/>
      <w:r>
        <w:t>barreaux</w:t>
      </w:r>
      <w:proofErr w:type="spellEnd"/>
      <w:r>
        <w:t xml:space="preserve"> de Türkiye, les </w:t>
      </w:r>
      <w:proofErr w:type="spellStart"/>
      <w:r>
        <w:t>barreaux</w:t>
      </w:r>
      <w:proofErr w:type="spellEnd"/>
      <w:r>
        <w:t xml:space="preserve">, les </w:t>
      </w:r>
      <w:proofErr w:type="spellStart"/>
      <w:r>
        <w:t>facultés</w:t>
      </w:r>
      <w:proofErr w:type="spellEnd"/>
      <w:r>
        <w:t xml:space="preserve"> de droit, les </w:t>
      </w:r>
      <w:proofErr w:type="spellStart"/>
      <w:r>
        <w:t>organisations</w:t>
      </w:r>
      <w:proofErr w:type="spellEnd"/>
      <w:r>
        <w:t xml:space="preserve"> de </w:t>
      </w:r>
      <w:proofErr w:type="spellStart"/>
      <w:r>
        <w:t>défense</w:t>
      </w:r>
      <w:proofErr w:type="spellEnd"/>
      <w:r>
        <w:t xml:space="preserve"> des droits </w:t>
      </w:r>
      <w:proofErr w:type="spellStart"/>
      <w:r>
        <w:t>humains</w:t>
      </w:r>
      <w:proofErr w:type="spellEnd"/>
      <w:r>
        <w:t xml:space="preserve"> et les </w:t>
      </w:r>
      <w:proofErr w:type="spellStart"/>
      <w:r>
        <w:t>organisations</w:t>
      </w:r>
      <w:proofErr w:type="spellEnd"/>
      <w:r>
        <w:t xml:space="preserve"> </w:t>
      </w:r>
      <w:proofErr w:type="spellStart"/>
      <w:r>
        <w:t>juridiques</w:t>
      </w:r>
      <w:proofErr w:type="spellEnd"/>
      <w:r>
        <w:t xml:space="preserve"> </w:t>
      </w:r>
      <w:proofErr w:type="spellStart"/>
      <w:r>
        <w:t>internationales</w:t>
      </w:r>
      <w:proofErr w:type="spellEnd"/>
      <w:r>
        <w:t xml:space="preserve"> </w:t>
      </w:r>
      <w:proofErr w:type="spellStart"/>
      <w:r>
        <w:t>assurent</w:t>
      </w:r>
      <w:proofErr w:type="spellEnd"/>
      <w:r>
        <w:t xml:space="preserve"> un </w:t>
      </w:r>
      <w:proofErr w:type="spellStart"/>
      <w:r>
        <w:t>suivi</w:t>
      </w:r>
      <w:proofErr w:type="spellEnd"/>
      <w:r>
        <w:t xml:space="preserve"> permanent de la </w:t>
      </w:r>
      <w:proofErr w:type="spellStart"/>
      <w:r>
        <w:t>procédure</w:t>
      </w:r>
      <w:proofErr w:type="spellEnd"/>
      <w:r>
        <w:t xml:space="preserve"> et constituent, le </w:t>
      </w:r>
      <w:proofErr w:type="spellStart"/>
      <w:r>
        <w:t>cas</w:t>
      </w:r>
      <w:proofErr w:type="spellEnd"/>
      <w:r>
        <w:t xml:space="preserve"> </w:t>
      </w:r>
      <w:proofErr w:type="spellStart"/>
      <w:r>
        <w:t>échéant</w:t>
      </w:r>
      <w:proofErr w:type="spellEnd"/>
      <w:r>
        <w:t xml:space="preserve">, </w:t>
      </w:r>
      <w:proofErr w:type="spellStart"/>
      <w:r>
        <w:t>une</w:t>
      </w:r>
      <w:proofErr w:type="spellEnd"/>
      <w:r>
        <w:t xml:space="preserve"> </w:t>
      </w:r>
      <w:proofErr w:type="spellStart"/>
      <w:r>
        <w:t>délégation</w:t>
      </w:r>
      <w:proofErr w:type="spellEnd"/>
      <w:r>
        <w:t xml:space="preserve"> </w:t>
      </w:r>
      <w:proofErr w:type="spellStart"/>
      <w:r>
        <w:t>juridique</w:t>
      </w:r>
      <w:proofErr w:type="spellEnd"/>
      <w:r>
        <w:t xml:space="preserve"> commune </w:t>
      </w:r>
      <w:proofErr w:type="spellStart"/>
      <w:r>
        <w:t>afin</w:t>
      </w:r>
      <w:proofErr w:type="spellEnd"/>
      <w:r>
        <w:t xml:space="preserve"> de </w:t>
      </w:r>
      <w:proofErr w:type="spellStart"/>
      <w:r>
        <w:t>présenter</w:t>
      </w:r>
      <w:proofErr w:type="spellEnd"/>
      <w:r>
        <w:t xml:space="preserve"> des observations </w:t>
      </w:r>
      <w:proofErr w:type="spellStart"/>
      <w:r>
        <w:t>en</w:t>
      </w:r>
      <w:proofErr w:type="spellEnd"/>
      <w:r>
        <w:t xml:space="preserve"> </w:t>
      </w:r>
      <w:proofErr w:type="spellStart"/>
      <w:r>
        <w:t>qualité</w:t>
      </w:r>
      <w:proofErr w:type="spellEnd"/>
      <w:r>
        <w:t xml:space="preserve"> </w:t>
      </w:r>
      <w:proofErr w:type="spellStart"/>
      <w:r>
        <w:t>d’amicus</w:t>
      </w:r>
      <w:proofErr w:type="spellEnd"/>
      <w:r>
        <w:t xml:space="preserve"> curiae (</w:t>
      </w:r>
      <w:proofErr w:type="spellStart"/>
      <w:r>
        <w:t>ami</w:t>
      </w:r>
      <w:proofErr w:type="spellEnd"/>
      <w:r>
        <w:t xml:space="preserve"> de la </w:t>
      </w:r>
      <w:proofErr w:type="spellStart"/>
      <w:r>
        <w:t>cour</w:t>
      </w:r>
      <w:proofErr w:type="spellEnd"/>
      <w:r>
        <w:t xml:space="preserve">) </w:t>
      </w:r>
      <w:proofErr w:type="spellStart"/>
      <w:r>
        <w:t>devant</w:t>
      </w:r>
      <w:proofErr w:type="spellEnd"/>
      <w:r>
        <w:t xml:space="preserve"> la Cour </w:t>
      </w:r>
      <w:proofErr w:type="spellStart"/>
      <w:r>
        <w:t>pénale</w:t>
      </w:r>
      <w:proofErr w:type="spellEnd"/>
      <w:r>
        <w:t xml:space="preserve"> </w:t>
      </w:r>
      <w:proofErr w:type="spellStart"/>
      <w:r>
        <w:t>internationale</w:t>
      </w:r>
      <w:proofErr w:type="spellEnd"/>
      <w:r>
        <w:t xml:space="preserve"> et </w:t>
      </w:r>
      <w:proofErr w:type="spellStart"/>
      <w:r>
        <w:t>d’exercer</w:t>
      </w:r>
      <w:proofErr w:type="spellEnd"/>
      <w:r>
        <w:t xml:space="preserve"> les </w:t>
      </w:r>
      <w:proofErr w:type="spellStart"/>
      <w:r>
        <w:t>autres</w:t>
      </w:r>
      <w:proofErr w:type="spellEnd"/>
      <w:r>
        <w:t xml:space="preserve"> </w:t>
      </w:r>
      <w:proofErr w:type="spellStart"/>
      <w:r>
        <w:t>voies</w:t>
      </w:r>
      <w:proofErr w:type="spellEnd"/>
      <w:r>
        <w:t xml:space="preserve"> de droit </w:t>
      </w:r>
      <w:proofErr w:type="spellStart"/>
      <w:r>
        <w:t>disponibles</w:t>
      </w:r>
      <w:proofErr w:type="spellEnd"/>
      <w:r>
        <w:t xml:space="preserve"> ;</w:t>
      </w:r>
    </w:p>
    <w:p w14:paraId="465C7F9F" w14:textId="77777777" w:rsidR="005D77C6" w:rsidRDefault="005D77C6" w:rsidP="005D77C6"/>
    <w:p w14:paraId="6598C9C8" w14:textId="77777777" w:rsidR="005D77C6" w:rsidRDefault="005D77C6" w:rsidP="005D77C6">
      <w:r>
        <w:t xml:space="preserve">7. Que la </w:t>
      </w:r>
      <w:proofErr w:type="spellStart"/>
      <w:r>
        <w:t>procédure</w:t>
      </w:r>
      <w:proofErr w:type="spellEnd"/>
      <w:r>
        <w:t xml:space="preserve"> </w:t>
      </w:r>
      <w:proofErr w:type="spellStart"/>
      <w:r>
        <w:t>engagée</w:t>
      </w:r>
      <w:proofErr w:type="spellEnd"/>
      <w:r>
        <w:t xml:space="preserve"> à Istanbul </w:t>
      </w:r>
      <w:proofErr w:type="spellStart"/>
      <w:r>
        <w:t>soit</w:t>
      </w:r>
      <w:proofErr w:type="spellEnd"/>
      <w:r>
        <w:t xml:space="preserve"> </w:t>
      </w:r>
      <w:proofErr w:type="spellStart"/>
      <w:r>
        <w:t>suivie</w:t>
      </w:r>
      <w:proofErr w:type="spellEnd"/>
      <w:r>
        <w:t xml:space="preserve"> par des </w:t>
      </w:r>
      <w:proofErr w:type="spellStart"/>
      <w:r>
        <w:t>délégations</w:t>
      </w:r>
      <w:proofErr w:type="spellEnd"/>
      <w:r>
        <w:t xml:space="preserve"> </w:t>
      </w:r>
      <w:proofErr w:type="spellStart"/>
      <w:r>
        <w:t>indépendantes</w:t>
      </w:r>
      <w:proofErr w:type="spellEnd"/>
      <w:r>
        <w:t xml:space="preserve"> </w:t>
      </w:r>
      <w:proofErr w:type="spellStart"/>
      <w:r>
        <w:t>composées</w:t>
      </w:r>
      <w:proofErr w:type="spellEnd"/>
      <w:r>
        <w:t xml:space="preserve"> de </w:t>
      </w:r>
      <w:proofErr w:type="spellStart"/>
      <w:r>
        <w:t>juristes</w:t>
      </w:r>
      <w:proofErr w:type="spellEnd"/>
      <w:r>
        <w:t xml:space="preserve"> </w:t>
      </w:r>
      <w:proofErr w:type="spellStart"/>
      <w:r>
        <w:t>nationaux</w:t>
      </w:r>
      <w:proofErr w:type="spellEnd"/>
      <w:r>
        <w:t xml:space="preserve"> et </w:t>
      </w:r>
      <w:proofErr w:type="spellStart"/>
      <w:r>
        <w:t>internationaux</w:t>
      </w:r>
      <w:proofErr w:type="spellEnd"/>
      <w:r>
        <w:t xml:space="preserve">, et que les analyses </w:t>
      </w:r>
      <w:proofErr w:type="spellStart"/>
      <w:r>
        <w:t>juridiques</w:t>
      </w:r>
      <w:proofErr w:type="spellEnd"/>
      <w:r>
        <w:t xml:space="preserve"> relatives aux audiences et aux </w:t>
      </w:r>
      <w:proofErr w:type="spellStart"/>
      <w:r>
        <w:t>décisions</w:t>
      </w:r>
      <w:proofErr w:type="spellEnd"/>
      <w:r>
        <w:t xml:space="preserve"> </w:t>
      </w:r>
      <w:proofErr w:type="spellStart"/>
      <w:r>
        <w:t>soient</w:t>
      </w:r>
      <w:proofErr w:type="spellEnd"/>
      <w:r>
        <w:t xml:space="preserve"> </w:t>
      </w:r>
      <w:proofErr w:type="spellStart"/>
      <w:r>
        <w:t>rendues</w:t>
      </w:r>
      <w:proofErr w:type="spellEnd"/>
      <w:r>
        <w:t xml:space="preserve"> </w:t>
      </w:r>
      <w:proofErr w:type="spellStart"/>
      <w:r>
        <w:t>publiques</w:t>
      </w:r>
      <w:proofErr w:type="spellEnd"/>
      <w:r>
        <w:t>.</w:t>
      </w:r>
    </w:p>
    <w:p w14:paraId="3181E163" w14:textId="77777777" w:rsidR="005D77C6" w:rsidRDefault="005D77C6" w:rsidP="005D77C6"/>
    <w:p w14:paraId="5EB063BC" w14:textId="77777777" w:rsidR="005D77C6" w:rsidRDefault="005D77C6" w:rsidP="005D77C6">
      <w:r>
        <w:t>APPEL AUX AVOCATS ET AUX INSTITUTIONS</w:t>
      </w:r>
    </w:p>
    <w:p w14:paraId="2FEF1C28" w14:textId="77777777" w:rsidR="005D77C6" w:rsidRDefault="005D77C6" w:rsidP="005D77C6"/>
    <w:p w14:paraId="031803DA" w14:textId="77777777" w:rsidR="005D77C6" w:rsidRDefault="005D77C6" w:rsidP="005D77C6">
      <w:r>
        <w:t xml:space="preserve">Le </w:t>
      </w:r>
      <w:proofErr w:type="spellStart"/>
      <w:r>
        <w:t>présent</w:t>
      </w:r>
      <w:proofErr w:type="spellEnd"/>
      <w:r>
        <w:t xml:space="preserve"> </w:t>
      </w:r>
      <w:proofErr w:type="spellStart"/>
      <w:r>
        <w:t>appel</w:t>
      </w:r>
      <w:proofErr w:type="spellEnd"/>
      <w:r>
        <w:t xml:space="preserve"> vise à </w:t>
      </w:r>
      <w:proofErr w:type="spellStart"/>
      <w:r>
        <w:t>garantir</w:t>
      </w:r>
      <w:proofErr w:type="spellEnd"/>
      <w:r>
        <w:t xml:space="preserve"> </w:t>
      </w:r>
      <w:proofErr w:type="spellStart"/>
      <w:r>
        <w:t>l’application</w:t>
      </w:r>
      <w:proofErr w:type="spellEnd"/>
      <w:r>
        <w:t xml:space="preserve"> du </w:t>
      </w:r>
      <w:proofErr w:type="spellStart"/>
      <w:r>
        <w:t>même</w:t>
      </w:r>
      <w:proofErr w:type="spellEnd"/>
      <w:r>
        <w:t xml:space="preserve"> droit non </w:t>
      </w:r>
      <w:proofErr w:type="spellStart"/>
      <w:r>
        <w:t>seulement</w:t>
      </w:r>
      <w:proofErr w:type="spellEnd"/>
      <w:r>
        <w:t xml:space="preserve"> à </w:t>
      </w:r>
      <w:proofErr w:type="spellStart"/>
      <w:r>
        <w:t>une</w:t>
      </w:r>
      <w:proofErr w:type="spellEnd"/>
      <w:r>
        <w:t xml:space="preserve"> affaire </w:t>
      </w:r>
      <w:proofErr w:type="spellStart"/>
      <w:r>
        <w:t>particulière</w:t>
      </w:r>
      <w:proofErr w:type="spellEnd"/>
      <w:r>
        <w:t xml:space="preserve"> </w:t>
      </w:r>
      <w:proofErr w:type="spellStart"/>
      <w:r>
        <w:t>ou</w:t>
      </w:r>
      <w:proofErr w:type="spellEnd"/>
      <w:r>
        <w:t xml:space="preserve"> à un </w:t>
      </w:r>
      <w:proofErr w:type="spellStart"/>
      <w:r>
        <w:t>groupe</w:t>
      </w:r>
      <w:proofErr w:type="spellEnd"/>
      <w:r>
        <w:t xml:space="preserve"> </w:t>
      </w:r>
      <w:proofErr w:type="spellStart"/>
      <w:r>
        <w:t>déterminé</w:t>
      </w:r>
      <w:proofErr w:type="spellEnd"/>
      <w:r>
        <w:t xml:space="preserve"> de </w:t>
      </w:r>
      <w:proofErr w:type="spellStart"/>
      <w:r>
        <w:t>victimes</w:t>
      </w:r>
      <w:proofErr w:type="spellEnd"/>
      <w:r>
        <w:t xml:space="preserve">, </w:t>
      </w:r>
      <w:proofErr w:type="spellStart"/>
      <w:r>
        <w:t>mais</w:t>
      </w:r>
      <w:proofErr w:type="spellEnd"/>
      <w:r>
        <w:t xml:space="preserve"> à </w:t>
      </w:r>
      <w:proofErr w:type="spellStart"/>
      <w:r>
        <w:t>toutes</w:t>
      </w:r>
      <w:proofErr w:type="spellEnd"/>
      <w:r>
        <w:t xml:space="preserve"> les </w:t>
      </w:r>
      <w:proofErr w:type="spellStart"/>
      <w:r>
        <w:t>victimes</w:t>
      </w:r>
      <w:proofErr w:type="spellEnd"/>
      <w:r>
        <w:t>.</w:t>
      </w:r>
    </w:p>
    <w:p w14:paraId="4B586317" w14:textId="77777777" w:rsidR="005D77C6" w:rsidRDefault="005D77C6" w:rsidP="005D77C6"/>
    <w:p w14:paraId="18DE393C" w14:textId="77777777" w:rsidR="005D77C6" w:rsidRDefault="005D77C6" w:rsidP="005D77C6">
      <w:r>
        <w:t xml:space="preserve">Les </w:t>
      </w:r>
      <w:proofErr w:type="spellStart"/>
      <w:r>
        <w:t>mandats</w:t>
      </w:r>
      <w:proofErr w:type="spellEnd"/>
      <w:r>
        <w:t xml:space="preserve"> </w:t>
      </w:r>
      <w:proofErr w:type="spellStart"/>
      <w:r>
        <w:t>d’arrêt</w:t>
      </w:r>
      <w:proofErr w:type="spellEnd"/>
      <w:r>
        <w:t xml:space="preserve"> </w:t>
      </w:r>
      <w:proofErr w:type="spellStart"/>
      <w:r>
        <w:t>mettent</w:t>
      </w:r>
      <w:proofErr w:type="spellEnd"/>
      <w:r>
        <w:t xml:space="preserve"> à </w:t>
      </w:r>
      <w:proofErr w:type="spellStart"/>
      <w:r>
        <w:t>l’épreuve</w:t>
      </w:r>
      <w:proofErr w:type="spellEnd"/>
      <w:r>
        <w:t xml:space="preserve"> non </w:t>
      </w:r>
      <w:proofErr w:type="spellStart"/>
      <w:r>
        <w:t>seulement</w:t>
      </w:r>
      <w:proofErr w:type="spellEnd"/>
      <w:r>
        <w:t xml:space="preserve"> les </w:t>
      </w:r>
      <w:proofErr w:type="spellStart"/>
      <w:r>
        <w:t>personnes</w:t>
      </w:r>
      <w:proofErr w:type="spellEnd"/>
      <w:r>
        <w:t xml:space="preserve"> </w:t>
      </w:r>
      <w:proofErr w:type="spellStart"/>
      <w:r>
        <w:t>recherchées</w:t>
      </w:r>
      <w:proofErr w:type="spellEnd"/>
      <w:r>
        <w:t xml:space="preserve">, </w:t>
      </w:r>
      <w:proofErr w:type="spellStart"/>
      <w:r>
        <w:t>mais</w:t>
      </w:r>
      <w:proofErr w:type="spellEnd"/>
      <w:r>
        <w:t xml:space="preserve"> </w:t>
      </w:r>
      <w:proofErr w:type="spellStart"/>
      <w:r>
        <w:t>aussi</w:t>
      </w:r>
      <w:proofErr w:type="spellEnd"/>
      <w:r>
        <w:t xml:space="preserve"> la </w:t>
      </w:r>
      <w:proofErr w:type="spellStart"/>
      <w:r>
        <w:t>fidélité</w:t>
      </w:r>
      <w:proofErr w:type="spellEnd"/>
      <w:r>
        <w:t xml:space="preserve"> des États à </w:t>
      </w:r>
      <w:proofErr w:type="spellStart"/>
      <w:r>
        <w:t>l’État</w:t>
      </w:r>
      <w:proofErr w:type="spellEnd"/>
      <w:r>
        <w:t xml:space="preserve"> de droit. Nous </w:t>
      </w:r>
      <w:proofErr w:type="spellStart"/>
      <w:r>
        <w:t>demandons</w:t>
      </w:r>
      <w:proofErr w:type="spellEnd"/>
      <w:r>
        <w:t xml:space="preserve"> que les </w:t>
      </w:r>
      <w:proofErr w:type="spellStart"/>
      <w:r>
        <w:t>mandats</w:t>
      </w:r>
      <w:proofErr w:type="spellEnd"/>
      <w:r>
        <w:t xml:space="preserve"> </w:t>
      </w:r>
      <w:proofErr w:type="spellStart"/>
      <w:r>
        <w:t>judiciaires</w:t>
      </w:r>
      <w:proofErr w:type="spellEnd"/>
      <w:r>
        <w:t xml:space="preserve"> ne </w:t>
      </w:r>
      <w:proofErr w:type="spellStart"/>
      <w:r>
        <w:t>soient</w:t>
      </w:r>
      <w:proofErr w:type="spellEnd"/>
      <w:r>
        <w:t xml:space="preserve"> pas </w:t>
      </w:r>
      <w:proofErr w:type="spellStart"/>
      <w:r>
        <w:t>oubliés</w:t>
      </w:r>
      <w:proofErr w:type="spellEnd"/>
      <w:r>
        <w:t xml:space="preserve"> dans les </w:t>
      </w:r>
      <w:proofErr w:type="spellStart"/>
      <w:r>
        <w:t>tiroirs</w:t>
      </w:r>
      <w:proofErr w:type="spellEnd"/>
      <w:r>
        <w:t xml:space="preserve"> diplomatiques et que les </w:t>
      </w:r>
      <w:proofErr w:type="spellStart"/>
      <w:r>
        <w:t>décisions</w:t>
      </w:r>
      <w:proofErr w:type="spellEnd"/>
      <w:r>
        <w:t xml:space="preserve"> des </w:t>
      </w:r>
      <w:proofErr w:type="spellStart"/>
      <w:r>
        <w:t>juridictions</w:t>
      </w:r>
      <w:proofErr w:type="spellEnd"/>
      <w:r>
        <w:t xml:space="preserve"> ne </w:t>
      </w:r>
      <w:proofErr w:type="spellStart"/>
      <w:r>
        <w:t>soient</w:t>
      </w:r>
      <w:proofErr w:type="spellEnd"/>
      <w:r>
        <w:t xml:space="preserve"> pas </w:t>
      </w:r>
      <w:proofErr w:type="spellStart"/>
      <w:r>
        <w:t>considérées</w:t>
      </w:r>
      <w:proofErr w:type="spellEnd"/>
      <w:r>
        <w:t xml:space="preserve"> </w:t>
      </w:r>
      <w:proofErr w:type="spellStart"/>
      <w:r>
        <w:t>comme</w:t>
      </w:r>
      <w:proofErr w:type="spellEnd"/>
      <w:r>
        <w:t xml:space="preserve"> </w:t>
      </w:r>
      <w:proofErr w:type="spellStart"/>
      <w:r>
        <w:t>moins</w:t>
      </w:r>
      <w:proofErr w:type="spellEnd"/>
      <w:r>
        <w:t xml:space="preserve"> </w:t>
      </w:r>
      <w:proofErr w:type="spellStart"/>
      <w:r>
        <w:t>importantes</w:t>
      </w:r>
      <w:proofErr w:type="spellEnd"/>
      <w:r>
        <w:t xml:space="preserve"> que les </w:t>
      </w:r>
      <w:proofErr w:type="spellStart"/>
      <w:r>
        <w:t>calculs</w:t>
      </w:r>
      <w:proofErr w:type="spellEnd"/>
      <w:r>
        <w:t xml:space="preserve"> politiques des États.</w:t>
      </w:r>
    </w:p>
    <w:p w14:paraId="20466F0B" w14:textId="77777777" w:rsidR="005D77C6" w:rsidRDefault="005D77C6" w:rsidP="005D77C6"/>
    <w:p w14:paraId="491EADF8" w14:textId="77777777" w:rsidR="005D77C6" w:rsidRDefault="005D77C6" w:rsidP="005D77C6">
      <w:r>
        <w:t xml:space="preserve">Nous </w:t>
      </w:r>
      <w:proofErr w:type="spellStart"/>
      <w:r>
        <w:t>appelons</w:t>
      </w:r>
      <w:proofErr w:type="spellEnd"/>
      <w:r>
        <w:t xml:space="preserve"> </w:t>
      </w:r>
      <w:proofErr w:type="spellStart"/>
      <w:r>
        <w:t>nos</w:t>
      </w:r>
      <w:proofErr w:type="spellEnd"/>
      <w:r>
        <w:t xml:space="preserve"> confrères et </w:t>
      </w:r>
      <w:proofErr w:type="spellStart"/>
      <w:r>
        <w:t>consœurs</w:t>
      </w:r>
      <w:proofErr w:type="spellEnd"/>
      <w:r>
        <w:t xml:space="preserve">, les </w:t>
      </w:r>
      <w:proofErr w:type="spellStart"/>
      <w:r>
        <w:t>universitaires</w:t>
      </w:r>
      <w:proofErr w:type="spellEnd"/>
      <w:r>
        <w:t xml:space="preserve"> </w:t>
      </w:r>
      <w:proofErr w:type="spellStart"/>
      <w:r>
        <w:t>en</w:t>
      </w:r>
      <w:proofErr w:type="spellEnd"/>
      <w:r>
        <w:t xml:space="preserve"> droit, les </w:t>
      </w:r>
      <w:proofErr w:type="spellStart"/>
      <w:r>
        <w:t>barreaux</w:t>
      </w:r>
      <w:proofErr w:type="spellEnd"/>
      <w:r>
        <w:t xml:space="preserve"> et les </w:t>
      </w:r>
      <w:proofErr w:type="spellStart"/>
      <w:r>
        <w:t>défenseurs</w:t>
      </w:r>
      <w:proofErr w:type="spellEnd"/>
      <w:r>
        <w:t xml:space="preserve"> des droits </w:t>
      </w:r>
      <w:proofErr w:type="spellStart"/>
      <w:r>
        <w:t>humains</w:t>
      </w:r>
      <w:proofErr w:type="spellEnd"/>
      <w:r>
        <w:t xml:space="preserve"> à signer </w:t>
      </w:r>
      <w:proofErr w:type="spellStart"/>
      <w:r>
        <w:t>ce</w:t>
      </w:r>
      <w:proofErr w:type="spellEnd"/>
      <w:r>
        <w:t xml:space="preserve"> </w:t>
      </w:r>
      <w:proofErr w:type="spellStart"/>
      <w:r>
        <w:t>texte</w:t>
      </w:r>
      <w:proofErr w:type="spellEnd"/>
      <w:r>
        <w:t xml:space="preserve"> et à </w:t>
      </w:r>
      <w:proofErr w:type="spellStart"/>
      <w:r>
        <w:t>participer</w:t>
      </w:r>
      <w:proofErr w:type="spellEnd"/>
      <w:r>
        <w:t xml:space="preserve"> à la </w:t>
      </w:r>
      <w:proofErr w:type="spellStart"/>
      <w:r>
        <w:t>délégation</w:t>
      </w:r>
      <w:proofErr w:type="spellEnd"/>
      <w:r>
        <w:t xml:space="preserve"> </w:t>
      </w:r>
      <w:proofErr w:type="spellStart"/>
      <w:r>
        <w:t>juridique</w:t>
      </w:r>
      <w:proofErr w:type="spellEnd"/>
      <w:r>
        <w:t xml:space="preserve"> qui sera </w:t>
      </w:r>
      <w:proofErr w:type="spellStart"/>
      <w:r>
        <w:t>constituée</w:t>
      </w:r>
      <w:proofErr w:type="spellEnd"/>
      <w:r>
        <w:t xml:space="preserve"> </w:t>
      </w:r>
      <w:proofErr w:type="spellStart"/>
      <w:r>
        <w:t>afin</w:t>
      </w:r>
      <w:proofErr w:type="spellEnd"/>
      <w:r>
        <w:t xml:space="preserve"> de </w:t>
      </w:r>
      <w:proofErr w:type="spellStart"/>
      <w:r>
        <w:t>coordonner</w:t>
      </w:r>
      <w:proofErr w:type="spellEnd"/>
      <w:r>
        <w:t xml:space="preserve"> </w:t>
      </w:r>
      <w:proofErr w:type="spellStart"/>
      <w:r>
        <w:t>l’exercice</w:t>
      </w:r>
      <w:proofErr w:type="spellEnd"/>
      <w:r>
        <w:t xml:space="preserve"> des </w:t>
      </w:r>
      <w:proofErr w:type="spellStart"/>
      <w:r>
        <w:t>voies</w:t>
      </w:r>
      <w:proofErr w:type="spellEnd"/>
      <w:r>
        <w:t xml:space="preserve"> de droit </w:t>
      </w:r>
      <w:proofErr w:type="spellStart"/>
      <w:r>
        <w:t>nationales</w:t>
      </w:r>
      <w:proofErr w:type="spellEnd"/>
      <w:r>
        <w:t xml:space="preserve"> et </w:t>
      </w:r>
      <w:proofErr w:type="spellStart"/>
      <w:r>
        <w:t>internationales</w:t>
      </w:r>
      <w:proofErr w:type="spellEnd"/>
      <w:r>
        <w:t>.</w:t>
      </w:r>
    </w:p>
    <w:p w14:paraId="3904ED0B" w14:textId="77777777" w:rsidR="005D77C6" w:rsidRDefault="005D77C6" w:rsidP="005D77C6"/>
    <w:p w14:paraId="0D0692B2" w14:textId="77777777" w:rsidR="005D77C6" w:rsidRDefault="005D77C6" w:rsidP="005D77C6">
      <w:r>
        <w:t xml:space="preserve">Le droit </w:t>
      </w:r>
      <w:proofErr w:type="spellStart"/>
      <w:r>
        <w:t>n’avance</w:t>
      </w:r>
      <w:proofErr w:type="spellEnd"/>
      <w:r>
        <w:t xml:space="preserve"> pas de </w:t>
      </w:r>
      <w:proofErr w:type="spellStart"/>
      <w:r>
        <w:t>lui-même</w:t>
      </w:r>
      <w:proofErr w:type="spellEnd"/>
      <w:r>
        <w:t xml:space="preserve">. Il </w:t>
      </w:r>
      <w:proofErr w:type="spellStart"/>
      <w:r>
        <w:t>avance</w:t>
      </w:r>
      <w:proofErr w:type="spellEnd"/>
      <w:r>
        <w:t xml:space="preserve"> grâce à </w:t>
      </w:r>
      <w:proofErr w:type="spellStart"/>
      <w:r>
        <w:t>celles</w:t>
      </w:r>
      <w:proofErr w:type="spellEnd"/>
      <w:r>
        <w:t xml:space="preserve"> et </w:t>
      </w:r>
      <w:proofErr w:type="spellStart"/>
      <w:r>
        <w:t>ceux</w:t>
      </w:r>
      <w:proofErr w:type="spellEnd"/>
      <w:r>
        <w:t xml:space="preserve"> qui persistent. Nous </w:t>
      </w:r>
      <w:proofErr w:type="spellStart"/>
      <w:r>
        <w:t>persistons</w:t>
      </w:r>
      <w:proofErr w:type="spellEnd"/>
      <w:r>
        <w:t xml:space="preserve"> ; nous </w:t>
      </w:r>
      <w:proofErr w:type="spellStart"/>
      <w:r>
        <w:t>suivrons</w:t>
      </w:r>
      <w:proofErr w:type="spellEnd"/>
      <w:r>
        <w:t xml:space="preserve"> </w:t>
      </w:r>
      <w:proofErr w:type="spellStart"/>
      <w:r>
        <w:t>cette</w:t>
      </w:r>
      <w:proofErr w:type="spellEnd"/>
      <w:r>
        <w:t xml:space="preserve"> </w:t>
      </w:r>
      <w:proofErr w:type="spellStart"/>
      <w:r>
        <w:t>procédure</w:t>
      </w:r>
      <w:proofErr w:type="spellEnd"/>
      <w:r>
        <w:t xml:space="preserve"> et la </w:t>
      </w:r>
      <w:proofErr w:type="spellStart"/>
      <w:r>
        <w:t>ferons</w:t>
      </w:r>
      <w:proofErr w:type="spellEnd"/>
      <w:r>
        <w:t xml:space="preserve"> </w:t>
      </w:r>
      <w:proofErr w:type="spellStart"/>
      <w:r>
        <w:t>progresser</w:t>
      </w:r>
      <w:proofErr w:type="spellEnd"/>
      <w:r>
        <w:t>.</w:t>
      </w:r>
    </w:p>
    <w:p w14:paraId="50366605" w14:textId="77777777" w:rsidR="005D77C6" w:rsidRDefault="005D77C6" w:rsidP="005D77C6"/>
    <w:p w14:paraId="51F49FDD" w14:textId="77777777" w:rsidR="005D77C6" w:rsidRDefault="005D77C6" w:rsidP="005D77C6">
      <w:r>
        <w:t>CONCLUSION ET DEMANDES</w:t>
      </w:r>
    </w:p>
    <w:p w14:paraId="30A5B727" w14:textId="77777777" w:rsidR="005D77C6" w:rsidRDefault="005D77C6" w:rsidP="005D77C6"/>
    <w:p w14:paraId="60703326" w14:textId="77777777" w:rsidR="005D77C6" w:rsidRDefault="005D77C6" w:rsidP="005D77C6">
      <w:r>
        <w:t xml:space="preserve">Pour les motifs exposés ci-dessus, nous </w:t>
      </w:r>
      <w:proofErr w:type="spellStart"/>
      <w:r>
        <w:t>demandons</w:t>
      </w:r>
      <w:proofErr w:type="spellEnd"/>
      <w:r>
        <w:t xml:space="preserve"> </w:t>
      </w:r>
      <w:proofErr w:type="spellStart"/>
      <w:r>
        <w:t>respectueusement</w:t>
      </w:r>
      <w:proofErr w:type="spellEnd"/>
      <w:r>
        <w:t xml:space="preserve"> à </w:t>
      </w:r>
      <w:proofErr w:type="spellStart"/>
      <w:r>
        <w:t>chacune</w:t>
      </w:r>
      <w:proofErr w:type="spellEnd"/>
      <w:r>
        <w:t xml:space="preserve"> des institutions </w:t>
      </w:r>
      <w:proofErr w:type="spellStart"/>
      <w:r>
        <w:t>destinataires</w:t>
      </w:r>
      <w:proofErr w:type="spellEnd"/>
      <w:r>
        <w:t xml:space="preserve"> de prendre sans </w:t>
      </w:r>
      <w:proofErr w:type="spellStart"/>
      <w:r>
        <w:t>délai</w:t>
      </w:r>
      <w:proofErr w:type="spellEnd"/>
      <w:r>
        <w:t xml:space="preserve">, dans le cadre de </w:t>
      </w:r>
      <w:proofErr w:type="spellStart"/>
      <w:r>
        <w:t>ses</w:t>
      </w:r>
      <w:proofErr w:type="spellEnd"/>
      <w:r>
        <w:t xml:space="preserve"> missions et </w:t>
      </w:r>
      <w:proofErr w:type="spellStart"/>
      <w:r>
        <w:t>compétences</w:t>
      </w:r>
      <w:proofErr w:type="spellEnd"/>
      <w:r>
        <w:t xml:space="preserve">, les </w:t>
      </w:r>
      <w:proofErr w:type="spellStart"/>
      <w:r>
        <w:t>mesures</w:t>
      </w:r>
      <w:proofErr w:type="spellEnd"/>
      <w:r>
        <w:t xml:space="preserve"> </w:t>
      </w:r>
      <w:proofErr w:type="spellStart"/>
      <w:r>
        <w:t>nécessaires</w:t>
      </w:r>
      <w:proofErr w:type="spellEnd"/>
      <w:r>
        <w:t xml:space="preserve">, de </w:t>
      </w:r>
      <w:proofErr w:type="spellStart"/>
      <w:r>
        <w:t>communiquer</w:t>
      </w:r>
      <w:proofErr w:type="spellEnd"/>
      <w:r>
        <w:t xml:space="preserve"> les </w:t>
      </w:r>
      <w:proofErr w:type="spellStart"/>
      <w:r>
        <w:t>résultats</w:t>
      </w:r>
      <w:proofErr w:type="spellEnd"/>
      <w:r>
        <w:t xml:space="preserve"> à </w:t>
      </w:r>
      <w:proofErr w:type="spellStart"/>
      <w:r>
        <w:t>notre</w:t>
      </w:r>
      <w:proofErr w:type="spellEnd"/>
      <w:r>
        <w:t xml:space="preserve"> </w:t>
      </w:r>
      <w:proofErr w:type="spellStart"/>
      <w:r>
        <w:t>adresse</w:t>
      </w:r>
      <w:proofErr w:type="spellEnd"/>
      <w:r>
        <w:t xml:space="preserve"> commune de </w:t>
      </w:r>
      <w:proofErr w:type="spellStart"/>
      <w:r>
        <w:t>correspondance</w:t>
      </w:r>
      <w:proofErr w:type="spellEnd"/>
      <w:r>
        <w:t xml:space="preserve"> et </w:t>
      </w:r>
      <w:proofErr w:type="spellStart"/>
      <w:r>
        <w:t>d’informer</w:t>
      </w:r>
      <w:proofErr w:type="spellEnd"/>
      <w:r>
        <w:t xml:space="preserve"> le public de manière </w:t>
      </w:r>
      <w:proofErr w:type="spellStart"/>
      <w:r>
        <w:t>transparente</w:t>
      </w:r>
      <w:proofErr w:type="spellEnd"/>
      <w:r>
        <w:t>.</w:t>
      </w:r>
    </w:p>
    <w:p w14:paraId="4B672CCB" w14:textId="77777777" w:rsidR="005D77C6" w:rsidRDefault="005D77C6" w:rsidP="005D77C6"/>
    <w:p w14:paraId="502E487A" w14:textId="77777777" w:rsidR="005D77C6" w:rsidRDefault="005D77C6" w:rsidP="005D77C6">
      <w:proofErr w:type="spellStart"/>
      <w:r>
        <w:t>Ouvert</w:t>
      </w:r>
      <w:proofErr w:type="spellEnd"/>
      <w:r>
        <w:t xml:space="preserve"> à la signature : 20 </w:t>
      </w:r>
      <w:proofErr w:type="spellStart"/>
      <w:r>
        <w:t>juillet</w:t>
      </w:r>
      <w:proofErr w:type="spellEnd"/>
      <w:r>
        <w:t xml:space="preserve"> 2026</w:t>
      </w:r>
    </w:p>
    <w:p w14:paraId="1A9F5D45" w14:textId="77777777" w:rsidR="005D77C6" w:rsidRDefault="005D77C6" w:rsidP="005D77C6">
      <w:r>
        <w:lastRenderedPageBreak/>
        <w:t xml:space="preserve">Date de la </w:t>
      </w:r>
      <w:proofErr w:type="spellStart"/>
      <w:r>
        <w:t>demande</w:t>
      </w:r>
      <w:proofErr w:type="spellEnd"/>
      <w:r>
        <w:t xml:space="preserve"> : 22 </w:t>
      </w:r>
      <w:proofErr w:type="spellStart"/>
      <w:r>
        <w:t>juillet</w:t>
      </w:r>
      <w:proofErr w:type="spellEnd"/>
      <w:r>
        <w:t xml:space="preserve"> 2026</w:t>
      </w:r>
    </w:p>
    <w:p w14:paraId="6EC9D796" w14:textId="77777777" w:rsidR="005D77C6" w:rsidRDefault="005D77C6" w:rsidP="005D77C6"/>
    <w:p w14:paraId="5060862F" w14:textId="77777777" w:rsidR="005D77C6" w:rsidRDefault="005D77C6" w:rsidP="005D77C6">
      <w:r>
        <w:t xml:space="preserve">Avocat </w:t>
      </w:r>
      <w:proofErr w:type="spellStart"/>
      <w:r>
        <w:t>coordinateur</w:t>
      </w:r>
      <w:proofErr w:type="spellEnd"/>
    </w:p>
    <w:p w14:paraId="22089A1C" w14:textId="77777777" w:rsidR="005D77C6" w:rsidRDefault="005D77C6" w:rsidP="005D77C6">
      <w:r>
        <w:t xml:space="preserve">Me </w:t>
      </w:r>
      <w:proofErr w:type="spellStart"/>
      <w:r>
        <w:t>Hıdır</w:t>
      </w:r>
      <w:proofErr w:type="spellEnd"/>
      <w:r>
        <w:t xml:space="preserve"> </w:t>
      </w:r>
      <w:proofErr w:type="spellStart"/>
      <w:r>
        <w:t>Kırkıcı</w:t>
      </w:r>
      <w:proofErr w:type="spellEnd"/>
    </w:p>
    <w:p w14:paraId="3F0CE044" w14:textId="77777777" w:rsidR="005D77C6" w:rsidRDefault="005D77C6" w:rsidP="005D77C6">
      <w:r>
        <w:t xml:space="preserve">Barreau </w:t>
      </w:r>
      <w:proofErr w:type="spellStart"/>
      <w:r>
        <w:t>d’Isparta</w:t>
      </w:r>
      <w:proofErr w:type="spellEnd"/>
      <w:r>
        <w:t xml:space="preserve"> - N° </w:t>
      </w:r>
      <w:proofErr w:type="spellStart"/>
      <w:r>
        <w:t>d’inscription</w:t>
      </w:r>
      <w:proofErr w:type="spellEnd"/>
      <w:r>
        <w:t xml:space="preserve"> 1001</w:t>
      </w:r>
    </w:p>
    <w:p w14:paraId="6C045E1A" w14:textId="77777777" w:rsidR="005D77C6" w:rsidRDefault="005D77C6" w:rsidP="005D77C6"/>
    <w:p w14:paraId="7E9AFDA2" w14:textId="77777777" w:rsidR="005D77C6" w:rsidRDefault="005D77C6" w:rsidP="005D77C6">
      <w:r>
        <w:t xml:space="preserve">Avocat </w:t>
      </w:r>
      <w:proofErr w:type="spellStart"/>
      <w:r>
        <w:t>coordinateur</w:t>
      </w:r>
      <w:proofErr w:type="spellEnd"/>
    </w:p>
    <w:p w14:paraId="1B01292A" w14:textId="77777777" w:rsidR="005D77C6" w:rsidRDefault="005D77C6" w:rsidP="005D77C6">
      <w:r>
        <w:t xml:space="preserve">Me </w:t>
      </w:r>
      <w:proofErr w:type="spellStart"/>
      <w:r>
        <w:t>Senih</w:t>
      </w:r>
      <w:proofErr w:type="spellEnd"/>
      <w:r>
        <w:t xml:space="preserve"> Özay</w:t>
      </w:r>
    </w:p>
    <w:p w14:paraId="1694E6BC" w14:textId="77777777" w:rsidR="005D77C6" w:rsidRDefault="005D77C6" w:rsidP="005D77C6"/>
    <w:p w14:paraId="69646FCB" w14:textId="77777777" w:rsidR="005D77C6" w:rsidRDefault="005D77C6" w:rsidP="005D77C6"/>
    <w:p w14:paraId="4D21B31C" w14:textId="77777777" w:rsidR="005D77C6" w:rsidRDefault="005D77C6" w:rsidP="005D77C6">
      <w:r>
        <w:t xml:space="preserve">Page </w:t>
      </w:r>
    </w:p>
    <w:p w14:paraId="20E11663" w14:textId="77777777" w:rsidR="005D77C6" w:rsidRDefault="005D77C6" w:rsidP="005D77C6"/>
    <w:p w14:paraId="762485F0" w14:textId="77777777" w:rsidR="005D77C6" w:rsidRDefault="005D77C6" w:rsidP="005D77C6">
      <w:r>
        <w:t>DEMANDE CONJOINTE DES AVOCATS</w:t>
      </w:r>
    </w:p>
    <w:p w14:paraId="72334E4E" w14:textId="77777777" w:rsidR="005D77C6" w:rsidRDefault="005D77C6" w:rsidP="005D77C6"/>
    <w:p w14:paraId="35500BEF" w14:textId="77777777" w:rsidR="005D77C6" w:rsidRDefault="005D77C6" w:rsidP="005D77C6">
      <w:r>
        <w:t>ANNEXE 1 : LISTE DES AVOCATS SIGNATAIRES (117 AVOCATS)</w:t>
      </w:r>
    </w:p>
    <w:p w14:paraId="5AE6A491" w14:textId="77777777" w:rsidR="005D77C6" w:rsidRDefault="005D77C6" w:rsidP="005D77C6"/>
    <w:p w14:paraId="5D443939" w14:textId="77777777" w:rsidR="005D77C6" w:rsidRDefault="005D77C6" w:rsidP="005D77C6">
      <w:r>
        <w:t xml:space="preserve">Note : La </w:t>
      </w:r>
      <w:proofErr w:type="spellStart"/>
      <w:r>
        <w:t>numérotation</w:t>
      </w:r>
      <w:proofErr w:type="spellEnd"/>
      <w:r>
        <w:t xml:space="preserve"> a </w:t>
      </w:r>
      <w:proofErr w:type="spellStart"/>
      <w:r>
        <w:t>été</w:t>
      </w:r>
      <w:proofErr w:type="spellEnd"/>
      <w:r>
        <w:t xml:space="preserve"> </w:t>
      </w:r>
      <w:proofErr w:type="spellStart"/>
      <w:r>
        <w:t>rectifiée</w:t>
      </w:r>
      <w:proofErr w:type="spellEnd"/>
      <w:r>
        <w:t xml:space="preserve">, le </w:t>
      </w:r>
      <w:proofErr w:type="spellStart"/>
      <w:r>
        <w:t>texte</w:t>
      </w:r>
      <w:proofErr w:type="spellEnd"/>
      <w:r>
        <w:t xml:space="preserve"> source passant du </w:t>
      </w:r>
      <w:proofErr w:type="spellStart"/>
      <w:r>
        <w:t>numéro</w:t>
      </w:r>
      <w:proofErr w:type="spellEnd"/>
      <w:r>
        <w:t xml:space="preserve"> 72 au </w:t>
      </w:r>
      <w:proofErr w:type="spellStart"/>
      <w:r>
        <w:t>numéro</w:t>
      </w:r>
      <w:proofErr w:type="spellEnd"/>
      <w:r>
        <w:t xml:space="preserve"> 75. La </w:t>
      </w:r>
      <w:proofErr w:type="spellStart"/>
      <w:r>
        <w:t>répétition</w:t>
      </w:r>
      <w:proofErr w:type="spellEnd"/>
      <w:r>
        <w:t xml:space="preserve"> de la </w:t>
      </w:r>
      <w:proofErr w:type="spellStart"/>
      <w:r>
        <w:t>même</w:t>
      </w:r>
      <w:proofErr w:type="spellEnd"/>
      <w:r>
        <w:t xml:space="preserve"> </w:t>
      </w:r>
      <w:proofErr w:type="spellStart"/>
      <w:r>
        <w:t>liste</w:t>
      </w:r>
      <w:proofErr w:type="spellEnd"/>
      <w:r>
        <w:t xml:space="preserve"> de </w:t>
      </w:r>
      <w:proofErr w:type="spellStart"/>
      <w:r>
        <w:t>signataires</w:t>
      </w:r>
      <w:proofErr w:type="spellEnd"/>
      <w:r>
        <w:t xml:space="preserve"> a </w:t>
      </w:r>
      <w:proofErr w:type="spellStart"/>
      <w:r>
        <w:t>été</w:t>
      </w:r>
      <w:proofErr w:type="spellEnd"/>
      <w:r>
        <w:t xml:space="preserve"> </w:t>
      </w:r>
      <w:proofErr w:type="spellStart"/>
      <w:r>
        <w:t>fusionnée</w:t>
      </w:r>
      <w:proofErr w:type="spellEnd"/>
      <w:r>
        <w:t xml:space="preserve"> </w:t>
      </w:r>
      <w:proofErr w:type="spellStart"/>
      <w:r>
        <w:t>en</w:t>
      </w:r>
      <w:proofErr w:type="spellEnd"/>
      <w:r>
        <w:t xml:space="preserve"> </w:t>
      </w:r>
      <w:proofErr w:type="spellStart"/>
      <w:r>
        <w:t>une</w:t>
      </w:r>
      <w:proofErr w:type="spellEnd"/>
      <w:r>
        <w:t xml:space="preserve"> </w:t>
      </w:r>
      <w:proofErr w:type="spellStart"/>
      <w:r>
        <w:t>liste</w:t>
      </w:r>
      <w:proofErr w:type="spellEnd"/>
      <w:r>
        <w:t xml:space="preserve"> unique. </w:t>
      </w:r>
      <w:proofErr w:type="spellStart"/>
      <w:r>
        <w:t>Aucun</w:t>
      </w:r>
      <w:proofErr w:type="spellEnd"/>
      <w:r>
        <w:t xml:space="preserve"> </w:t>
      </w:r>
      <w:proofErr w:type="spellStart"/>
      <w:r>
        <w:t>numéro</w:t>
      </w:r>
      <w:proofErr w:type="spellEnd"/>
      <w:r>
        <w:t xml:space="preserve"> </w:t>
      </w:r>
      <w:proofErr w:type="spellStart"/>
      <w:r>
        <w:t>d’inscription</w:t>
      </w:r>
      <w:proofErr w:type="spellEnd"/>
      <w:r>
        <w:t xml:space="preserve"> </w:t>
      </w:r>
      <w:proofErr w:type="spellStart"/>
      <w:r>
        <w:t>n’était</w:t>
      </w:r>
      <w:proofErr w:type="spellEnd"/>
      <w:r>
        <w:t xml:space="preserve"> </w:t>
      </w:r>
      <w:proofErr w:type="spellStart"/>
      <w:r>
        <w:t>indiqué</w:t>
      </w:r>
      <w:proofErr w:type="spellEnd"/>
      <w:r>
        <w:t xml:space="preserve"> dans le </w:t>
      </w:r>
      <w:proofErr w:type="spellStart"/>
      <w:r>
        <w:t>texte</w:t>
      </w:r>
      <w:proofErr w:type="spellEnd"/>
      <w:r>
        <w:t xml:space="preserve"> source pour Oğuz Uğur </w:t>
      </w:r>
      <w:proofErr w:type="spellStart"/>
      <w:r>
        <w:t>Olca</w:t>
      </w:r>
      <w:proofErr w:type="spellEnd"/>
      <w:r>
        <w:t xml:space="preserve"> et Ebru </w:t>
      </w:r>
      <w:proofErr w:type="spellStart"/>
      <w:r>
        <w:t>Erginbay</w:t>
      </w:r>
      <w:proofErr w:type="spellEnd"/>
      <w:r>
        <w:t>.</w:t>
      </w:r>
    </w:p>
    <w:p w14:paraId="1D5424CA" w14:textId="77777777" w:rsidR="005D77C6" w:rsidRDefault="005D77C6" w:rsidP="005D77C6"/>
    <w:p w14:paraId="40140E22" w14:textId="77777777" w:rsidR="005D77C6" w:rsidRDefault="005D77C6" w:rsidP="005D77C6">
      <w:r>
        <w:t>N°</w:t>
      </w:r>
    </w:p>
    <w:p w14:paraId="5C6F0365" w14:textId="77777777" w:rsidR="005D77C6" w:rsidRDefault="005D77C6" w:rsidP="005D77C6"/>
    <w:p w14:paraId="29E219C0" w14:textId="77777777" w:rsidR="005D77C6" w:rsidRDefault="005D77C6" w:rsidP="005D77C6">
      <w:r>
        <w:t>Avocat</w:t>
      </w:r>
    </w:p>
    <w:p w14:paraId="6202AF58" w14:textId="77777777" w:rsidR="005D77C6" w:rsidRDefault="005D77C6" w:rsidP="005D77C6"/>
    <w:p w14:paraId="1C0D9F95" w14:textId="77777777" w:rsidR="005D77C6" w:rsidRDefault="005D77C6" w:rsidP="005D77C6">
      <w:r>
        <w:t>Barreau</w:t>
      </w:r>
    </w:p>
    <w:p w14:paraId="51AFDE16" w14:textId="77777777" w:rsidR="005D77C6" w:rsidRDefault="005D77C6" w:rsidP="005D77C6"/>
    <w:p w14:paraId="62E7CC5B" w14:textId="77777777" w:rsidR="005D77C6" w:rsidRDefault="005D77C6" w:rsidP="005D77C6">
      <w:r>
        <w:t xml:space="preserve">N° </w:t>
      </w:r>
      <w:proofErr w:type="spellStart"/>
      <w:r>
        <w:t>d’inscription</w:t>
      </w:r>
      <w:proofErr w:type="spellEnd"/>
    </w:p>
    <w:p w14:paraId="71979B25" w14:textId="77777777" w:rsidR="005D77C6" w:rsidRDefault="005D77C6" w:rsidP="005D77C6"/>
    <w:p w14:paraId="6027BD58" w14:textId="77777777" w:rsidR="005D77C6" w:rsidRDefault="005D77C6" w:rsidP="005D77C6">
      <w:r>
        <w:t>1</w:t>
      </w:r>
    </w:p>
    <w:p w14:paraId="6F97D02D" w14:textId="77777777" w:rsidR="005D77C6" w:rsidRDefault="005D77C6" w:rsidP="005D77C6"/>
    <w:p w14:paraId="2E1A4E2D" w14:textId="77777777" w:rsidR="005D77C6" w:rsidRDefault="005D77C6" w:rsidP="005D77C6">
      <w:r>
        <w:t xml:space="preserve">Me </w:t>
      </w:r>
      <w:proofErr w:type="spellStart"/>
      <w:r>
        <w:t>Hıdır</w:t>
      </w:r>
      <w:proofErr w:type="spellEnd"/>
      <w:r>
        <w:t xml:space="preserve"> </w:t>
      </w:r>
      <w:proofErr w:type="spellStart"/>
      <w:r>
        <w:t>Kırkıcı</w:t>
      </w:r>
      <w:proofErr w:type="spellEnd"/>
    </w:p>
    <w:p w14:paraId="4235E9B1" w14:textId="77777777" w:rsidR="005D77C6" w:rsidRDefault="005D77C6" w:rsidP="005D77C6"/>
    <w:p w14:paraId="295300DF" w14:textId="77777777" w:rsidR="005D77C6" w:rsidRDefault="005D77C6" w:rsidP="005D77C6">
      <w:r>
        <w:t xml:space="preserve">Barreau </w:t>
      </w:r>
      <w:proofErr w:type="spellStart"/>
      <w:r>
        <w:t>d’Isparta</w:t>
      </w:r>
      <w:proofErr w:type="spellEnd"/>
    </w:p>
    <w:p w14:paraId="70552F1E" w14:textId="77777777" w:rsidR="005D77C6" w:rsidRDefault="005D77C6" w:rsidP="005D77C6"/>
    <w:p w14:paraId="0EFD9660" w14:textId="77777777" w:rsidR="005D77C6" w:rsidRDefault="005D77C6" w:rsidP="005D77C6">
      <w:r>
        <w:t>1001</w:t>
      </w:r>
    </w:p>
    <w:p w14:paraId="317E99BF" w14:textId="77777777" w:rsidR="005D77C6" w:rsidRDefault="005D77C6" w:rsidP="005D77C6"/>
    <w:p w14:paraId="60DD090E" w14:textId="77777777" w:rsidR="005D77C6" w:rsidRDefault="005D77C6" w:rsidP="005D77C6">
      <w:r>
        <w:t>2</w:t>
      </w:r>
    </w:p>
    <w:p w14:paraId="1AB141AB" w14:textId="77777777" w:rsidR="005D77C6" w:rsidRDefault="005D77C6" w:rsidP="005D77C6"/>
    <w:p w14:paraId="1D30FFF6" w14:textId="77777777" w:rsidR="005D77C6" w:rsidRDefault="005D77C6" w:rsidP="005D77C6">
      <w:r>
        <w:t>Me Mehmet Ali Devecioğlu</w:t>
      </w:r>
    </w:p>
    <w:p w14:paraId="7BD834BD" w14:textId="77777777" w:rsidR="005D77C6" w:rsidRDefault="005D77C6" w:rsidP="005D77C6"/>
    <w:p w14:paraId="306C3597" w14:textId="77777777" w:rsidR="005D77C6" w:rsidRDefault="005D77C6" w:rsidP="005D77C6">
      <w:r>
        <w:t xml:space="preserve">Barreau </w:t>
      </w:r>
      <w:proofErr w:type="spellStart"/>
      <w:r>
        <w:t>d’Istanbul</w:t>
      </w:r>
      <w:proofErr w:type="spellEnd"/>
    </w:p>
    <w:p w14:paraId="4250B04E" w14:textId="77777777" w:rsidR="005D77C6" w:rsidRDefault="005D77C6" w:rsidP="005D77C6"/>
    <w:p w14:paraId="2C8880FF" w14:textId="77777777" w:rsidR="005D77C6" w:rsidRDefault="005D77C6" w:rsidP="005D77C6">
      <w:r>
        <w:t>16508</w:t>
      </w:r>
    </w:p>
    <w:p w14:paraId="0BC97641" w14:textId="77777777" w:rsidR="005D77C6" w:rsidRDefault="005D77C6" w:rsidP="005D77C6"/>
    <w:p w14:paraId="4ACA5742" w14:textId="77777777" w:rsidR="005D77C6" w:rsidRDefault="005D77C6" w:rsidP="005D77C6">
      <w:r>
        <w:lastRenderedPageBreak/>
        <w:t>3</w:t>
      </w:r>
    </w:p>
    <w:p w14:paraId="4F8248EE" w14:textId="77777777" w:rsidR="005D77C6" w:rsidRDefault="005D77C6" w:rsidP="005D77C6"/>
    <w:p w14:paraId="5434B704" w14:textId="77777777" w:rsidR="005D77C6" w:rsidRDefault="005D77C6" w:rsidP="005D77C6">
      <w:r>
        <w:t xml:space="preserve">Me Ayşe </w:t>
      </w:r>
      <w:proofErr w:type="spellStart"/>
      <w:r>
        <w:t>Batumlu</w:t>
      </w:r>
      <w:proofErr w:type="spellEnd"/>
      <w:r>
        <w:t xml:space="preserve"> Kaya</w:t>
      </w:r>
    </w:p>
    <w:p w14:paraId="055DE528" w14:textId="77777777" w:rsidR="005D77C6" w:rsidRDefault="005D77C6" w:rsidP="005D77C6"/>
    <w:p w14:paraId="7E2CD4B1" w14:textId="77777777" w:rsidR="005D77C6" w:rsidRDefault="005D77C6" w:rsidP="005D77C6">
      <w:r>
        <w:t>Barreau de Bursa</w:t>
      </w:r>
    </w:p>
    <w:p w14:paraId="18E88E1A" w14:textId="77777777" w:rsidR="005D77C6" w:rsidRDefault="005D77C6" w:rsidP="005D77C6"/>
    <w:p w14:paraId="2CA04267" w14:textId="77777777" w:rsidR="005D77C6" w:rsidRDefault="005D77C6" w:rsidP="005D77C6">
      <w:r>
        <w:t>1292</w:t>
      </w:r>
    </w:p>
    <w:p w14:paraId="1B2043C9" w14:textId="77777777" w:rsidR="005D77C6" w:rsidRDefault="005D77C6" w:rsidP="005D77C6"/>
    <w:p w14:paraId="3FD52BBE" w14:textId="77777777" w:rsidR="005D77C6" w:rsidRDefault="005D77C6" w:rsidP="005D77C6">
      <w:r>
        <w:t>4</w:t>
      </w:r>
    </w:p>
    <w:p w14:paraId="6FFBFAED" w14:textId="77777777" w:rsidR="005D77C6" w:rsidRDefault="005D77C6" w:rsidP="005D77C6"/>
    <w:p w14:paraId="30D64D4F" w14:textId="77777777" w:rsidR="005D77C6" w:rsidRDefault="005D77C6" w:rsidP="005D77C6">
      <w:r>
        <w:t>Me Doğan Erkan</w:t>
      </w:r>
    </w:p>
    <w:p w14:paraId="2860A93E" w14:textId="77777777" w:rsidR="005D77C6" w:rsidRDefault="005D77C6" w:rsidP="005D77C6"/>
    <w:p w14:paraId="1F496553" w14:textId="77777777" w:rsidR="005D77C6" w:rsidRDefault="005D77C6" w:rsidP="005D77C6">
      <w:r>
        <w:t xml:space="preserve">Barreau </w:t>
      </w:r>
      <w:proofErr w:type="spellStart"/>
      <w:r>
        <w:t>d’Ankara</w:t>
      </w:r>
      <w:proofErr w:type="spellEnd"/>
    </w:p>
    <w:p w14:paraId="5DC0E4A9" w14:textId="77777777" w:rsidR="005D77C6" w:rsidRDefault="005D77C6" w:rsidP="005D77C6"/>
    <w:p w14:paraId="4C111A7C" w14:textId="77777777" w:rsidR="005D77C6" w:rsidRDefault="005D77C6" w:rsidP="005D77C6">
      <w:r>
        <w:t>17655</w:t>
      </w:r>
    </w:p>
    <w:p w14:paraId="4731E0E3" w14:textId="77777777" w:rsidR="005D77C6" w:rsidRDefault="005D77C6" w:rsidP="005D77C6"/>
    <w:p w14:paraId="5F8D3623" w14:textId="77777777" w:rsidR="005D77C6" w:rsidRDefault="005D77C6" w:rsidP="005D77C6">
      <w:r>
        <w:t>5</w:t>
      </w:r>
    </w:p>
    <w:p w14:paraId="4762B61B" w14:textId="77777777" w:rsidR="005D77C6" w:rsidRDefault="005D77C6" w:rsidP="005D77C6"/>
    <w:p w14:paraId="30F0F809" w14:textId="77777777" w:rsidR="005D77C6" w:rsidRDefault="005D77C6" w:rsidP="005D77C6">
      <w:r>
        <w:t>Me Rauf Sezer Durna</w:t>
      </w:r>
    </w:p>
    <w:p w14:paraId="27683D06" w14:textId="77777777" w:rsidR="005D77C6" w:rsidRDefault="005D77C6" w:rsidP="005D77C6"/>
    <w:p w14:paraId="64F9DB28" w14:textId="77777777" w:rsidR="005D77C6" w:rsidRDefault="005D77C6" w:rsidP="005D77C6">
      <w:r>
        <w:t xml:space="preserve">Barreau </w:t>
      </w:r>
      <w:proofErr w:type="spellStart"/>
      <w:r>
        <w:t>d’Ankara</w:t>
      </w:r>
      <w:proofErr w:type="spellEnd"/>
    </w:p>
    <w:p w14:paraId="60596E69" w14:textId="77777777" w:rsidR="005D77C6" w:rsidRDefault="005D77C6" w:rsidP="005D77C6"/>
    <w:p w14:paraId="61EDAD06" w14:textId="77777777" w:rsidR="005D77C6" w:rsidRDefault="005D77C6" w:rsidP="005D77C6">
      <w:r>
        <w:t>25238</w:t>
      </w:r>
    </w:p>
    <w:p w14:paraId="7613BB2F" w14:textId="77777777" w:rsidR="005D77C6" w:rsidRDefault="005D77C6" w:rsidP="005D77C6"/>
    <w:p w14:paraId="6E00EB83" w14:textId="77777777" w:rsidR="005D77C6" w:rsidRDefault="005D77C6" w:rsidP="005D77C6">
      <w:r>
        <w:t>6</w:t>
      </w:r>
    </w:p>
    <w:p w14:paraId="34580118" w14:textId="77777777" w:rsidR="005D77C6" w:rsidRDefault="005D77C6" w:rsidP="005D77C6"/>
    <w:p w14:paraId="2F2EBCFA" w14:textId="77777777" w:rsidR="005D77C6" w:rsidRDefault="005D77C6" w:rsidP="005D77C6">
      <w:r>
        <w:t>Me Serpil Uyanık Bilaloğlu</w:t>
      </w:r>
    </w:p>
    <w:p w14:paraId="2F1492B2" w14:textId="77777777" w:rsidR="005D77C6" w:rsidRDefault="005D77C6" w:rsidP="005D77C6"/>
    <w:p w14:paraId="434C8244" w14:textId="77777777" w:rsidR="005D77C6" w:rsidRDefault="005D77C6" w:rsidP="005D77C6">
      <w:r>
        <w:t xml:space="preserve">Barreau </w:t>
      </w:r>
      <w:proofErr w:type="spellStart"/>
      <w:r>
        <w:t>d’Istanbul</w:t>
      </w:r>
      <w:proofErr w:type="spellEnd"/>
    </w:p>
    <w:p w14:paraId="692E4F1B" w14:textId="77777777" w:rsidR="005D77C6" w:rsidRDefault="005D77C6" w:rsidP="005D77C6"/>
    <w:p w14:paraId="309DA7EF" w14:textId="77777777" w:rsidR="005D77C6" w:rsidRDefault="005D77C6" w:rsidP="005D77C6">
      <w:r>
        <w:t>23396</w:t>
      </w:r>
    </w:p>
    <w:p w14:paraId="2B404F98" w14:textId="77777777" w:rsidR="005D77C6" w:rsidRDefault="005D77C6" w:rsidP="005D77C6"/>
    <w:p w14:paraId="5D3A56E7" w14:textId="77777777" w:rsidR="005D77C6" w:rsidRDefault="005D77C6" w:rsidP="005D77C6">
      <w:r>
        <w:t>7</w:t>
      </w:r>
    </w:p>
    <w:p w14:paraId="2224D035" w14:textId="77777777" w:rsidR="005D77C6" w:rsidRDefault="005D77C6" w:rsidP="005D77C6"/>
    <w:p w14:paraId="7954577E" w14:textId="77777777" w:rsidR="005D77C6" w:rsidRDefault="005D77C6" w:rsidP="005D77C6">
      <w:r>
        <w:t>Me Kemal Aytaç</w:t>
      </w:r>
    </w:p>
    <w:p w14:paraId="33AD7F99" w14:textId="77777777" w:rsidR="005D77C6" w:rsidRDefault="005D77C6" w:rsidP="005D77C6"/>
    <w:p w14:paraId="2204F01E" w14:textId="77777777" w:rsidR="005D77C6" w:rsidRDefault="005D77C6" w:rsidP="005D77C6">
      <w:r>
        <w:t xml:space="preserve">Barreau </w:t>
      </w:r>
      <w:proofErr w:type="spellStart"/>
      <w:r>
        <w:t>d’Istanbul</w:t>
      </w:r>
      <w:proofErr w:type="spellEnd"/>
    </w:p>
    <w:p w14:paraId="327C7914" w14:textId="77777777" w:rsidR="005D77C6" w:rsidRDefault="005D77C6" w:rsidP="005D77C6"/>
    <w:p w14:paraId="6C3DC75C" w14:textId="77777777" w:rsidR="005D77C6" w:rsidRDefault="005D77C6" w:rsidP="005D77C6">
      <w:r>
        <w:t>14304</w:t>
      </w:r>
    </w:p>
    <w:p w14:paraId="1915FF1F" w14:textId="77777777" w:rsidR="005D77C6" w:rsidRDefault="005D77C6" w:rsidP="005D77C6"/>
    <w:p w14:paraId="7BE914E9" w14:textId="77777777" w:rsidR="005D77C6" w:rsidRDefault="005D77C6" w:rsidP="005D77C6">
      <w:r>
        <w:t>8</w:t>
      </w:r>
    </w:p>
    <w:p w14:paraId="37D427E1" w14:textId="77777777" w:rsidR="005D77C6" w:rsidRDefault="005D77C6" w:rsidP="005D77C6"/>
    <w:p w14:paraId="610AB8AE" w14:textId="77777777" w:rsidR="005D77C6" w:rsidRDefault="005D77C6" w:rsidP="005D77C6">
      <w:r>
        <w:t xml:space="preserve">Me Refika </w:t>
      </w:r>
      <w:proofErr w:type="spellStart"/>
      <w:r>
        <w:t>Çakıllık</w:t>
      </w:r>
      <w:proofErr w:type="spellEnd"/>
    </w:p>
    <w:p w14:paraId="735BD229" w14:textId="77777777" w:rsidR="005D77C6" w:rsidRDefault="005D77C6" w:rsidP="005D77C6"/>
    <w:p w14:paraId="249A5EC4" w14:textId="77777777" w:rsidR="005D77C6" w:rsidRDefault="005D77C6" w:rsidP="005D77C6">
      <w:r>
        <w:lastRenderedPageBreak/>
        <w:t xml:space="preserve">Barreau </w:t>
      </w:r>
      <w:proofErr w:type="spellStart"/>
      <w:r>
        <w:t>d’Istanbul</w:t>
      </w:r>
      <w:proofErr w:type="spellEnd"/>
    </w:p>
    <w:p w14:paraId="51324005" w14:textId="77777777" w:rsidR="005D77C6" w:rsidRDefault="005D77C6" w:rsidP="005D77C6"/>
    <w:p w14:paraId="0FCEF036" w14:textId="77777777" w:rsidR="005D77C6" w:rsidRDefault="005D77C6" w:rsidP="005D77C6">
      <w:r>
        <w:t>15060</w:t>
      </w:r>
    </w:p>
    <w:p w14:paraId="10E20CC7" w14:textId="77777777" w:rsidR="005D77C6" w:rsidRDefault="005D77C6" w:rsidP="005D77C6"/>
    <w:p w14:paraId="4B10FADF" w14:textId="77777777" w:rsidR="005D77C6" w:rsidRDefault="005D77C6" w:rsidP="005D77C6">
      <w:r>
        <w:t>9</w:t>
      </w:r>
    </w:p>
    <w:p w14:paraId="657508EA" w14:textId="77777777" w:rsidR="005D77C6" w:rsidRDefault="005D77C6" w:rsidP="005D77C6"/>
    <w:p w14:paraId="55E3D2EC" w14:textId="77777777" w:rsidR="005D77C6" w:rsidRDefault="005D77C6" w:rsidP="005D77C6">
      <w:r>
        <w:t>Me M. Tülin Dündar</w:t>
      </w:r>
    </w:p>
    <w:p w14:paraId="201F8060" w14:textId="77777777" w:rsidR="005D77C6" w:rsidRDefault="005D77C6" w:rsidP="005D77C6"/>
    <w:p w14:paraId="738CB824" w14:textId="77777777" w:rsidR="005D77C6" w:rsidRDefault="005D77C6" w:rsidP="005D77C6">
      <w:r>
        <w:t xml:space="preserve">Barreau </w:t>
      </w:r>
      <w:proofErr w:type="spellStart"/>
      <w:r>
        <w:t>d’Istanbul</w:t>
      </w:r>
      <w:proofErr w:type="spellEnd"/>
    </w:p>
    <w:p w14:paraId="7881320A" w14:textId="77777777" w:rsidR="005D77C6" w:rsidRDefault="005D77C6" w:rsidP="005D77C6"/>
    <w:p w14:paraId="0F69984E" w14:textId="77777777" w:rsidR="005D77C6" w:rsidRDefault="005D77C6" w:rsidP="005D77C6">
      <w:r>
        <w:t>19269</w:t>
      </w:r>
    </w:p>
    <w:p w14:paraId="6104A6C0" w14:textId="77777777" w:rsidR="005D77C6" w:rsidRDefault="005D77C6" w:rsidP="005D77C6"/>
    <w:p w14:paraId="0A7DF95B" w14:textId="77777777" w:rsidR="005D77C6" w:rsidRDefault="005D77C6" w:rsidP="005D77C6">
      <w:r>
        <w:t>10</w:t>
      </w:r>
    </w:p>
    <w:p w14:paraId="1DD3D73A" w14:textId="77777777" w:rsidR="005D77C6" w:rsidRDefault="005D77C6" w:rsidP="005D77C6"/>
    <w:p w14:paraId="62F48444" w14:textId="77777777" w:rsidR="005D77C6" w:rsidRDefault="005D77C6" w:rsidP="005D77C6">
      <w:r>
        <w:t>Me Meryem Turan</w:t>
      </w:r>
    </w:p>
    <w:p w14:paraId="59830762" w14:textId="77777777" w:rsidR="005D77C6" w:rsidRDefault="005D77C6" w:rsidP="005D77C6"/>
    <w:p w14:paraId="12BF1CE9" w14:textId="77777777" w:rsidR="005D77C6" w:rsidRDefault="005D77C6" w:rsidP="005D77C6">
      <w:r>
        <w:t xml:space="preserve">Barreau </w:t>
      </w:r>
      <w:proofErr w:type="spellStart"/>
      <w:r>
        <w:t>d’Istanbul</w:t>
      </w:r>
      <w:proofErr w:type="spellEnd"/>
    </w:p>
    <w:p w14:paraId="48C4D61C" w14:textId="77777777" w:rsidR="005D77C6" w:rsidRDefault="005D77C6" w:rsidP="005D77C6"/>
    <w:p w14:paraId="4256C43E" w14:textId="77777777" w:rsidR="005D77C6" w:rsidRDefault="005D77C6" w:rsidP="005D77C6">
      <w:r>
        <w:t>14815</w:t>
      </w:r>
    </w:p>
    <w:p w14:paraId="15B350B9" w14:textId="77777777" w:rsidR="005D77C6" w:rsidRDefault="005D77C6" w:rsidP="005D77C6"/>
    <w:p w14:paraId="1B2C86A7" w14:textId="77777777" w:rsidR="005D77C6" w:rsidRDefault="005D77C6" w:rsidP="005D77C6">
      <w:r>
        <w:t>11</w:t>
      </w:r>
    </w:p>
    <w:p w14:paraId="1636660C" w14:textId="77777777" w:rsidR="005D77C6" w:rsidRDefault="005D77C6" w:rsidP="005D77C6"/>
    <w:p w14:paraId="3FF5A8BC" w14:textId="77777777" w:rsidR="005D77C6" w:rsidRDefault="005D77C6" w:rsidP="005D77C6">
      <w:r>
        <w:t xml:space="preserve">Me </w:t>
      </w:r>
      <w:proofErr w:type="spellStart"/>
      <w:r>
        <w:t>Kazım</w:t>
      </w:r>
      <w:proofErr w:type="spellEnd"/>
      <w:r>
        <w:t xml:space="preserve"> Genç</w:t>
      </w:r>
    </w:p>
    <w:p w14:paraId="4E570DFC" w14:textId="77777777" w:rsidR="005D77C6" w:rsidRDefault="005D77C6" w:rsidP="005D77C6"/>
    <w:p w14:paraId="7CC066A4" w14:textId="77777777" w:rsidR="005D77C6" w:rsidRDefault="005D77C6" w:rsidP="005D77C6">
      <w:r>
        <w:t xml:space="preserve">Barreau </w:t>
      </w:r>
      <w:proofErr w:type="spellStart"/>
      <w:r>
        <w:t>d’Ankara</w:t>
      </w:r>
      <w:proofErr w:type="spellEnd"/>
    </w:p>
    <w:p w14:paraId="7C2EA992" w14:textId="77777777" w:rsidR="005D77C6" w:rsidRDefault="005D77C6" w:rsidP="005D77C6"/>
    <w:p w14:paraId="252C39F5" w14:textId="77777777" w:rsidR="005D77C6" w:rsidRDefault="005D77C6" w:rsidP="005D77C6">
      <w:r>
        <w:t>8076</w:t>
      </w:r>
    </w:p>
    <w:p w14:paraId="2CB81F7B" w14:textId="77777777" w:rsidR="005D77C6" w:rsidRDefault="005D77C6" w:rsidP="005D77C6"/>
    <w:p w14:paraId="2E9C835B" w14:textId="77777777" w:rsidR="005D77C6" w:rsidRDefault="005D77C6" w:rsidP="005D77C6">
      <w:r>
        <w:t>12</w:t>
      </w:r>
    </w:p>
    <w:p w14:paraId="45681373" w14:textId="77777777" w:rsidR="005D77C6" w:rsidRDefault="005D77C6" w:rsidP="005D77C6"/>
    <w:p w14:paraId="44BEF101" w14:textId="77777777" w:rsidR="005D77C6" w:rsidRDefault="005D77C6" w:rsidP="005D77C6">
      <w:r>
        <w:t>Me Tamer Selçuk</w:t>
      </w:r>
    </w:p>
    <w:p w14:paraId="6C307F1D" w14:textId="77777777" w:rsidR="005D77C6" w:rsidRDefault="005D77C6" w:rsidP="005D77C6"/>
    <w:p w14:paraId="1B896DE1" w14:textId="77777777" w:rsidR="005D77C6" w:rsidRDefault="005D77C6" w:rsidP="005D77C6">
      <w:r>
        <w:t xml:space="preserve">Barreau de </w:t>
      </w:r>
      <w:proofErr w:type="spellStart"/>
      <w:r>
        <w:t>Denizli</w:t>
      </w:r>
      <w:proofErr w:type="spellEnd"/>
    </w:p>
    <w:p w14:paraId="02490B69" w14:textId="77777777" w:rsidR="005D77C6" w:rsidRDefault="005D77C6" w:rsidP="005D77C6"/>
    <w:p w14:paraId="4747773D" w14:textId="77777777" w:rsidR="005D77C6" w:rsidRDefault="005D77C6" w:rsidP="005D77C6">
      <w:r>
        <w:t>538</w:t>
      </w:r>
    </w:p>
    <w:p w14:paraId="1BB62C91" w14:textId="77777777" w:rsidR="005D77C6" w:rsidRDefault="005D77C6" w:rsidP="005D77C6"/>
    <w:p w14:paraId="36D87325" w14:textId="77777777" w:rsidR="005D77C6" w:rsidRDefault="005D77C6" w:rsidP="005D77C6">
      <w:r>
        <w:t>13</w:t>
      </w:r>
    </w:p>
    <w:p w14:paraId="28C61C53" w14:textId="77777777" w:rsidR="005D77C6" w:rsidRDefault="005D77C6" w:rsidP="005D77C6"/>
    <w:p w14:paraId="53395360" w14:textId="77777777" w:rsidR="005D77C6" w:rsidRDefault="005D77C6" w:rsidP="005D77C6">
      <w:r>
        <w:t>Me Sadullah Sayın</w:t>
      </w:r>
    </w:p>
    <w:p w14:paraId="59405EB1" w14:textId="77777777" w:rsidR="005D77C6" w:rsidRDefault="005D77C6" w:rsidP="005D77C6"/>
    <w:p w14:paraId="157D9DD2" w14:textId="77777777" w:rsidR="005D77C6" w:rsidRDefault="005D77C6" w:rsidP="005D77C6">
      <w:r>
        <w:t xml:space="preserve">Barreau </w:t>
      </w:r>
      <w:proofErr w:type="spellStart"/>
      <w:r>
        <w:t>d’Istanbul</w:t>
      </w:r>
      <w:proofErr w:type="spellEnd"/>
    </w:p>
    <w:p w14:paraId="0F1C3BE3" w14:textId="77777777" w:rsidR="005D77C6" w:rsidRDefault="005D77C6" w:rsidP="005D77C6"/>
    <w:p w14:paraId="49322897" w14:textId="77777777" w:rsidR="005D77C6" w:rsidRDefault="005D77C6" w:rsidP="005D77C6">
      <w:r>
        <w:t>12866</w:t>
      </w:r>
    </w:p>
    <w:p w14:paraId="244BFA61" w14:textId="77777777" w:rsidR="005D77C6" w:rsidRDefault="005D77C6" w:rsidP="005D77C6"/>
    <w:p w14:paraId="11D126B2" w14:textId="77777777" w:rsidR="005D77C6" w:rsidRDefault="005D77C6" w:rsidP="005D77C6">
      <w:r>
        <w:lastRenderedPageBreak/>
        <w:t>14</w:t>
      </w:r>
    </w:p>
    <w:p w14:paraId="1FC62AC5" w14:textId="77777777" w:rsidR="005D77C6" w:rsidRDefault="005D77C6" w:rsidP="005D77C6"/>
    <w:p w14:paraId="10639293" w14:textId="77777777" w:rsidR="005D77C6" w:rsidRDefault="005D77C6" w:rsidP="005D77C6">
      <w:r>
        <w:t xml:space="preserve">Me </w:t>
      </w:r>
      <w:proofErr w:type="spellStart"/>
      <w:r>
        <w:t>Peruze</w:t>
      </w:r>
      <w:proofErr w:type="spellEnd"/>
      <w:r>
        <w:t xml:space="preserve"> Zeynep </w:t>
      </w:r>
      <w:proofErr w:type="spellStart"/>
      <w:r>
        <w:t>Şaner</w:t>
      </w:r>
      <w:proofErr w:type="spellEnd"/>
    </w:p>
    <w:p w14:paraId="56FABE0F" w14:textId="77777777" w:rsidR="005D77C6" w:rsidRDefault="005D77C6" w:rsidP="005D77C6"/>
    <w:p w14:paraId="6C5A292D" w14:textId="77777777" w:rsidR="005D77C6" w:rsidRDefault="005D77C6" w:rsidP="005D77C6">
      <w:r>
        <w:t xml:space="preserve">Barreau </w:t>
      </w:r>
      <w:proofErr w:type="spellStart"/>
      <w:r>
        <w:t>d’Istanbul</w:t>
      </w:r>
      <w:proofErr w:type="spellEnd"/>
    </w:p>
    <w:p w14:paraId="59EA9A7B" w14:textId="77777777" w:rsidR="005D77C6" w:rsidRDefault="005D77C6" w:rsidP="005D77C6"/>
    <w:p w14:paraId="183559B2" w14:textId="77777777" w:rsidR="005D77C6" w:rsidRDefault="005D77C6" w:rsidP="005D77C6">
      <w:r>
        <w:t>66177</w:t>
      </w:r>
    </w:p>
    <w:p w14:paraId="51BEC28D" w14:textId="77777777" w:rsidR="005D77C6" w:rsidRDefault="005D77C6" w:rsidP="005D77C6"/>
    <w:p w14:paraId="1E3A809A" w14:textId="77777777" w:rsidR="005D77C6" w:rsidRDefault="005D77C6" w:rsidP="005D77C6">
      <w:r>
        <w:t>15</w:t>
      </w:r>
    </w:p>
    <w:p w14:paraId="45646491" w14:textId="77777777" w:rsidR="005D77C6" w:rsidRDefault="005D77C6" w:rsidP="005D77C6"/>
    <w:p w14:paraId="3772F999" w14:textId="77777777" w:rsidR="005D77C6" w:rsidRDefault="005D77C6" w:rsidP="005D77C6">
      <w:r>
        <w:t>Me Ahmet Ergin</w:t>
      </w:r>
    </w:p>
    <w:p w14:paraId="50DE4423" w14:textId="77777777" w:rsidR="005D77C6" w:rsidRDefault="005D77C6" w:rsidP="005D77C6"/>
    <w:p w14:paraId="79E8DF95" w14:textId="77777777" w:rsidR="005D77C6" w:rsidRDefault="005D77C6" w:rsidP="005D77C6">
      <w:r>
        <w:t xml:space="preserve">Barreau </w:t>
      </w:r>
      <w:proofErr w:type="spellStart"/>
      <w:r>
        <w:t>d’Istanbul</w:t>
      </w:r>
      <w:proofErr w:type="spellEnd"/>
    </w:p>
    <w:p w14:paraId="75D65468" w14:textId="77777777" w:rsidR="005D77C6" w:rsidRDefault="005D77C6" w:rsidP="005D77C6"/>
    <w:p w14:paraId="3A710E98" w14:textId="77777777" w:rsidR="005D77C6" w:rsidRDefault="005D77C6" w:rsidP="005D77C6">
      <w:r>
        <w:t>27344</w:t>
      </w:r>
    </w:p>
    <w:p w14:paraId="1E49BDF4" w14:textId="77777777" w:rsidR="005D77C6" w:rsidRDefault="005D77C6" w:rsidP="005D77C6"/>
    <w:p w14:paraId="0E09003A" w14:textId="77777777" w:rsidR="005D77C6" w:rsidRDefault="005D77C6" w:rsidP="005D77C6">
      <w:r>
        <w:t>16</w:t>
      </w:r>
    </w:p>
    <w:p w14:paraId="0A5A6899" w14:textId="77777777" w:rsidR="005D77C6" w:rsidRDefault="005D77C6" w:rsidP="005D77C6"/>
    <w:p w14:paraId="496B598C" w14:textId="77777777" w:rsidR="005D77C6" w:rsidRDefault="005D77C6" w:rsidP="005D77C6">
      <w:r>
        <w:t xml:space="preserve">Me Hasan Ozan </w:t>
      </w:r>
      <w:proofErr w:type="spellStart"/>
      <w:r>
        <w:t>Orpak</w:t>
      </w:r>
      <w:proofErr w:type="spellEnd"/>
    </w:p>
    <w:p w14:paraId="365730E4" w14:textId="77777777" w:rsidR="005D77C6" w:rsidRDefault="005D77C6" w:rsidP="005D77C6"/>
    <w:p w14:paraId="49FB7D49" w14:textId="77777777" w:rsidR="005D77C6" w:rsidRDefault="005D77C6" w:rsidP="005D77C6">
      <w:r>
        <w:t xml:space="preserve">Barreau de </w:t>
      </w:r>
      <w:proofErr w:type="spellStart"/>
      <w:r>
        <w:t>Denizli</w:t>
      </w:r>
      <w:proofErr w:type="spellEnd"/>
    </w:p>
    <w:p w14:paraId="500226EB" w14:textId="77777777" w:rsidR="005D77C6" w:rsidRDefault="005D77C6" w:rsidP="005D77C6"/>
    <w:p w14:paraId="7D9BF78F" w14:textId="77777777" w:rsidR="005D77C6" w:rsidRDefault="005D77C6" w:rsidP="005D77C6">
      <w:r>
        <w:t>1356</w:t>
      </w:r>
    </w:p>
    <w:p w14:paraId="63752242" w14:textId="77777777" w:rsidR="005D77C6" w:rsidRDefault="005D77C6" w:rsidP="005D77C6"/>
    <w:p w14:paraId="1FB01AD1" w14:textId="77777777" w:rsidR="005D77C6" w:rsidRDefault="005D77C6" w:rsidP="005D77C6">
      <w:r>
        <w:t>17</w:t>
      </w:r>
    </w:p>
    <w:p w14:paraId="4201796D" w14:textId="77777777" w:rsidR="005D77C6" w:rsidRDefault="005D77C6" w:rsidP="005D77C6"/>
    <w:p w14:paraId="4D9C1899" w14:textId="77777777" w:rsidR="005D77C6" w:rsidRDefault="005D77C6" w:rsidP="005D77C6">
      <w:r>
        <w:t xml:space="preserve">Me Ömer </w:t>
      </w:r>
      <w:proofErr w:type="spellStart"/>
      <w:r>
        <w:t>Kavili</w:t>
      </w:r>
      <w:proofErr w:type="spellEnd"/>
    </w:p>
    <w:p w14:paraId="786882CA" w14:textId="77777777" w:rsidR="005D77C6" w:rsidRDefault="005D77C6" w:rsidP="005D77C6"/>
    <w:p w14:paraId="5C6E7E16" w14:textId="77777777" w:rsidR="005D77C6" w:rsidRDefault="005D77C6" w:rsidP="005D77C6">
      <w:r>
        <w:t xml:space="preserve">Barreau </w:t>
      </w:r>
      <w:proofErr w:type="spellStart"/>
      <w:r>
        <w:t>d’Istanbul</w:t>
      </w:r>
      <w:proofErr w:type="spellEnd"/>
    </w:p>
    <w:p w14:paraId="15E7F1D4" w14:textId="77777777" w:rsidR="005D77C6" w:rsidRDefault="005D77C6" w:rsidP="005D77C6"/>
    <w:p w14:paraId="7E3511B4" w14:textId="77777777" w:rsidR="005D77C6" w:rsidRDefault="005D77C6" w:rsidP="005D77C6">
      <w:r>
        <w:t>15638</w:t>
      </w:r>
    </w:p>
    <w:p w14:paraId="54F50F5D" w14:textId="77777777" w:rsidR="005D77C6" w:rsidRDefault="005D77C6" w:rsidP="005D77C6"/>
    <w:p w14:paraId="585B4F0E" w14:textId="77777777" w:rsidR="005D77C6" w:rsidRDefault="005D77C6" w:rsidP="005D77C6">
      <w:r>
        <w:t>18</w:t>
      </w:r>
    </w:p>
    <w:p w14:paraId="41F4B7FC" w14:textId="77777777" w:rsidR="005D77C6" w:rsidRDefault="005D77C6" w:rsidP="005D77C6"/>
    <w:p w14:paraId="6443079A" w14:textId="77777777" w:rsidR="005D77C6" w:rsidRDefault="005D77C6" w:rsidP="005D77C6">
      <w:r>
        <w:t xml:space="preserve">Me Fırat </w:t>
      </w:r>
      <w:proofErr w:type="spellStart"/>
      <w:r>
        <w:t>Epözdemir</w:t>
      </w:r>
      <w:proofErr w:type="spellEnd"/>
    </w:p>
    <w:p w14:paraId="7A877C9A" w14:textId="77777777" w:rsidR="005D77C6" w:rsidRDefault="005D77C6" w:rsidP="005D77C6"/>
    <w:p w14:paraId="3AC42219" w14:textId="77777777" w:rsidR="005D77C6" w:rsidRDefault="005D77C6" w:rsidP="005D77C6">
      <w:r>
        <w:t xml:space="preserve">Barreau </w:t>
      </w:r>
      <w:proofErr w:type="spellStart"/>
      <w:r>
        <w:t>d’Istanbul</w:t>
      </w:r>
      <w:proofErr w:type="spellEnd"/>
    </w:p>
    <w:p w14:paraId="115CE031" w14:textId="77777777" w:rsidR="005D77C6" w:rsidRDefault="005D77C6" w:rsidP="005D77C6"/>
    <w:p w14:paraId="331179BD" w14:textId="77777777" w:rsidR="005D77C6" w:rsidRDefault="005D77C6" w:rsidP="005D77C6">
      <w:r>
        <w:t>36297</w:t>
      </w:r>
    </w:p>
    <w:p w14:paraId="40781B81" w14:textId="77777777" w:rsidR="005D77C6" w:rsidRDefault="005D77C6" w:rsidP="005D77C6"/>
    <w:p w14:paraId="5AC40784" w14:textId="77777777" w:rsidR="005D77C6" w:rsidRDefault="005D77C6" w:rsidP="005D77C6">
      <w:r>
        <w:t>19</w:t>
      </w:r>
    </w:p>
    <w:p w14:paraId="2D61431F" w14:textId="77777777" w:rsidR="005D77C6" w:rsidRDefault="005D77C6" w:rsidP="005D77C6"/>
    <w:p w14:paraId="0758D2E2" w14:textId="77777777" w:rsidR="005D77C6" w:rsidRDefault="005D77C6" w:rsidP="005D77C6">
      <w:r>
        <w:t>Me Görkem Ova</w:t>
      </w:r>
    </w:p>
    <w:p w14:paraId="759EDAAD" w14:textId="77777777" w:rsidR="005D77C6" w:rsidRDefault="005D77C6" w:rsidP="005D77C6"/>
    <w:p w14:paraId="6A380FFD" w14:textId="77777777" w:rsidR="005D77C6" w:rsidRDefault="005D77C6" w:rsidP="005D77C6">
      <w:r>
        <w:lastRenderedPageBreak/>
        <w:t xml:space="preserve">Barreau </w:t>
      </w:r>
      <w:proofErr w:type="spellStart"/>
      <w:r>
        <w:t>d’Istanbul</w:t>
      </w:r>
      <w:proofErr w:type="spellEnd"/>
    </w:p>
    <w:p w14:paraId="03CA418B" w14:textId="77777777" w:rsidR="005D77C6" w:rsidRDefault="005D77C6" w:rsidP="005D77C6"/>
    <w:p w14:paraId="014122CE" w14:textId="77777777" w:rsidR="005D77C6" w:rsidRDefault="005D77C6" w:rsidP="005D77C6">
      <w:r>
        <w:t>63237</w:t>
      </w:r>
    </w:p>
    <w:p w14:paraId="3AE0D9E1" w14:textId="77777777" w:rsidR="005D77C6" w:rsidRDefault="005D77C6" w:rsidP="005D77C6"/>
    <w:p w14:paraId="5F136A8C" w14:textId="77777777" w:rsidR="005D77C6" w:rsidRDefault="005D77C6" w:rsidP="005D77C6">
      <w:r>
        <w:t>20</w:t>
      </w:r>
    </w:p>
    <w:p w14:paraId="06EB720D" w14:textId="77777777" w:rsidR="005D77C6" w:rsidRDefault="005D77C6" w:rsidP="005D77C6"/>
    <w:p w14:paraId="11831380" w14:textId="77777777" w:rsidR="005D77C6" w:rsidRDefault="005D77C6" w:rsidP="005D77C6">
      <w:r>
        <w:t>Me Özden Özdemir</w:t>
      </w:r>
    </w:p>
    <w:p w14:paraId="6C8FC082" w14:textId="77777777" w:rsidR="005D77C6" w:rsidRDefault="005D77C6" w:rsidP="005D77C6"/>
    <w:p w14:paraId="61D91F1B" w14:textId="77777777" w:rsidR="005D77C6" w:rsidRDefault="005D77C6" w:rsidP="005D77C6">
      <w:r>
        <w:t xml:space="preserve">Barreau </w:t>
      </w:r>
      <w:proofErr w:type="spellStart"/>
      <w:r>
        <w:t>d’Istanbul</w:t>
      </w:r>
      <w:proofErr w:type="spellEnd"/>
    </w:p>
    <w:p w14:paraId="618B2D97" w14:textId="77777777" w:rsidR="005D77C6" w:rsidRDefault="005D77C6" w:rsidP="005D77C6"/>
    <w:p w14:paraId="3360F171" w14:textId="77777777" w:rsidR="005D77C6" w:rsidRDefault="005D77C6" w:rsidP="005D77C6">
      <w:r>
        <w:t>25259</w:t>
      </w:r>
    </w:p>
    <w:p w14:paraId="291B51FF" w14:textId="77777777" w:rsidR="005D77C6" w:rsidRDefault="005D77C6" w:rsidP="005D77C6"/>
    <w:p w14:paraId="1825643A" w14:textId="77777777" w:rsidR="005D77C6" w:rsidRDefault="005D77C6" w:rsidP="005D77C6">
      <w:r>
        <w:t>21</w:t>
      </w:r>
    </w:p>
    <w:p w14:paraId="6D82CE93" w14:textId="77777777" w:rsidR="005D77C6" w:rsidRDefault="005D77C6" w:rsidP="005D77C6"/>
    <w:p w14:paraId="4E3BBE82" w14:textId="77777777" w:rsidR="005D77C6" w:rsidRDefault="005D77C6" w:rsidP="005D77C6">
      <w:r>
        <w:t xml:space="preserve">Me Şengül Tarhan </w:t>
      </w:r>
      <w:proofErr w:type="spellStart"/>
      <w:r>
        <w:t>Buztaş</w:t>
      </w:r>
      <w:proofErr w:type="spellEnd"/>
    </w:p>
    <w:p w14:paraId="65086AA6" w14:textId="77777777" w:rsidR="005D77C6" w:rsidRDefault="005D77C6" w:rsidP="005D77C6"/>
    <w:p w14:paraId="0EF051F3" w14:textId="77777777" w:rsidR="005D77C6" w:rsidRDefault="005D77C6" w:rsidP="005D77C6">
      <w:r>
        <w:t xml:space="preserve">Barreau </w:t>
      </w:r>
      <w:proofErr w:type="spellStart"/>
      <w:r>
        <w:t>d’Istanbul</w:t>
      </w:r>
      <w:proofErr w:type="spellEnd"/>
    </w:p>
    <w:p w14:paraId="3484A37B" w14:textId="77777777" w:rsidR="005D77C6" w:rsidRDefault="005D77C6" w:rsidP="005D77C6"/>
    <w:p w14:paraId="5F80751B" w14:textId="77777777" w:rsidR="005D77C6" w:rsidRDefault="005D77C6" w:rsidP="005D77C6">
      <w:r>
        <w:t>19622</w:t>
      </w:r>
    </w:p>
    <w:p w14:paraId="5E197B54" w14:textId="77777777" w:rsidR="005D77C6" w:rsidRDefault="005D77C6" w:rsidP="005D77C6"/>
    <w:p w14:paraId="129D1C49" w14:textId="77777777" w:rsidR="005D77C6" w:rsidRDefault="005D77C6" w:rsidP="005D77C6">
      <w:r>
        <w:t>22</w:t>
      </w:r>
    </w:p>
    <w:p w14:paraId="3052DD09" w14:textId="77777777" w:rsidR="005D77C6" w:rsidRDefault="005D77C6" w:rsidP="005D77C6"/>
    <w:p w14:paraId="75F664CE" w14:textId="77777777" w:rsidR="005D77C6" w:rsidRDefault="005D77C6" w:rsidP="005D77C6">
      <w:r>
        <w:t>Me Figen Ertem Yılmaz</w:t>
      </w:r>
    </w:p>
    <w:p w14:paraId="08861811" w14:textId="77777777" w:rsidR="005D77C6" w:rsidRDefault="005D77C6" w:rsidP="005D77C6"/>
    <w:p w14:paraId="1B5606F1" w14:textId="77777777" w:rsidR="005D77C6" w:rsidRDefault="005D77C6" w:rsidP="005D77C6">
      <w:r>
        <w:t xml:space="preserve">Barreau </w:t>
      </w:r>
      <w:proofErr w:type="spellStart"/>
      <w:r>
        <w:t>d’Istanbul</w:t>
      </w:r>
      <w:proofErr w:type="spellEnd"/>
    </w:p>
    <w:p w14:paraId="4E54F8F5" w14:textId="77777777" w:rsidR="005D77C6" w:rsidRDefault="005D77C6" w:rsidP="005D77C6"/>
    <w:p w14:paraId="2CDFABB1" w14:textId="77777777" w:rsidR="005D77C6" w:rsidRDefault="005D77C6" w:rsidP="005D77C6">
      <w:r>
        <w:t>16976</w:t>
      </w:r>
    </w:p>
    <w:p w14:paraId="1BCA733B" w14:textId="77777777" w:rsidR="005D77C6" w:rsidRDefault="005D77C6" w:rsidP="005D77C6"/>
    <w:p w14:paraId="40B34E50" w14:textId="77777777" w:rsidR="005D77C6" w:rsidRDefault="005D77C6" w:rsidP="005D77C6">
      <w:r>
        <w:t>23</w:t>
      </w:r>
    </w:p>
    <w:p w14:paraId="39D02F86" w14:textId="77777777" w:rsidR="005D77C6" w:rsidRDefault="005D77C6" w:rsidP="005D77C6"/>
    <w:p w14:paraId="02BC0711" w14:textId="77777777" w:rsidR="005D77C6" w:rsidRDefault="005D77C6" w:rsidP="005D77C6">
      <w:r>
        <w:t xml:space="preserve">Me Özhan </w:t>
      </w:r>
      <w:proofErr w:type="spellStart"/>
      <w:r>
        <w:t>Karazeybek</w:t>
      </w:r>
      <w:proofErr w:type="spellEnd"/>
    </w:p>
    <w:p w14:paraId="0267D36C" w14:textId="77777777" w:rsidR="005D77C6" w:rsidRDefault="005D77C6" w:rsidP="005D77C6"/>
    <w:p w14:paraId="64268B36" w14:textId="77777777" w:rsidR="005D77C6" w:rsidRDefault="005D77C6" w:rsidP="005D77C6">
      <w:r>
        <w:t xml:space="preserve">Barreau </w:t>
      </w:r>
      <w:proofErr w:type="spellStart"/>
      <w:r>
        <w:t>d’Antalya</w:t>
      </w:r>
      <w:proofErr w:type="spellEnd"/>
    </w:p>
    <w:p w14:paraId="35B77134" w14:textId="77777777" w:rsidR="005D77C6" w:rsidRDefault="005D77C6" w:rsidP="005D77C6"/>
    <w:p w14:paraId="597E9AE0" w14:textId="77777777" w:rsidR="005D77C6" w:rsidRDefault="005D77C6" w:rsidP="005D77C6">
      <w:r>
        <w:t>1812</w:t>
      </w:r>
    </w:p>
    <w:p w14:paraId="69086C0C" w14:textId="77777777" w:rsidR="005D77C6" w:rsidRDefault="005D77C6" w:rsidP="005D77C6"/>
    <w:p w14:paraId="0325FF0D" w14:textId="77777777" w:rsidR="005D77C6" w:rsidRDefault="005D77C6" w:rsidP="005D77C6">
      <w:r>
        <w:t>24</w:t>
      </w:r>
    </w:p>
    <w:p w14:paraId="63B63E68" w14:textId="77777777" w:rsidR="005D77C6" w:rsidRDefault="005D77C6" w:rsidP="005D77C6"/>
    <w:p w14:paraId="61850DD3" w14:textId="77777777" w:rsidR="005D77C6" w:rsidRDefault="005D77C6" w:rsidP="005D77C6">
      <w:r>
        <w:t>Me Sabahattin Gümüş</w:t>
      </w:r>
    </w:p>
    <w:p w14:paraId="487033AA" w14:textId="77777777" w:rsidR="005D77C6" w:rsidRDefault="005D77C6" w:rsidP="005D77C6"/>
    <w:p w14:paraId="137ADCB3" w14:textId="77777777" w:rsidR="005D77C6" w:rsidRDefault="005D77C6" w:rsidP="005D77C6">
      <w:r>
        <w:t xml:space="preserve">Barreau </w:t>
      </w:r>
      <w:proofErr w:type="spellStart"/>
      <w:r>
        <w:t>d’Adana</w:t>
      </w:r>
      <w:proofErr w:type="spellEnd"/>
    </w:p>
    <w:p w14:paraId="6B716DA1" w14:textId="77777777" w:rsidR="005D77C6" w:rsidRDefault="005D77C6" w:rsidP="005D77C6"/>
    <w:p w14:paraId="7987B8F0" w14:textId="77777777" w:rsidR="005D77C6" w:rsidRDefault="005D77C6" w:rsidP="005D77C6">
      <w:r>
        <w:t>1137</w:t>
      </w:r>
    </w:p>
    <w:p w14:paraId="66CECE57" w14:textId="77777777" w:rsidR="005D77C6" w:rsidRDefault="005D77C6" w:rsidP="005D77C6"/>
    <w:p w14:paraId="26CEC2E3" w14:textId="77777777" w:rsidR="005D77C6" w:rsidRDefault="005D77C6" w:rsidP="005D77C6">
      <w:r>
        <w:lastRenderedPageBreak/>
        <w:t>25</w:t>
      </w:r>
    </w:p>
    <w:p w14:paraId="65174BCA" w14:textId="77777777" w:rsidR="005D77C6" w:rsidRDefault="005D77C6" w:rsidP="005D77C6"/>
    <w:p w14:paraId="49C36F9B" w14:textId="77777777" w:rsidR="005D77C6" w:rsidRDefault="005D77C6" w:rsidP="005D77C6">
      <w:r>
        <w:t xml:space="preserve">Me Arzu Müge </w:t>
      </w:r>
      <w:proofErr w:type="spellStart"/>
      <w:r>
        <w:t>Özaydın</w:t>
      </w:r>
      <w:proofErr w:type="spellEnd"/>
    </w:p>
    <w:p w14:paraId="699D6460" w14:textId="77777777" w:rsidR="005D77C6" w:rsidRDefault="005D77C6" w:rsidP="005D77C6"/>
    <w:p w14:paraId="56209343" w14:textId="77777777" w:rsidR="005D77C6" w:rsidRDefault="005D77C6" w:rsidP="005D77C6">
      <w:r>
        <w:t xml:space="preserve">Barreau </w:t>
      </w:r>
      <w:proofErr w:type="spellStart"/>
      <w:r>
        <w:t>d’Istanbul</w:t>
      </w:r>
      <w:proofErr w:type="spellEnd"/>
    </w:p>
    <w:p w14:paraId="3ABE49C2" w14:textId="77777777" w:rsidR="005D77C6" w:rsidRDefault="005D77C6" w:rsidP="005D77C6"/>
    <w:p w14:paraId="312057D7" w14:textId="77777777" w:rsidR="005D77C6" w:rsidRDefault="005D77C6" w:rsidP="005D77C6">
      <w:r>
        <w:t>16505</w:t>
      </w:r>
    </w:p>
    <w:p w14:paraId="40D6AE12" w14:textId="77777777" w:rsidR="005D77C6" w:rsidRDefault="005D77C6" w:rsidP="005D77C6"/>
    <w:p w14:paraId="06E0AFA6" w14:textId="77777777" w:rsidR="005D77C6" w:rsidRDefault="005D77C6" w:rsidP="005D77C6">
      <w:r>
        <w:t>26</w:t>
      </w:r>
    </w:p>
    <w:p w14:paraId="74BF353D" w14:textId="77777777" w:rsidR="005D77C6" w:rsidRDefault="005D77C6" w:rsidP="005D77C6"/>
    <w:p w14:paraId="666A5F5E" w14:textId="77777777" w:rsidR="005D77C6" w:rsidRDefault="005D77C6" w:rsidP="005D77C6">
      <w:r>
        <w:t>Me Kadir Seçkin Bilgili</w:t>
      </w:r>
    </w:p>
    <w:p w14:paraId="19D97CE1" w14:textId="77777777" w:rsidR="005D77C6" w:rsidRDefault="005D77C6" w:rsidP="005D77C6"/>
    <w:p w14:paraId="47989483" w14:textId="77777777" w:rsidR="005D77C6" w:rsidRDefault="005D77C6" w:rsidP="005D77C6">
      <w:r>
        <w:t xml:space="preserve">Barreau de </w:t>
      </w:r>
      <w:proofErr w:type="spellStart"/>
      <w:r>
        <w:t>Balıkesir</w:t>
      </w:r>
      <w:proofErr w:type="spellEnd"/>
    </w:p>
    <w:p w14:paraId="43863816" w14:textId="77777777" w:rsidR="005D77C6" w:rsidRDefault="005D77C6" w:rsidP="005D77C6"/>
    <w:p w14:paraId="0F227D4F" w14:textId="77777777" w:rsidR="005D77C6" w:rsidRDefault="005D77C6" w:rsidP="005D77C6">
      <w:r>
        <w:t>1682</w:t>
      </w:r>
    </w:p>
    <w:p w14:paraId="392E06F5" w14:textId="77777777" w:rsidR="005D77C6" w:rsidRDefault="005D77C6" w:rsidP="005D77C6"/>
    <w:p w14:paraId="35CDB4E1" w14:textId="77777777" w:rsidR="005D77C6" w:rsidRDefault="005D77C6" w:rsidP="005D77C6">
      <w:r>
        <w:t>27</w:t>
      </w:r>
    </w:p>
    <w:p w14:paraId="2FA0E758" w14:textId="77777777" w:rsidR="005D77C6" w:rsidRDefault="005D77C6" w:rsidP="005D77C6"/>
    <w:p w14:paraId="4AD7D902" w14:textId="77777777" w:rsidR="005D77C6" w:rsidRDefault="005D77C6" w:rsidP="005D77C6">
      <w:r>
        <w:t>Me Mustafa Dinçer</w:t>
      </w:r>
    </w:p>
    <w:p w14:paraId="55AD0ADA" w14:textId="77777777" w:rsidR="005D77C6" w:rsidRDefault="005D77C6" w:rsidP="005D77C6"/>
    <w:p w14:paraId="6A8620F6" w14:textId="77777777" w:rsidR="005D77C6" w:rsidRDefault="005D77C6" w:rsidP="005D77C6">
      <w:r>
        <w:t xml:space="preserve">Barreau </w:t>
      </w:r>
      <w:proofErr w:type="spellStart"/>
      <w:r>
        <w:t>d’Ankara</w:t>
      </w:r>
      <w:proofErr w:type="spellEnd"/>
    </w:p>
    <w:p w14:paraId="36AB806B" w14:textId="77777777" w:rsidR="005D77C6" w:rsidRDefault="005D77C6" w:rsidP="005D77C6"/>
    <w:p w14:paraId="6C6A56CB" w14:textId="77777777" w:rsidR="005D77C6" w:rsidRDefault="005D77C6" w:rsidP="005D77C6">
      <w:r>
        <w:t>13587</w:t>
      </w:r>
    </w:p>
    <w:p w14:paraId="4690A65A" w14:textId="77777777" w:rsidR="005D77C6" w:rsidRDefault="005D77C6" w:rsidP="005D77C6"/>
    <w:p w14:paraId="364AA73C" w14:textId="77777777" w:rsidR="005D77C6" w:rsidRDefault="005D77C6" w:rsidP="005D77C6">
      <w:r>
        <w:t>28</w:t>
      </w:r>
    </w:p>
    <w:p w14:paraId="68FE68C9" w14:textId="77777777" w:rsidR="005D77C6" w:rsidRDefault="005D77C6" w:rsidP="005D77C6"/>
    <w:p w14:paraId="0306C582" w14:textId="77777777" w:rsidR="005D77C6" w:rsidRDefault="005D77C6" w:rsidP="005D77C6">
      <w:r>
        <w:t xml:space="preserve">Me </w:t>
      </w:r>
      <w:proofErr w:type="spellStart"/>
      <w:r>
        <w:t>Onursal</w:t>
      </w:r>
      <w:proofErr w:type="spellEnd"/>
      <w:r>
        <w:t xml:space="preserve"> Özbek</w:t>
      </w:r>
    </w:p>
    <w:p w14:paraId="35D3C194" w14:textId="77777777" w:rsidR="005D77C6" w:rsidRDefault="005D77C6" w:rsidP="005D77C6"/>
    <w:p w14:paraId="17B60AD6" w14:textId="77777777" w:rsidR="005D77C6" w:rsidRDefault="005D77C6" w:rsidP="005D77C6">
      <w:r>
        <w:t xml:space="preserve">Barreau de </w:t>
      </w:r>
      <w:proofErr w:type="spellStart"/>
      <w:r>
        <w:t>Muğla</w:t>
      </w:r>
      <w:proofErr w:type="spellEnd"/>
    </w:p>
    <w:p w14:paraId="3DCA6379" w14:textId="77777777" w:rsidR="005D77C6" w:rsidRDefault="005D77C6" w:rsidP="005D77C6"/>
    <w:p w14:paraId="1856E77C" w14:textId="77777777" w:rsidR="005D77C6" w:rsidRDefault="005D77C6" w:rsidP="005D77C6">
      <w:r>
        <w:t>1178</w:t>
      </w:r>
    </w:p>
    <w:p w14:paraId="58FB414F" w14:textId="77777777" w:rsidR="005D77C6" w:rsidRDefault="005D77C6" w:rsidP="005D77C6"/>
    <w:p w14:paraId="3A05558E" w14:textId="77777777" w:rsidR="005D77C6" w:rsidRDefault="005D77C6" w:rsidP="005D77C6">
      <w:r>
        <w:t>29</w:t>
      </w:r>
    </w:p>
    <w:p w14:paraId="79B00AF7" w14:textId="77777777" w:rsidR="005D77C6" w:rsidRDefault="005D77C6" w:rsidP="005D77C6"/>
    <w:p w14:paraId="71A19286" w14:textId="77777777" w:rsidR="005D77C6" w:rsidRDefault="005D77C6" w:rsidP="005D77C6">
      <w:r>
        <w:t>Me Welat Karahan</w:t>
      </w:r>
    </w:p>
    <w:p w14:paraId="5E7F14FD" w14:textId="77777777" w:rsidR="005D77C6" w:rsidRDefault="005D77C6" w:rsidP="005D77C6"/>
    <w:p w14:paraId="4C5526EB" w14:textId="77777777" w:rsidR="005D77C6" w:rsidRDefault="005D77C6" w:rsidP="005D77C6">
      <w:r>
        <w:t xml:space="preserve">Barreau de </w:t>
      </w:r>
      <w:proofErr w:type="spellStart"/>
      <w:r>
        <w:t>Şanlıurfa</w:t>
      </w:r>
      <w:proofErr w:type="spellEnd"/>
    </w:p>
    <w:p w14:paraId="79C2EC9E" w14:textId="77777777" w:rsidR="005D77C6" w:rsidRDefault="005D77C6" w:rsidP="005D77C6"/>
    <w:p w14:paraId="45FC7524" w14:textId="77777777" w:rsidR="005D77C6" w:rsidRDefault="005D77C6" w:rsidP="005D77C6">
      <w:r>
        <w:t>385</w:t>
      </w:r>
    </w:p>
    <w:p w14:paraId="0126B6C8" w14:textId="77777777" w:rsidR="005D77C6" w:rsidRDefault="005D77C6" w:rsidP="005D77C6"/>
    <w:p w14:paraId="453EBBD2" w14:textId="77777777" w:rsidR="005D77C6" w:rsidRDefault="005D77C6" w:rsidP="005D77C6">
      <w:r>
        <w:t>30</w:t>
      </w:r>
    </w:p>
    <w:p w14:paraId="12B844BB" w14:textId="77777777" w:rsidR="005D77C6" w:rsidRDefault="005D77C6" w:rsidP="005D77C6"/>
    <w:p w14:paraId="423165EB" w14:textId="77777777" w:rsidR="005D77C6" w:rsidRDefault="005D77C6" w:rsidP="005D77C6">
      <w:r>
        <w:t>Me Egemen Tomak</w:t>
      </w:r>
    </w:p>
    <w:p w14:paraId="7C1FB3BF" w14:textId="77777777" w:rsidR="005D77C6" w:rsidRDefault="005D77C6" w:rsidP="005D77C6"/>
    <w:p w14:paraId="673F9C3F" w14:textId="77777777" w:rsidR="005D77C6" w:rsidRDefault="005D77C6" w:rsidP="005D77C6">
      <w:r>
        <w:lastRenderedPageBreak/>
        <w:t xml:space="preserve">Barreau </w:t>
      </w:r>
      <w:proofErr w:type="spellStart"/>
      <w:r>
        <w:t>d’Ankara</w:t>
      </w:r>
      <w:proofErr w:type="spellEnd"/>
    </w:p>
    <w:p w14:paraId="0E5A1274" w14:textId="77777777" w:rsidR="005D77C6" w:rsidRDefault="005D77C6" w:rsidP="005D77C6"/>
    <w:p w14:paraId="30829F65" w14:textId="77777777" w:rsidR="005D77C6" w:rsidRDefault="005D77C6" w:rsidP="005D77C6">
      <w:r>
        <w:t>10018</w:t>
      </w:r>
    </w:p>
    <w:p w14:paraId="1E29A276" w14:textId="77777777" w:rsidR="005D77C6" w:rsidRDefault="005D77C6" w:rsidP="005D77C6"/>
    <w:p w14:paraId="3E4A4842" w14:textId="77777777" w:rsidR="005D77C6" w:rsidRDefault="005D77C6" w:rsidP="005D77C6">
      <w:r>
        <w:t>31</w:t>
      </w:r>
    </w:p>
    <w:p w14:paraId="42C2D914" w14:textId="77777777" w:rsidR="005D77C6" w:rsidRDefault="005D77C6" w:rsidP="005D77C6"/>
    <w:p w14:paraId="480EAA95" w14:textId="77777777" w:rsidR="005D77C6" w:rsidRDefault="005D77C6" w:rsidP="005D77C6">
      <w:r>
        <w:t>Me Hülya Ceylan</w:t>
      </w:r>
    </w:p>
    <w:p w14:paraId="75B2F98E" w14:textId="77777777" w:rsidR="005D77C6" w:rsidRDefault="005D77C6" w:rsidP="005D77C6"/>
    <w:p w14:paraId="6E1CBE36" w14:textId="77777777" w:rsidR="005D77C6" w:rsidRDefault="005D77C6" w:rsidP="005D77C6">
      <w:r>
        <w:t xml:space="preserve">Barreau </w:t>
      </w:r>
      <w:proofErr w:type="spellStart"/>
      <w:r>
        <w:t>d’Istanbul</w:t>
      </w:r>
      <w:proofErr w:type="spellEnd"/>
    </w:p>
    <w:p w14:paraId="5FBA00BF" w14:textId="77777777" w:rsidR="005D77C6" w:rsidRDefault="005D77C6" w:rsidP="005D77C6"/>
    <w:p w14:paraId="7DBB8536" w14:textId="77777777" w:rsidR="005D77C6" w:rsidRDefault="005D77C6" w:rsidP="005D77C6">
      <w:r>
        <w:t>17232</w:t>
      </w:r>
    </w:p>
    <w:p w14:paraId="1DF2630D" w14:textId="77777777" w:rsidR="005D77C6" w:rsidRDefault="005D77C6" w:rsidP="005D77C6"/>
    <w:p w14:paraId="76CEBC11" w14:textId="77777777" w:rsidR="005D77C6" w:rsidRDefault="005D77C6" w:rsidP="005D77C6">
      <w:r>
        <w:t>32</w:t>
      </w:r>
    </w:p>
    <w:p w14:paraId="7411C9EA" w14:textId="77777777" w:rsidR="005D77C6" w:rsidRDefault="005D77C6" w:rsidP="005D77C6"/>
    <w:p w14:paraId="697C0C05" w14:textId="77777777" w:rsidR="005D77C6" w:rsidRDefault="005D77C6" w:rsidP="005D77C6">
      <w:r>
        <w:t>Me Dr Nurhan Demirhan</w:t>
      </w:r>
    </w:p>
    <w:p w14:paraId="56E5F8F4" w14:textId="77777777" w:rsidR="005D77C6" w:rsidRDefault="005D77C6" w:rsidP="005D77C6"/>
    <w:p w14:paraId="4F8C7A03" w14:textId="77777777" w:rsidR="005D77C6" w:rsidRDefault="005D77C6" w:rsidP="005D77C6">
      <w:r>
        <w:t xml:space="preserve">Barreau </w:t>
      </w:r>
      <w:proofErr w:type="spellStart"/>
      <w:r>
        <w:t>d’Istanbul</w:t>
      </w:r>
      <w:proofErr w:type="spellEnd"/>
    </w:p>
    <w:p w14:paraId="5B31A8F8" w14:textId="77777777" w:rsidR="005D77C6" w:rsidRDefault="005D77C6" w:rsidP="005D77C6"/>
    <w:p w14:paraId="1B2C10CE" w14:textId="77777777" w:rsidR="005D77C6" w:rsidRDefault="005D77C6" w:rsidP="005D77C6">
      <w:r>
        <w:t>62161</w:t>
      </w:r>
    </w:p>
    <w:p w14:paraId="048D7918" w14:textId="77777777" w:rsidR="005D77C6" w:rsidRDefault="005D77C6" w:rsidP="005D77C6"/>
    <w:p w14:paraId="426B416B" w14:textId="77777777" w:rsidR="005D77C6" w:rsidRDefault="005D77C6" w:rsidP="005D77C6">
      <w:r>
        <w:t>33</w:t>
      </w:r>
    </w:p>
    <w:p w14:paraId="27B98C73" w14:textId="77777777" w:rsidR="005D77C6" w:rsidRDefault="005D77C6" w:rsidP="005D77C6"/>
    <w:p w14:paraId="144DE4CE" w14:textId="77777777" w:rsidR="005D77C6" w:rsidRDefault="005D77C6" w:rsidP="005D77C6">
      <w:r>
        <w:t xml:space="preserve">Me Arzu </w:t>
      </w:r>
      <w:proofErr w:type="spellStart"/>
      <w:r>
        <w:t>Ayyıldız</w:t>
      </w:r>
      <w:proofErr w:type="spellEnd"/>
    </w:p>
    <w:p w14:paraId="0B4F8230" w14:textId="77777777" w:rsidR="005D77C6" w:rsidRDefault="005D77C6" w:rsidP="005D77C6"/>
    <w:p w14:paraId="04422CA1" w14:textId="77777777" w:rsidR="005D77C6" w:rsidRDefault="005D77C6" w:rsidP="005D77C6">
      <w:r>
        <w:t xml:space="preserve">Barreau de </w:t>
      </w:r>
      <w:proofErr w:type="spellStart"/>
      <w:r>
        <w:t>Muğla</w:t>
      </w:r>
      <w:proofErr w:type="spellEnd"/>
    </w:p>
    <w:p w14:paraId="79B6D103" w14:textId="77777777" w:rsidR="005D77C6" w:rsidRDefault="005D77C6" w:rsidP="005D77C6"/>
    <w:p w14:paraId="757D4697" w14:textId="77777777" w:rsidR="005D77C6" w:rsidRDefault="005D77C6" w:rsidP="005D77C6">
      <w:r>
        <w:t>2013</w:t>
      </w:r>
    </w:p>
    <w:p w14:paraId="6209FB46" w14:textId="77777777" w:rsidR="005D77C6" w:rsidRDefault="005D77C6" w:rsidP="005D77C6"/>
    <w:p w14:paraId="33F9A657" w14:textId="77777777" w:rsidR="005D77C6" w:rsidRDefault="005D77C6" w:rsidP="005D77C6">
      <w:r>
        <w:t>34</w:t>
      </w:r>
    </w:p>
    <w:p w14:paraId="0B6F1F64" w14:textId="77777777" w:rsidR="005D77C6" w:rsidRDefault="005D77C6" w:rsidP="005D77C6"/>
    <w:p w14:paraId="4113F341" w14:textId="77777777" w:rsidR="005D77C6" w:rsidRDefault="005D77C6" w:rsidP="005D77C6">
      <w:r>
        <w:t>Me Ayşen Funda Ata</w:t>
      </w:r>
    </w:p>
    <w:p w14:paraId="3567D9BC" w14:textId="77777777" w:rsidR="005D77C6" w:rsidRDefault="005D77C6" w:rsidP="005D77C6"/>
    <w:p w14:paraId="6C18C1F5" w14:textId="77777777" w:rsidR="005D77C6" w:rsidRDefault="005D77C6" w:rsidP="005D77C6">
      <w:r>
        <w:t xml:space="preserve">Barreau </w:t>
      </w:r>
      <w:proofErr w:type="spellStart"/>
      <w:r>
        <w:t>d’Istanbul</w:t>
      </w:r>
      <w:proofErr w:type="spellEnd"/>
    </w:p>
    <w:p w14:paraId="0CD5CAD8" w14:textId="77777777" w:rsidR="005D77C6" w:rsidRDefault="005D77C6" w:rsidP="005D77C6"/>
    <w:p w14:paraId="00D3773F" w14:textId="77777777" w:rsidR="005D77C6" w:rsidRDefault="005D77C6" w:rsidP="005D77C6">
      <w:r>
        <w:t>40537</w:t>
      </w:r>
    </w:p>
    <w:p w14:paraId="4B9256E5" w14:textId="77777777" w:rsidR="005D77C6" w:rsidRDefault="005D77C6" w:rsidP="005D77C6"/>
    <w:p w14:paraId="481C7312" w14:textId="77777777" w:rsidR="005D77C6" w:rsidRDefault="005D77C6" w:rsidP="005D77C6">
      <w:r>
        <w:t>35</w:t>
      </w:r>
    </w:p>
    <w:p w14:paraId="067763B7" w14:textId="77777777" w:rsidR="005D77C6" w:rsidRDefault="005D77C6" w:rsidP="005D77C6"/>
    <w:p w14:paraId="2D3925B8" w14:textId="77777777" w:rsidR="005D77C6" w:rsidRDefault="005D77C6" w:rsidP="005D77C6">
      <w:r>
        <w:t xml:space="preserve">Me </w:t>
      </w:r>
      <w:proofErr w:type="spellStart"/>
      <w:r>
        <w:t>Binali</w:t>
      </w:r>
      <w:proofErr w:type="spellEnd"/>
      <w:r>
        <w:t xml:space="preserve"> Bulut</w:t>
      </w:r>
    </w:p>
    <w:p w14:paraId="0468CD34" w14:textId="77777777" w:rsidR="005D77C6" w:rsidRDefault="005D77C6" w:rsidP="005D77C6"/>
    <w:p w14:paraId="4394F0B3" w14:textId="77777777" w:rsidR="005D77C6" w:rsidRDefault="005D77C6" w:rsidP="005D77C6">
      <w:r>
        <w:t xml:space="preserve">Barreau </w:t>
      </w:r>
      <w:proofErr w:type="spellStart"/>
      <w:r>
        <w:t>d’Istanbul</w:t>
      </w:r>
      <w:proofErr w:type="spellEnd"/>
    </w:p>
    <w:p w14:paraId="43E2CE55" w14:textId="77777777" w:rsidR="005D77C6" w:rsidRDefault="005D77C6" w:rsidP="005D77C6"/>
    <w:p w14:paraId="6F125B68" w14:textId="77777777" w:rsidR="005D77C6" w:rsidRDefault="005D77C6" w:rsidP="005D77C6">
      <w:r>
        <w:t>18617</w:t>
      </w:r>
    </w:p>
    <w:p w14:paraId="2E499E64" w14:textId="77777777" w:rsidR="005D77C6" w:rsidRDefault="005D77C6" w:rsidP="005D77C6"/>
    <w:p w14:paraId="594E34AC" w14:textId="77777777" w:rsidR="005D77C6" w:rsidRDefault="005D77C6" w:rsidP="005D77C6">
      <w:r>
        <w:lastRenderedPageBreak/>
        <w:t>36</w:t>
      </w:r>
    </w:p>
    <w:p w14:paraId="28479C3A" w14:textId="77777777" w:rsidR="005D77C6" w:rsidRDefault="005D77C6" w:rsidP="005D77C6"/>
    <w:p w14:paraId="5E412C91" w14:textId="77777777" w:rsidR="005D77C6" w:rsidRDefault="005D77C6" w:rsidP="005D77C6">
      <w:r>
        <w:t xml:space="preserve">Me Ali </w:t>
      </w:r>
      <w:proofErr w:type="spellStart"/>
      <w:r>
        <w:t>Rıza</w:t>
      </w:r>
      <w:proofErr w:type="spellEnd"/>
      <w:r>
        <w:t xml:space="preserve"> Dizdar</w:t>
      </w:r>
    </w:p>
    <w:p w14:paraId="0557AC2B" w14:textId="77777777" w:rsidR="005D77C6" w:rsidRDefault="005D77C6" w:rsidP="005D77C6"/>
    <w:p w14:paraId="0F7499E8" w14:textId="77777777" w:rsidR="005D77C6" w:rsidRDefault="005D77C6" w:rsidP="005D77C6">
      <w:r>
        <w:t xml:space="preserve">Barreau </w:t>
      </w:r>
      <w:proofErr w:type="spellStart"/>
      <w:r>
        <w:t>d’Istanbul</w:t>
      </w:r>
      <w:proofErr w:type="spellEnd"/>
    </w:p>
    <w:p w14:paraId="07411A2C" w14:textId="77777777" w:rsidR="005D77C6" w:rsidRDefault="005D77C6" w:rsidP="005D77C6"/>
    <w:p w14:paraId="6795C8FF" w14:textId="77777777" w:rsidR="005D77C6" w:rsidRDefault="005D77C6" w:rsidP="005D77C6">
      <w:r>
        <w:t>7514</w:t>
      </w:r>
    </w:p>
    <w:p w14:paraId="784CD59F" w14:textId="77777777" w:rsidR="005D77C6" w:rsidRDefault="005D77C6" w:rsidP="005D77C6"/>
    <w:p w14:paraId="36AC1FAF" w14:textId="77777777" w:rsidR="005D77C6" w:rsidRDefault="005D77C6" w:rsidP="005D77C6">
      <w:r>
        <w:t>37</w:t>
      </w:r>
    </w:p>
    <w:p w14:paraId="04485E36" w14:textId="77777777" w:rsidR="005D77C6" w:rsidRDefault="005D77C6" w:rsidP="005D77C6"/>
    <w:p w14:paraId="6752E4BA" w14:textId="77777777" w:rsidR="005D77C6" w:rsidRDefault="005D77C6" w:rsidP="005D77C6">
      <w:r>
        <w:t>Me Ali Artuk</w:t>
      </w:r>
    </w:p>
    <w:p w14:paraId="721DACBA" w14:textId="77777777" w:rsidR="005D77C6" w:rsidRDefault="005D77C6" w:rsidP="005D77C6"/>
    <w:p w14:paraId="777850C1" w14:textId="77777777" w:rsidR="005D77C6" w:rsidRDefault="005D77C6" w:rsidP="005D77C6">
      <w:r>
        <w:t xml:space="preserve">Barreau </w:t>
      </w:r>
      <w:proofErr w:type="spellStart"/>
      <w:r>
        <w:t>d’Ağrı</w:t>
      </w:r>
      <w:proofErr w:type="spellEnd"/>
    </w:p>
    <w:p w14:paraId="5DBEFF9C" w14:textId="77777777" w:rsidR="005D77C6" w:rsidRDefault="005D77C6" w:rsidP="005D77C6"/>
    <w:p w14:paraId="0360FB7C" w14:textId="77777777" w:rsidR="005D77C6" w:rsidRDefault="005D77C6" w:rsidP="005D77C6">
      <w:r>
        <w:t>112</w:t>
      </w:r>
    </w:p>
    <w:p w14:paraId="3A9C8888" w14:textId="77777777" w:rsidR="005D77C6" w:rsidRDefault="005D77C6" w:rsidP="005D77C6"/>
    <w:p w14:paraId="222EA3FF" w14:textId="77777777" w:rsidR="005D77C6" w:rsidRDefault="005D77C6" w:rsidP="005D77C6">
      <w:r>
        <w:t>38</w:t>
      </w:r>
    </w:p>
    <w:p w14:paraId="72563843" w14:textId="77777777" w:rsidR="005D77C6" w:rsidRDefault="005D77C6" w:rsidP="005D77C6"/>
    <w:p w14:paraId="70B95F3E" w14:textId="77777777" w:rsidR="005D77C6" w:rsidRDefault="005D77C6" w:rsidP="005D77C6">
      <w:r>
        <w:t xml:space="preserve">Me </w:t>
      </w:r>
      <w:proofErr w:type="spellStart"/>
      <w:r>
        <w:t>Eralp</w:t>
      </w:r>
      <w:proofErr w:type="spellEnd"/>
      <w:r>
        <w:t xml:space="preserve"> Atabek</w:t>
      </w:r>
    </w:p>
    <w:p w14:paraId="1287C5F0" w14:textId="77777777" w:rsidR="005D77C6" w:rsidRDefault="005D77C6" w:rsidP="005D77C6"/>
    <w:p w14:paraId="7DC137C3" w14:textId="77777777" w:rsidR="005D77C6" w:rsidRDefault="005D77C6" w:rsidP="005D77C6">
      <w:r>
        <w:t>Barreau de Bursa</w:t>
      </w:r>
    </w:p>
    <w:p w14:paraId="78854127" w14:textId="77777777" w:rsidR="005D77C6" w:rsidRDefault="005D77C6" w:rsidP="005D77C6"/>
    <w:p w14:paraId="2B216530" w14:textId="77777777" w:rsidR="005D77C6" w:rsidRDefault="005D77C6" w:rsidP="005D77C6">
      <w:r>
        <w:t>1800</w:t>
      </w:r>
    </w:p>
    <w:p w14:paraId="3B33AB32" w14:textId="77777777" w:rsidR="005D77C6" w:rsidRDefault="005D77C6" w:rsidP="005D77C6"/>
    <w:p w14:paraId="483B5EF3" w14:textId="77777777" w:rsidR="005D77C6" w:rsidRDefault="005D77C6" w:rsidP="005D77C6">
      <w:r>
        <w:t>39</w:t>
      </w:r>
    </w:p>
    <w:p w14:paraId="28B67C8D" w14:textId="77777777" w:rsidR="005D77C6" w:rsidRDefault="005D77C6" w:rsidP="005D77C6"/>
    <w:p w14:paraId="7BD4F2C1" w14:textId="77777777" w:rsidR="005D77C6" w:rsidRDefault="005D77C6" w:rsidP="005D77C6">
      <w:r>
        <w:t>Me Ayfer Kaya</w:t>
      </w:r>
    </w:p>
    <w:p w14:paraId="3371C588" w14:textId="77777777" w:rsidR="005D77C6" w:rsidRDefault="005D77C6" w:rsidP="005D77C6"/>
    <w:p w14:paraId="2EB3D025" w14:textId="77777777" w:rsidR="005D77C6" w:rsidRDefault="005D77C6" w:rsidP="005D77C6">
      <w:r>
        <w:t xml:space="preserve">Barreau </w:t>
      </w:r>
      <w:proofErr w:type="spellStart"/>
      <w:r>
        <w:t>d’Istanbul</w:t>
      </w:r>
      <w:proofErr w:type="spellEnd"/>
    </w:p>
    <w:p w14:paraId="4344D7D5" w14:textId="77777777" w:rsidR="005D77C6" w:rsidRDefault="005D77C6" w:rsidP="005D77C6"/>
    <w:p w14:paraId="4318EFA7" w14:textId="77777777" w:rsidR="005D77C6" w:rsidRDefault="005D77C6" w:rsidP="005D77C6">
      <w:r>
        <w:t>36082</w:t>
      </w:r>
    </w:p>
    <w:p w14:paraId="2EAEBB60" w14:textId="77777777" w:rsidR="005D77C6" w:rsidRDefault="005D77C6" w:rsidP="005D77C6"/>
    <w:p w14:paraId="00572653" w14:textId="77777777" w:rsidR="005D77C6" w:rsidRDefault="005D77C6" w:rsidP="005D77C6">
      <w:r>
        <w:t>40</w:t>
      </w:r>
    </w:p>
    <w:p w14:paraId="2A65E677" w14:textId="77777777" w:rsidR="005D77C6" w:rsidRDefault="005D77C6" w:rsidP="005D77C6"/>
    <w:p w14:paraId="2247326F" w14:textId="77777777" w:rsidR="005D77C6" w:rsidRDefault="005D77C6" w:rsidP="005D77C6">
      <w:r>
        <w:t xml:space="preserve">Me Ali </w:t>
      </w:r>
      <w:proofErr w:type="spellStart"/>
      <w:r>
        <w:t>Anılan</w:t>
      </w:r>
      <w:proofErr w:type="spellEnd"/>
    </w:p>
    <w:p w14:paraId="20668DF7" w14:textId="77777777" w:rsidR="005D77C6" w:rsidRDefault="005D77C6" w:rsidP="005D77C6"/>
    <w:p w14:paraId="1960F4B4" w14:textId="77777777" w:rsidR="005D77C6" w:rsidRDefault="005D77C6" w:rsidP="005D77C6">
      <w:r>
        <w:t>Barreau de Mersin</w:t>
      </w:r>
    </w:p>
    <w:p w14:paraId="37986B2B" w14:textId="77777777" w:rsidR="005D77C6" w:rsidRDefault="005D77C6" w:rsidP="005D77C6"/>
    <w:p w14:paraId="6D5418ED" w14:textId="77777777" w:rsidR="005D77C6" w:rsidRDefault="005D77C6" w:rsidP="005D77C6">
      <w:r>
        <w:t>825</w:t>
      </w:r>
    </w:p>
    <w:p w14:paraId="4E4D20CD" w14:textId="77777777" w:rsidR="005D77C6" w:rsidRDefault="005D77C6" w:rsidP="005D77C6"/>
    <w:p w14:paraId="7FF0371A" w14:textId="77777777" w:rsidR="005D77C6" w:rsidRDefault="005D77C6" w:rsidP="005D77C6">
      <w:r>
        <w:t>41</w:t>
      </w:r>
    </w:p>
    <w:p w14:paraId="3D7EF075" w14:textId="77777777" w:rsidR="005D77C6" w:rsidRDefault="005D77C6" w:rsidP="005D77C6"/>
    <w:p w14:paraId="49DB96D7" w14:textId="77777777" w:rsidR="005D77C6" w:rsidRDefault="005D77C6" w:rsidP="005D77C6">
      <w:r>
        <w:t xml:space="preserve">Me Metin </w:t>
      </w:r>
      <w:proofErr w:type="spellStart"/>
      <w:r>
        <w:t>Florinalı</w:t>
      </w:r>
      <w:proofErr w:type="spellEnd"/>
    </w:p>
    <w:p w14:paraId="083683E3" w14:textId="77777777" w:rsidR="005D77C6" w:rsidRDefault="005D77C6" w:rsidP="005D77C6"/>
    <w:p w14:paraId="2E6E3D69" w14:textId="77777777" w:rsidR="005D77C6" w:rsidRDefault="005D77C6" w:rsidP="005D77C6">
      <w:r>
        <w:lastRenderedPageBreak/>
        <w:t xml:space="preserve">Barreau </w:t>
      </w:r>
      <w:proofErr w:type="spellStart"/>
      <w:r>
        <w:t>d’Istanbul</w:t>
      </w:r>
      <w:proofErr w:type="spellEnd"/>
    </w:p>
    <w:p w14:paraId="5636A37C" w14:textId="77777777" w:rsidR="005D77C6" w:rsidRDefault="005D77C6" w:rsidP="005D77C6"/>
    <w:p w14:paraId="092AAAAF" w14:textId="77777777" w:rsidR="005D77C6" w:rsidRDefault="005D77C6" w:rsidP="005D77C6">
      <w:r>
        <w:t>17048</w:t>
      </w:r>
    </w:p>
    <w:p w14:paraId="44E2BEDC" w14:textId="77777777" w:rsidR="005D77C6" w:rsidRDefault="005D77C6" w:rsidP="005D77C6"/>
    <w:p w14:paraId="49C0DC1B" w14:textId="77777777" w:rsidR="005D77C6" w:rsidRDefault="005D77C6" w:rsidP="005D77C6">
      <w:r>
        <w:t>42</w:t>
      </w:r>
    </w:p>
    <w:p w14:paraId="06C8DE04" w14:textId="77777777" w:rsidR="005D77C6" w:rsidRDefault="005D77C6" w:rsidP="005D77C6"/>
    <w:p w14:paraId="62F9E9A3" w14:textId="77777777" w:rsidR="005D77C6" w:rsidRDefault="005D77C6" w:rsidP="005D77C6">
      <w:r>
        <w:t>Me Adnan Yıldız</w:t>
      </w:r>
    </w:p>
    <w:p w14:paraId="2884F62C" w14:textId="77777777" w:rsidR="005D77C6" w:rsidRDefault="005D77C6" w:rsidP="005D77C6"/>
    <w:p w14:paraId="0FE4B54D" w14:textId="77777777" w:rsidR="005D77C6" w:rsidRDefault="005D77C6" w:rsidP="005D77C6">
      <w:r>
        <w:t xml:space="preserve">Barreau </w:t>
      </w:r>
      <w:proofErr w:type="spellStart"/>
      <w:r>
        <w:t>d’Istanbul</w:t>
      </w:r>
      <w:proofErr w:type="spellEnd"/>
    </w:p>
    <w:p w14:paraId="540C111B" w14:textId="77777777" w:rsidR="005D77C6" w:rsidRDefault="005D77C6" w:rsidP="005D77C6"/>
    <w:p w14:paraId="6DF9133F" w14:textId="77777777" w:rsidR="005D77C6" w:rsidRDefault="005D77C6" w:rsidP="005D77C6">
      <w:r>
        <w:t>22348</w:t>
      </w:r>
    </w:p>
    <w:p w14:paraId="07643AF2" w14:textId="77777777" w:rsidR="005D77C6" w:rsidRDefault="005D77C6" w:rsidP="005D77C6"/>
    <w:p w14:paraId="2B360E7D" w14:textId="77777777" w:rsidR="005D77C6" w:rsidRDefault="005D77C6" w:rsidP="005D77C6">
      <w:r>
        <w:t>43</w:t>
      </w:r>
    </w:p>
    <w:p w14:paraId="53D68A34" w14:textId="77777777" w:rsidR="005D77C6" w:rsidRDefault="005D77C6" w:rsidP="005D77C6"/>
    <w:p w14:paraId="6880E0F4" w14:textId="77777777" w:rsidR="005D77C6" w:rsidRDefault="005D77C6" w:rsidP="005D77C6">
      <w:r>
        <w:t>Me Sevin Şeker</w:t>
      </w:r>
    </w:p>
    <w:p w14:paraId="3342D858" w14:textId="77777777" w:rsidR="005D77C6" w:rsidRDefault="005D77C6" w:rsidP="005D77C6"/>
    <w:p w14:paraId="26726A6F" w14:textId="77777777" w:rsidR="005D77C6" w:rsidRDefault="005D77C6" w:rsidP="005D77C6">
      <w:r>
        <w:t xml:space="preserve">Barreau </w:t>
      </w:r>
      <w:proofErr w:type="spellStart"/>
      <w:r>
        <w:t>d’Istanbul</w:t>
      </w:r>
      <w:proofErr w:type="spellEnd"/>
    </w:p>
    <w:p w14:paraId="0E69DC39" w14:textId="77777777" w:rsidR="005D77C6" w:rsidRDefault="005D77C6" w:rsidP="005D77C6"/>
    <w:p w14:paraId="0E323D85" w14:textId="77777777" w:rsidR="005D77C6" w:rsidRDefault="005D77C6" w:rsidP="005D77C6">
      <w:r>
        <w:t>13836</w:t>
      </w:r>
    </w:p>
    <w:p w14:paraId="386EBD61" w14:textId="77777777" w:rsidR="005D77C6" w:rsidRDefault="005D77C6" w:rsidP="005D77C6"/>
    <w:p w14:paraId="0B641692" w14:textId="77777777" w:rsidR="005D77C6" w:rsidRDefault="005D77C6" w:rsidP="005D77C6">
      <w:r>
        <w:t>44</w:t>
      </w:r>
    </w:p>
    <w:p w14:paraId="19C29AD6" w14:textId="77777777" w:rsidR="005D77C6" w:rsidRDefault="005D77C6" w:rsidP="005D77C6"/>
    <w:p w14:paraId="59BAB545" w14:textId="77777777" w:rsidR="005D77C6" w:rsidRDefault="005D77C6" w:rsidP="005D77C6">
      <w:r>
        <w:t>Me Semra Buğra</w:t>
      </w:r>
    </w:p>
    <w:p w14:paraId="6AC8F460" w14:textId="77777777" w:rsidR="005D77C6" w:rsidRDefault="005D77C6" w:rsidP="005D77C6"/>
    <w:p w14:paraId="3A53FEB0" w14:textId="77777777" w:rsidR="005D77C6" w:rsidRDefault="005D77C6" w:rsidP="005D77C6">
      <w:r>
        <w:t xml:space="preserve">Barreau </w:t>
      </w:r>
      <w:proofErr w:type="spellStart"/>
      <w:r>
        <w:t>d’Antalya</w:t>
      </w:r>
      <w:proofErr w:type="spellEnd"/>
    </w:p>
    <w:p w14:paraId="435E6A7F" w14:textId="77777777" w:rsidR="005D77C6" w:rsidRDefault="005D77C6" w:rsidP="005D77C6"/>
    <w:p w14:paraId="18286BB2" w14:textId="77777777" w:rsidR="005D77C6" w:rsidRDefault="005D77C6" w:rsidP="005D77C6">
      <w:r>
        <w:t>3064</w:t>
      </w:r>
    </w:p>
    <w:p w14:paraId="61B8522B" w14:textId="77777777" w:rsidR="005D77C6" w:rsidRDefault="005D77C6" w:rsidP="005D77C6"/>
    <w:p w14:paraId="773538E6" w14:textId="77777777" w:rsidR="005D77C6" w:rsidRDefault="005D77C6" w:rsidP="005D77C6">
      <w:r>
        <w:t>45</w:t>
      </w:r>
    </w:p>
    <w:p w14:paraId="4FD4C45E" w14:textId="77777777" w:rsidR="005D77C6" w:rsidRDefault="005D77C6" w:rsidP="005D77C6"/>
    <w:p w14:paraId="307E2AE2" w14:textId="77777777" w:rsidR="005D77C6" w:rsidRDefault="005D77C6" w:rsidP="005D77C6">
      <w:r>
        <w:t xml:space="preserve">Me Mine </w:t>
      </w:r>
      <w:proofErr w:type="spellStart"/>
      <w:r>
        <w:t>Güliz</w:t>
      </w:r>
      <w:proofErr w:type="spellEnd"/>
      <w:r>
        <w:t xml:space="preserve"> Baykal Suna</w:t>
      </w:r>
    </w:p>
    <w:p w14:paraId="733FE6AE" w14:textId="77777777" w:rsidR="005D77C6" w:rsidRDefault="005D77C6" w:rsidP="005D77C6"/>
    <w:p w14:paraId="7581A575" w14:textId="77777777" w:rsidR="005D77C6" w:rsidRDefault="005D77C6" w:rsidP="005D77C6">
      <w:r>
        <w:t xml:space="preserve">Barreau </w:t>
      </w:r>
      <w:proofErr w:type="spellStart"/>
      <w:r>
        <w:t>d’Istanbul</w:t>
      </w:r>
      <w:proofErr w:type="spellEnd"/>
    </w:p>
    <w:p w14:paraId="09B56A46" w14:textId="77777777" w:rsidR="005D77C6" w:rsidRDefault="005D77C6" w:rsidP="005D77C6"/>
    <w:p w14:paraId="0FBAC125" w14:textId="77777777" w:rsidR="005D77C6" w:rsidRDefault="005D77C6" w:rsidP="005D77C6">
      <w:r>
        <w:t>29961</w:t>
      </w:r>
    </w:p>
    <w:p w14:paraId="0A906762" w14:textId="77777777" w:rsidR="005D77C6" w:rsidRDefault="005D77C6" w:rsidP="005D77C6"/>
    <w:p w14:paraId="60DAE441" w14:textId="77777777" w:rsidR="005D77C6" w:rsidRDefault="005D77C6" w:rsidP="005D77C6">
      <w:r>
        <w:t>46</w:t>
      </w:r>
    </w:p>
    <w:p w14:paraId="487380A8" w14:textId="77777777" w:rsidR="005D77C6" w:rsidRDefault="005D77C6" w:rsidP="005D77C6"/>
    <w:p w14:paraId="121B8E37" w14:textId="77777777" w:rsidR="005D77C6" w:rsidRDefault="005D77C6" w:rsidP="005D77C6">
      <w:r>
        <w:t xml:space="preserve">Me Berrin </w:t>
      </w:r>
      <w:proofErr w:type="spellStart"/>
      <w:r>
        <w:t>Pırnar</w:t>
      </w:r>
      <w:proofErr w:type="spellEnd"/>
      <w:r>
        <w:t xml:space="preserve"> Demirci</w:t>
      </w:r>
    </w:p>
    <w:p w14:paraId="462B9E02" w14:textId="77777777" w:rsidR="005D77C6" w:rsidRDefault="005D77C6" w:rsidP="005D77C6"/>
    <w:p w14:paraId="12599E40" w14:textId="77777777" w:rsidR="005D77C6" w:rsidRDefault="005D77C6" w:rsidP="005D77C6">
      <w:r>
        <w:t xml:space="preserve">Barreau </w:t>
      </w:r>
      <w:proofErr w:type="spellStart"/>
      <w:r>
        <w:t>d’Istanbul</w:t>
      </w:r>
      <w:proofErr w:type="spellEnd"/>
    </w:p>
    <w:p w14:paraId="1318C9D4" w14:textId="77777777" w:rsidR="005D77C6" w:rsidRDefault="005D77C6" w:rsidP="005D77C6"/>
    <w:p w14:paraId="390395EB" w14:textId="77777777" w:rsidR="005D77C6" w:rsidRDefault="005D77C6" w:rsidP="005D77C6">
      <w:r>
        <w:t>17955</w:t>
      </w:r>
    </w:p>
    <w:p w14:paraId="599B3249" w14:textId="77777777" w:rsidR="005D77C6" w:rsidRDefault="005D77C6" w:rsidP="005D77C6"/>
    <w:p w14:paraId="31E4F329" w14:textId="77777777" w:rsidR="005D77C6" w:rsidRDefault="005D77C6" w:rsidP="005D77C6">
      <w:r>
        <w:lastRenderedPageBreak/>
        <w:t>47</w:t>
      </w:r>
    </w:p>
    <w:p w14:paraId="3751412A" w14:textId="77777777" w:rsidR="005D77C6" w:rsidRDefault="005D77C6" w:rsidP="005D77C6"/>
    <w:p w14:paraId="433DB6DC" w14:textId="77777777" w:rsidR="005D77C6" w:rsidRDefault="005D77C6" w:rsidP="005D77C6">
      <w:r>
        <w:t>Me Selim Saray</w:t>
      </w:r>
    </w:p>
    <w:p w14:paraId="319CDE27" w14:textId="77777777" w:rsidR="005D77C6" w:rsidRDefault="005D77C6" w:rsidP="005D77C6"/>
    <w:p w14:paraId="6A035BE7" w14:textId="77777777" w:rsidR="005D77C6" w:rsidRDefault="005D77C6" w:rsidP="005D77C6">
      <w:r>
        <w:t xml:space="preserve">Barreau </w:t>
      </w:r>
      <w:proofErr w:type="spellStart"/>
      <w:r>
        <w:t>d’Amasya</w:t>
      </w:r>
      <w:proofErr w:type="spellEnd"/>
    </w:p>
    <w:p w14:paraId="1DE98FAD" w14:textId="77777777" w:rsidR="005D77C6" w:rsidRDefault="005D77C6" w:rsidP="005D77C6"/>
    <w:p w14:paraId="2439A2C3" w14:textId="77777777" w:rsidR="005D77C6" w:rsidRDefault="005D77C6" w:rsidP="005D77C6">
      <w:r>
        <w:t>221</w:t>
      </w:r>
    </w:p>
    <w:p w14:paraId="5225CE2F" w14:textId="77777777" w:rsidR="005D77C6" w:rsidRDefault="005D77C6" w:rsidP="005D77C6"/>
    <w:p w14:paraId="0F63B586" w14:textId="77777777" w:rsidR="005D77C6" w:rsidRDefault="005D77C6" w:rsidP="005D77C6">
      <w:r>
        <w:t>48</w:t>
      </w:r>
    </w:p>
    <w:p w14:paraId="7F377DFD" w14:textId="77777777" w:rsidR="005D77C6" w:rsidRDefault="005D77C6" w:rsidP="005D77C6"/>
    <w:p w14:paraId="0EE9487A" w14:textId="77777777" w:rsidR="005D77C6" w:rsidRDefault="005D77C6" w:rsidP="005D77C6">
      <w:r>
        <w:t>Me Abdurrahim Duran</w:t>
      </w:r>
    </w:p>
    <w:p w14:paraId="268E23A6" w14:textId="77777777" w:rsidR="005D77C6" w:rsidRDefault="005D77C6" w:rsidP="005D77C6"/>
    <w:p w14:paraId="35FA5B0A" w14:textId="77777777" w:rsidR="005D77C6" w:rsidRDefault="005D77C6" w:rsidP="005D77C6">
      <w:r>
        <w:t xml:space="preserve">Barreau </w:t>
      </w:r>
      <w:proofErr w:type="spellStart"/>
      <w:r>
        <w:t>d’Istanbul</w:t>
      </w:r>
      <w:proofErr w:type="spellEnd"/>
    </w:p>
    <w:p w14:paraId="60837043" w14:textId="77777777" w:rsidR="005D77C6" w:rsidRDefault="005D77C6" w:rsidP="005D77C6"/>
    <w:p w14:paraId="2D76AE2E" w14:textId="77777777" w:rsidR="005D77C6" w:rsidRDefault="005D77C6" w:rsidP="005D77C6">
      <w:r>
        <w:t>12657</w:t>
      </w:r>
    </w:p>
    <w:p w14:paraId="3D04ED82" w14:textId="77777777" w:rsidR="005D77C6" w:rsidRDefault="005D77C6" w:rsidP="005D77C6"/>
    <w:p w14:paraId="0118630E" w14:textId="77777777" w:rsidR="005D77C6" w:rsidRDefault="005D77C6" w:rsidP="005D77C6">
      <w:r>
        <w:t>49</w:t>
      </w:r>
    </w:p>
    <w:p w14:paraId="1F9CC6DC" w14:textId="77777777" w:rsidR="005D77C6" w:rsidRDefault="005D77C6" w:rsidP="005D77C6"/>
    <w:p w14:paraId="5C85B74B" w14:textId="77777777" w:rsidR="005D77C6" w:rsidRDefault="005D77C6" w:rsidP="005D77C6">
      <w:r>
        <w:t>Me Ali Avcı</w:t>
      </w:r>
    </w:p>
    <w:p w14:paraId="10D5A7A1" w14:textId="77777777" w:rsidR="005D77C6" w:rsidRDefault="005D77C6" w:rsidP="005D77C6"/>
    <w:p w14:paraId="6F8C9285" w14:textId="77777777" w:rsidR="005D77C6" w:rsidRDefault="005D77C6" w:rsidP="005D77C6">
      <w:r>
        <w:t>Barreau de Hatay</w:t>
      </w:r>
    </w:p>
    <w:p w14:paraId="7EDDD9A5" w14:textId="77777777" w:rsidR="005D77C6" w:rsidRDefault="005D77C6" w:rsidP="005D77C6"/>
    <w:p w14:paraId="1FF38D59" w14:textId="77777777" w:rsidR="005D77C6" w:rsidRDefault="005D77C6" w:rsidP="005D77C6">
      <w:r>
        <w:t>594</w:t>
      </w:r>
    </w:p>
    <w:p w14:paraId="5D82534A" w14:textId="77777777" w:rsidR="005D77C6" w:rsidRDefault="005D77C6" w:rsidP="005D77C6"/>
    <w:p w14:paraId="6BC2346B" w14:textId="77777777" w:rsidR="005D77C6" w:rsidRDefault="005D77C6" w:rsidP="005D77C6">
      <w:r>
        <w:t>50</w:t>
      </w:r>
    </w:p>
    <w:p w14:paraId="1461D45A" w14:textId="77777777" w:rsidR="005D77C6" w:rsidRDefault="005D77C6" w:rsidP="005D77C6"/>
    <w:p w14:paraId="081C2E55" w14:textId="77777777" w:rsidR="005D77C6" w:rsidRDefault="005D77C6" w:rsidP="005D77C6">
      <w:r>
        <w:t xml:space="preserve">Me </w:t>
      </w:r>
      <w:proofErr w:type="spellStart"/>
      <w:r>
        <w:t>Efkan</w:t>
      </w:r>
      <w:proofErr w:type="spellEnd"/>
      <w:r>
        <w:t xml:space="preserve"> </w:t>
      </w:r>
      <w:proofErr w:type="spellStart"/>
      <w:r>
        <w:t>Bolaç</w:t>
      </w:r>
      <w:proofErr w:type="spellEnd"/>
    </w:p>
    <w:p w14:paraId="3C2A17BF" w14:textId="77777777" w:rsidR="005D77C6" w:rsidRDefault="005D77C6" w:rsidP="005D77C6"/>
    <w:p w14:paraId="35DDBBF3" w14:textId="77777777" w:rsidR="005D77C6" w:rsidRDefault="005D77C6" w:rsidP="005D77C6">
      <w:r>
        <w:t xml:space="preserve">Barreau </w:t>
      </w:r>
      <w:proofErr w:type="spellStart"/>
      <w:r>
        <w:t>d’Istanbul</w:t>
      </w:r>
      <w:proofErr w:type="spellEnd"/>
    </w:p>
    <w:p w14:paraId="168030A6" w14:textId="77777777" w:rsidR="005D77C6" w:rsidRDefault="005D77C6" w:rsidP="005D77C6"/>
    <w:p w14:paraId="4ED6FBD6" w14:textId="77777777" w:rsidR="005D77C6" w:rsidRDefault="005D77C6" w:rsidP="005D77C6">
      <w:r>
        <w:t>20364</w:t>
      </w:r>
    </w:p>
    <w:p w14:paraId="28882F0A" w14:textId="77777777" w:rsidR="005D77C6" w:rsidRDefault="005D77C6" w:rsidP="005D77C6"/>
    <w:p w14:paraId="0B815480" w14:textId="77777777" w:rsidR="005D77C6" w:rsidRDefault="005D77C6" w:rsidP="005D77C6">
      <w:r>
        <w:t>51</w:t>
      </w:r>
    </w:p>
    <w:p w14:paraId="7B935903" w14:textId="77777777" w:rsidR="005D77C6" w:rsidRDefault="005D77C6" w:rsidP="005D77C6"/>
    <w:p w14:paraId="5ECAAFDD" w14:textId="77777777" w:rsidR="005D77C6" w:rsidRDefault="005D77C6" w:rsidP="005D77C6">
      <w:r>
        <w:t xml:space="preserve">Me </w:t>
      </w:r>
      <w:proofErr w:type="spellStart"/>
      <w:r>
        <w:t>Kazım</w:t>
      </w:r>
      <w:proofErr w:type="spellEnd"/>
      <w:r>
        <w:t xml:space="preserve"> Yüksel</w:t>
      </w:r>
    </w:p>
    <w:p w14:paraId="20C9A128" w14:textId="77777777" w:rsidR="005D77C6" w:rsidRDefault="005D77C6" w:rsidP="005D77C6"/>
    <w:p w14:paraId="72383646" w14:textId="77777777" w:rsidR="005D77C6" w:rsidRDefault="005D77C6" w:rsidP="005D77C6">
      <w:r>
        <w:t>Barreau de Mersin</w:t>
      </w:r>
    </w:p>
    <w:p w14:paraId="718704DA" w14:textId="77777777" w:rsidR="005D77C6" w:rsidRDefault="005D77C6" w:rsidP="005D77C6"/>
    <w:p w14:paraId="63D20EE9" w14:textId="77777777" w:rsidR="005D77C6" w:rsidRDefault="005D77C6" w:rsidP="005D77C6">
      <w:r>
        <w:t>1680</w:t>
      </w:r>
    </w:p>
    <w:p w14:paraId="0C92FA42" w14:textId="77777777" w:rsidR="005D77C6" w:rsidRDefault="005D77C6" w:rsidP="005D77C6"/>
    <w:p w14:paraId="7D9761E2" w14:textId="77777777" w:rsidR="005D77C6" w:rsidRDefault="005D77C6" w:rsidP="005D77C6">
      <w:r>
        <w:t>52</w:t>
      </w:r>
    </w:p>
    <w:p w14:paraId="339305E0" w14:textId="77777777" w:rsidR="005D77C6" w:rsidRDefault="005D77C6" w:rsidP="005D77C6"/>
    <w:p w14:paraId="2A553612" w14:textId="77777777" w:rsidR="005D77C6" w:rsidRDefault="005D77C6" w:rsidP="005D77C6">
      <w:r>
        <w:t xml:space="preserve">Me Süreyya Kardelen </w:t>
      </w:r>
      <w:proofErr w:type="spellStart"/>
      <w:r>
        <w:t>Yarlı</w:t>
      </w:r>
      <w:proofErr w:type="spellEnd"/>
    </w:p>
    <w:p w14:paraId="22082642" w14:textId="77777777" w:rsidR="005D77C6" w:rsidRDefault="005D77C6" w:rsidP="005D77C6"/>
    <w:p w14:paraId="2DB08406" w14:textId="77777777" w:rsidR="005D77C6" w:rsidRDefault="005D77C6" w:rsidP="005D77C6">
      <w:r>
        <w:lastRenderedPageBreak/>
        <w:t xml:space="preserve">Barreau </w:t>
      </w:r>
      <w:proofErr w:type="spellStart"/>
      <w:r>
        <w:t>d’Istanbul</w:t>
      </w:r>
      <w:proofErr w:type="spellEnd"/>
    </w:p>
    <w:p w14:paraId="67C5B00C" w14:textId="77777777" w:rsidR="005D77C6" w:rsidRDefault="005D77C6" w:rsidP="005D77C6"/>
    <w:p w14:paraId="25FF9C58" w14:textId="77777777" w:rsidR="005D77C6" w:rsidRDefault="005D77C6" w:rsidP="005D77C6">
      <w:r>
        <w:t>52650</w:t>
      </w:r>
    </w:p>
    <w:p w14:paraId="5A1DA998" w14:textId="77777777" w:rsidR="005D77C6" w:rsidRDefault="005D77C6" w:rsidP="005D77C6"/>
    <w:p w14:paraId="3F000CF4" w14:textId="77777777" w:rsidR="005D77C6" w:rsidRDefault="005D77C6" w:rsidP="005D77C6">
      <w:r>
        <w:t>53</w:t>
      </w:r>
    </w:p>
    <w:p w14:paraId="7FFDB338" w14:textId="77777777" w:rsidR="005D77C6" w:rsidRDefault="005D77C6" w:rsidP="005D77C6"/>
    <w:p w14:paraId="42D16F98" w14:textId="77777777" w:rsidR="005D77C6" w:rsidRDefault="005D77C6" w:rsidP="005D77C6">
      <w:r>
        <w:t xml:space="preserve">Me Arzu </w:t>
      </w:r>
      <w:proofErr w:type="spellStart"/>
      <w:r>
        <w:t>Becerik</w:t>
      </w:r>
      <w:proofErr w:type="spellEnd"/>
    </w:p>
    <w:p w14:paraId="77B2E49F" w14:textId="77777777" w:rsidR="005D77C6" w:rsidRDefault="005D77C6" w:rsidP="005D77C6"/>
    <w:p w14:paraId="24F98FC4" w14:textId="77777777" w:rsidR="005D77C6" w:rsidRDefault="005D77C6" w:rsidP="005D77C6">
      <w:r>
        <w:t xml:space="preserve">Barreau </w:t>
      </w:r>
      <w:proofErr w:type="spellStart"/>
      <w:r>
        <w:t>d’Istanbul</w:t>
      </w:r>
      <w:proofErr w:type="spellEnd"/>
    </w:p>
    <w:p w14:paraId="150D0A2D" w14:textId="77777777" w:rsidR="005D77C6" w:rsidRDefault="005D77C6" w:rsidP="005D77C6"/>
    <w:p w14:paraId="304C2E20" w14:textId="77777777" w:rsidR="005D77C6" w:rsidRDefault="005D77C6" w:rsidP="005D77C6">
      <w:r>
        <w:t>19886</w:t>
      </w:r>
    </w:p>
    <w:p w14:paraId="759249EE" w14:textId="77777777" w:rsidR="005D77C6" w:rsidRDefault="005D77C6" w:rsidP="005D77C6"/>
    <w:p w14:paraId="082B142B" w14:textId="77777777" w:rsidR="005D77C6" w:rsidRDefault="005D77C6" w:rsidP="005D77C6">
      <w:r>
        <w:t>54</w:t>
      </w:r>
    </w:p>
    <w:p w14:paraId="77B16DE4" w14:textId="77777777" w:rsidR="005D77C6" w:rsidRDefault="005D77C6" w:rsidP="005D77C6"/>
    <w:p w14:paraId="6CD1AD7A" w14:textId="77777777" w:rsidR="005D77C6" w:rsidRDefault="005D77C6" w:rsidP="005D77C6">
      <w:r>
        <w:t xml:space="preserve">Me Bedrettin </w:t>
      </w:r>
      <w:proofErr w:type="spellStart"/>
      <w:r>
        <w:t>Kalın</w:t>
      </w:r>
      <w:proofErr w:type="spellEnd"/>
    </w:p>
    <w:p w14:paraId="42F8FFA8" w14:textId="77777777" w:rsidR="005D77C6" w:rsidRDefault="005D77C6" w:rsidP="005D77C6"/>
    <w:p w14:paraId="65749DE1" w14:textId="77777777" w:rsidR="005D77C6" w:rsidRDefault="005D77C6" w:rsidP="005D77C6">
      <w:r>
        <w:t xml:space="preserve">Barreau </w:t>
      </w:r>
      <w:proofErr w:type="spellStart"/>
      <w:r>
        <w:t>d’Artvin</w:t>
      </w:r>
      <w:proofErr w:type="spellEnd"/>
    </w:p>
    <w:p w14:paraId="45D9B660" w14:textId="77777777" w:rsidR="005D77C6" w:rsidRDefault="005D77C6" w:rsidP="005D77C6"/>
    <w:p w14:paraId="4C366175" w14:textId="77777777" w:rsidR="005D77C6" w:rsidRDefault="005D77C6" w:rsidP="005D77C6">
      <w:r>
        <w:t>111</w:t>
      </w:r>
    </w:p>
    <w:p w14:paraId="5D45A483" w14:textId="77777777" w:rsidR="005D77C6" w:rsidRDefault="005D77C6" w:rsidP="005D77C6"/>
    <w:p w14:paraId="53C51BB7" w14:textId="77777777" w:rsidR="005D77C6" w:rsidRDefault="005D77C6" w:rsidP="005D77C6">
      <w:r>
        <w:t>55</w:t>
      </w:r>
    </w:p>
    <w:p w14:paraId="4BC52B6C" w14:textId="77777777" w:rsidR="005D77C6" w:rsidRDefault="005D77C6" w:rsidP="005D77C6"/>
    <w:p w14:paraId="661FB64F" w14:textId="77777777" w:rsidR="005D77C6" w:rsidRDefault="005D77C6" w:rsidP="005D77C6">
      <w:r>
        <w:t>Me İlyas Danyeli</w:t>
      </w:r>
    </w:p>
    <w:p w14:paraId="69A1DA00" w14:textId="77777777" w:rsidR="005D77C6" w:rsidRDefault="005D77C6" w:rsidP="005D77C6"/>
    <w:p w14:paraId="01352206" w14:textId="77777777" w:rsidR="005D77C6" w:rsidRDefault="005D77C6" w:rsidP="005D77C6">
      <w:r>
        <w:t xml:space="preserve">Barreau </w:t>
      </w:r>
      <w:proofErr w:type="spellStart"/>
      <w:r>
        <w:t>d’Izmir</w:t>
      </w:r>
      <w:proofErr w:type="spellEnd"/>
    </w:p>
    <w:p w14:paraId="6E66E27F" w14:textId="77777777" w:rsidR="005D77C6" w:rsidRDefault="005D77C6" w:rsidP="005D77C6"/>
    <w:p w14:paraId="7C0C0351" w14:textId="77777777" w:rsidR="005D77C6" w:rsidRDefault="005D77C6" w:rsidP="005D77C6">
      <w:r>
        <w:t>17185</w:t>
      </w:r>
    </w:p>
    <w:p w14:paraId="73E8366E" w14:textId="77777777" w:rsidR="005D77C6" w:rsidRDefault="005D77C6" w:rsidP="005D77C6"/>
    <w:p w14:paraId="2E7D0B7B" w14:textId="77777777" w:rsidR="005D77C6" w:rsidRDefault="005D77C6" w:rsidP="005D77C6">
      <w:r>
        <w:t>56</w:t>
      </w:r>
    </w:p>
    <w:p w14:paraId="0E2E285B" w14:textId="77777777" w:rsidR="005D77C6" w:rsidRDefault="005D77C6" w:rsidP="005D77C6"/>
    <w:p w14:paraId="1BCEE727" w14:textId="77777777" w:rsidR="005D77C6" w:rsidRDefault="005D77C6" w:rsidP="005D77C6">
      <w:r>
        <w:t xml:space="preserve">Me Arif Ali </w:t>
      </w:r>
      <w:proofErr w:type="spellStart"/>
      <w:r>
        <w:t>Cangı</w:t>
      </w:r>
      <w:proofErr w:type="spellEnd"/>
    </w:p>
    <w:p w14:paraId="6B869091" w14:textId="77777777" w:rsidR="005D77C6" w:rsidRDefault="005D77C6" w:rsidP="005D77C6"/>
    <w:p w14:paraId="2464FCDE" w14:textId="77777777" w:rsidR="005D77C6" w:rsidRDefault="005D77C6" w:rsidP="005D77C6">
      <w:r>
        <w:t xml:space="preserve">Barreau </w:t>
      </w:r>
      <w:proofErr w:type="spellStart"/>
      <w:r>
        <w:t>d’Izmir</w:t>
      </w:r>
      <w:proofErr w:type="spellEnd"/>
    </w:p>
    <w:p w14:paraId="5145A398" w14:textId="77777777" w:rsidR="005D77C6" w:rsidRDefault="005D77C6" w:rsidP="005D77C6"/>
    <w:p w14:paraId="77A1DAFA" w14:textId="77777777" w:rsidR="005D77C6" w:rsidRDefault="005D77C6" w:rsidP="005D77C6">
      <w:r>
        <w:t>4549</w:t>
      </w:r>
    </w:p>
    <w:p w14:paraId="175AA415" w14:textId="77777777" w:rsidR="005D77C6" w:rsidRDefault="005D77C6" w:rsidP="005D77C6"/>
    <w:p w14:paraId="0B556577" w14:textId="77777777" w:rsidR="005D77C6" w:rsidRDefault="005D77C6" w:rsidP="005D77C6">
      <w:r>
        <w:t>57</w:t>
      </w:r>
    </w:p>
    <w:p w14:paraId="662243AB" w14:textId="77777777" w:rsidR="005D77C6" w:rsidRDefault="005D77C6" w:rsidP="005D77C6"/>
    <w:p w14:paraId="4B8AF53A" w14:textId="77777777" w:rsidR="005D77C6" w:rsidRDefault="005D77C6" w:rsidP="005D77C6">
      <w:r>
        <w:t xml:space="preserve">Me Tuğçe </w:t>
      </w:r>
      <w:proofErr w:type="spellStart"/>
      <w:r>
        <w:t>Demiralay</w:t>
      </w:r>
      <w:proofErr w:type="spellEnd"/>
    </w:p>
    <w:p w14:paraId="2CEE8072" w14:textId="77777777" w:rsidR="005D77C6" w:rsidRDefault="005D77C6" w:rsidP="005D77C6"/>
    <w:p w14:paraId="54C26F1A" w14:textId="77777777" w:rsidR="005D77C6" w:rsidRDefault="005D77C6" w:rsidP="005D77C6">
      <w:r>
        <w:t xml:space="preserve">Barreau </w:t>
      </w:r>
      <w:proofErr w:type="spellStart"/>
      <w:r>
        <w:t>d’Isparta</w:t>
      </w:r>
      <w:proofErr w:type="spellEnd"/>
    </w:p>
    <w:p w14:paraId="422D228B" w14:textId="77777777" w:rsidR="005D77C6" w:rsidRDefault="005D77C6" w:rsidP="005D77C6"/>
    <w:p w14:paraId="58931020" w14:textId="77777777" w:rsidR="005D77C6" w:rsidRDefault="005D77C6" w:rsidP="005D77C6">
      <w:r>
        <w:t>598</w:t>
      </w:r>
    </w:p>
    <w:p w14:paraId="1CDE8F77" w14:textId="77777777" w:rsidR="005D77C6" w:rsidRDefault="005D77C6" w:rsidP="005D77C6"/>
    <w:p w14:paraId="21329B07" w14:textId="77777777" w:rsidR="005D77C6" w:rsidRDefault="005D77C6" w:rsidP="005D77C6">
      <w:r>
        <w:lastRenderedPageBreak/>
        <w:t>58</w:t>
      </w:r>
    </w:p>
    <w:p w14:paraId="2D722A5E" w14:textId="77777777" w:rsidR="005D77C6" w:rsidRDefault="005D77C6" w:rsidP="005D77C6"/>
    <w:p w14:paraId="0FD0354A" w14:textId="77777777" w:rsidR="005D77C6" w:rsidRDefault="005D77C6" w:rsidP="005D77C6">
      <w:r>
        <w:t xml:space="preserve">Me </w:t>
      </w:r>
      <w:proofErr w:type="spellStart"/>
      <w:r>
        <w:t>Rahşan</w:t>
      </w:r>
      <w:proofErr w:type="spellEnd"/>
      <w:r>
        <w:t xml:space="preserve"> Aytaç Sala</w:t>
      </w:r>
    </w:p>
    <w:p w14:paraId="419902E4" w14:textId="77777777" w:rsidR="005D77C6" w:rsidRDefault="005D77C6" w:rsidP="005D77C6"/>
    <w:p w14:paraId="2610C8B6" w14:textId="77777777" w:rsidR="005D77C6" w:rsidRDefault="005D77C6" w:rsidP="005D77C6">
      <w:r>
        <w:t xml:space="preserve">Barreau </w:t>
      </w:r>
      <w:proofErr w:type="spellStart"/>
      <w:r>
        <w:t>d’Istanbul</w:t>
      </w:r>
      <w:proofErr w:type="spellEnd"/>
    </w:p>
    <w:p w14:paraId="6CF0A676" w14:textId="77777777" w:rsidR="005D77C6" w:rsidRDefault="005D77C6" w:rsidP="005D77C6"/>
    <w:p w14:paraId="672EED7B" w14:textId="77777777" w:rsidR="005D77C6" w:rsidRDefault="005D77C6" w:rsidP="005D77C6">
      <w:r>
        <w:t>36132</w:t>
      </w:r>
    </w:p>
    <w:p w14:paraId="0E598830" w14:textId="77777777" w:rsidR="005D77C6" w:rsidRDefault="005D77C6" w:rsidP="005D77C6"/>
    <w:p w14:paraId="1BCA609F" w14:textId="77777777" w:rsidR="005D77C6" w:rsidRDefault="005D77C6" w:rsidP="005D77C6">
      <w:r>
        <w:t>59</w:t>
      </w:r>
    </w:p>
    <w:p w14:paraId="3DE97CAB" w14:textId="77777777" w:rsidR="005D77C6" w:rsidRDefault="005D77C6" w:rsidP="005D77C6"/>
    <w:p w14:paraId="41607BD8" w14:textId="77777777" w:rsidR="005D77C6" w:rsidRDefault="005D77C6" w:rsidP="005D77C6">
      <w:r>
        <w:t>Me Erkan Albayrak</w:t>
      </w:r>
    </w:p>
    <w:p w14:paraId="2D7BF180" w14:textId="77777777" w:rsidR="005D77C6" w:rsidRDefault="005D77C6" w:rsidP="005D77C6"/>
    <w:p w14:paraId="06EC81C9" w14:textId="77777777" w:rsidR="005D77C6" w:rsidRDefault="005D77C6" w:rsidP="005D77C6">
      <w:r>
        <w:t xml:space="preserve">Barreau </w:t>
      </w:r>
      <w:proofErr w:type="spellStart"/>
      <w:r>
        <w:t>d’Istanbul</w:t>
      </w:r>
      <w:proofErr w:type="spellEnd"/>
    </w:p>
    <w:p w14:paraId="3A3BBE08" w14:textId="77777777" w:rsidR="005D77C6" w:rsidRDefault="005D77C6" w:rsidP="005D77C6"/>
    <w:p w14:paraId="20F613B9" w14:textId="77777777" w:rsidR="005D77C6" w:rsidRDefault="005D77C6" w:rsidP="005D77C6">
      <w:r>
        <w:t>18800</w:t>
      </w:r>
    </w:p>
    <w:p w14:paraId="1B5F5961" w14:textId="77777777" w:rsidR="005D77C6" w:rsidRDefault="005D77C6" w:rsidP="005D77C6"/>
    <w:p w14:paraId="33F4A86B" w14:textId="77777777" w:rsidR="005D77C6" w:rsidRDefault="005D77C6" w:rsidP="005D77C6">
      <w:r>
        <w:t>60</w:t>
      </w:r>
    </w:p>
    <w:p w14:paraId="4BEDE3F7" w14:textId="77777777" w:rsidR="005D77C6" w:rsidRDefault="005D77C6" w:rsidP="005D77C6"/>
    <w:p w14:paraId="004F656F" w14:textId="77777777" w:rsidR="005D77C6" w:rsidRDefault="005D77C6" w:rsidP="005D77C6">
      <w:r>
        <w:t>Me Sibel Okur Avcı</w:t>
      </w:r>
    </w:p>
    <w:p w14:paraId="00F2F99E" w14:textId="77777777" w:rsidR="005D77C6" w:rsidRDefault="005D77C6" w:rsidP="005D77C6"/>
    <w:p w14:paraId="045ECEE9" w14:textId="77777777" w:rsidR="005D77C6" w:rsidRDefault="005D77C6" w:rsidP="005D77C6">
      <w:r>
        <w:t>Barreau de Hatay</w:t>
      </w:r>
    </w:p>
    <w:p w14:paraId="44347E73" w14:textId="77777777" w:rsidR="005D77C6" w:rsidRDefault="005D77C6" w:rsidP="005D77C6"/>
    <w:p w14:paraId="2CE3CA9C" w14:textId="77777777" w:rsidR="005D77C6" w:rsidRDefault="005D77C6" w:rsidP="005D77C6">
      <w:r>
        <w:t>1534</w:t>
      </w:r>
    </w:p>
    <w:p w14:paraId="39E08B6E" w14:textId="77777777" w:rsidR="005D77C6" w:rsidRDefault="005D77C6" w:rsidP="005D77C6"/>
    <w:p w14:paraId="7651BCBF" w14:textId="77777777" w:rsidR="005D77C6" w:rsidRDefault="005D77C6" w:rsidP="005D77C6">
      <w:r>
        <w:t>61</w:t>
      </w:r>
    </w:p>
    <w:p w14:paraId="38C2D7A9" w14:textId="77777777" w:rsidR="005D77C6" w:rsidRDefault="005D77C6" w:rsidP="005D77C6"/>
    <w:p w14:paraId="25D83401" w14:textId="77777777" w:rsidR="005D77C6" w:rsidRDefault="005D77C6" w:rsidP="005D77C6">
      <w:r>
        <w:t xml:space="preserve">Me Sevim </w:t>
      </w:r>
      <w:proofErr w:type="spellStart"/>
      <w:r>
        <w:t>Çelikcan</w:t>
      </w:r>
      <w:proofErr w:type="spellEnd"/>
    </w:p>
    <w:p w14:paraId="724FDA62" w14:textId="77777777" w:rsidR="005D77C6" w:rsidRDefault="005D77C6" w:rsidP="005D77C6"/>
    <w:p w14:paraId="7C79E180" w14:textId="77777777" w:rsidR="005D77C6" w:rsidRDefault="005D77C6" w:rsidP="005D77C6">
      <w:r>
        <w:t xml:space="preserve">Barreau </w:t>
      </w:r>
      <w:proofErr w:type="spellStart"/>
      <w:r>
        <w:t>d’Istanbul</w:t>
      </w:r>
      <w:proofErr w:type="spellEnd"/>
    </w:p>
    <w:p w14:paraId="6ACCEE19" w14:textId="77777777" w:rsidR="005D77C6" w:rsidRDefault="005D77C6" w:rsidP="005D77C6"/>
    <w:p w14:paraId="52D72600" w14:textId="77777777" w:rsidR="005D77C6" w:rsidRDefault="005D77C6" w:rsidP="005D77C6">
      <w:r>
        <w:t>18159</w:t>
      </w:r>
    </w:p>
    <w:p w14:paraId="22D99DA7" w14:textId="77777777" w:rsidR="005D77C6" w:rsidRDefault="005D77C6" w:rsidP="005D77C6"/>
    <w:p w14:paraId="1181C65E" w14:textId="77777777" w:rsidR="005D77C6" w:rsidRDefault="005D77C6" w:rsidP="005D77C6">
      <w:r>
        <w:t>62</w:t>
      </w:r>
    </w:p>
    <w:p w14:paraId="3AA3CE8E" w14:textId="77777777" w:rsidR="005D77C6" w:rsidRDefault="005D77C6" w:rsidP="005D77C6"/>
    <w:p w14:paraId="3937DF39" w14:textId="77777777" w:rsidR="005D77C6" w:rsidRDefault="005D77C6" w:rsidP="005D77C6">
      <w:r>
        <w:t xml:space="preserve">Me Zafer </w:t>
      </w:r>
      <w:proofErr w:type="spellStart"/>
      <w:r>
        <w:t>Özaydın</w:t>
      </w:r>
      <w:proofErr w:type="spellEnd"/>
    </w:p>
    <w:p w14:paraId="2F7B6C0B" w14:textId="77777777" w:rsidR="005D77C6" w:rsidRDefault="005D77C6" w:rsidP="005D77C6"/>
    <w:p w14:paraId="2CECAFC6" w14:textId="77777777" w:rsidR="005D77C6" w:rsidRDefault="005D77C6" w:rsidP="005D77C6">
      <w:r>
        <w:t xml:space="preserve">Barreau </w:t>
      </w:r>
      <w:proofErr w:type="spellStart"/>
      <w:r>
        <w:t>d’Istanbul</w:t>
      </w:r>
      <w:proofErr w:type="spellEnd"/>
    </w:p>
    <w:p w14:paraId="0F20073D" w14:textId="77777777" w:rsidR="005D77C6" w:rsidRDefault="005D77C6" w:rsidP="005D77C6"/>
    <w:p w14:paraId="5AC26D80" w14:textId="77777777" w:rsidR="005D77C6" w:rsidRDefault="005D77C6" w:rsidP="005D77C6">
      <w:r>
        <w:t>26236</w:t>
      </w:r>
    </w:p>
    <w:p w14:paraId="6FEFA622" w14:textId="77777777" w:rsidR="005D77C6" w:rsidRDefault="005D77C6" w:rsidP="005D77C6"/>
    <w:p w14:paraId="57C55000" w14:textId="77777777" w:rsidR="005D77C6" w:rsidRDefault="005D77C6" w:rsidP="005D77C6">
      <w:r>
        <w:t>63</w:t>
      </w:r>
    </w:p>
    <w:p w14:paraId="479AEE56" w14:textId="77777777" w:rsidR="005D77C6" w:rsidRDefault="005D77C6" w:rsidP="005D77C6"/>
    <w:p w14:paraId="1DB62705" w14:textId="77777777" w:rsidR="005D77C6" w:rsidRDefault="005D77C6" w:rsidP="005D77C6">
      <w:r>
        <w:t>Me Cemre Topal</w:t>
      </w:r>
    </w:p>
    <w:p w14:paraId="7003B31F" w14:textId="77777777" w:rsidR="005D77C6" w:rsidRDefault="005D77C6" w:rsidP="005D77C6"/>
    <w:p w14:paraId="58FB90F7" w14:textId="77777777" w:rsidR="005D77C6" w:rsidRDefault="005D77C6" w:rsidP="005D77C6">
      <w:r>
        <w:lastRenderedPageBreak/>
        <w:t xml:space="preserve">Barreau </w:t>
      </w:r>
      <w:proofErr w:type="spellStart"/>
      <w:r>
        <w:t>d’Adana</w:t>
      </w:r>
      <w:proofErr w:type="spellEnd"/>
    </w:p>
    <w:p w14:paraId="45F5325D" w14:textId="77777777" w:rsidR="005D77C6" w:rsidRDefault="005D77C6" w:rsidP="005D77C6"/>
    <w:p w14:paraId="6A9A036F" w14:textId="77777777" w:rsidR="005D77C6" w:rsidRDefault="005D77C6" w:rsidP="005D77C6">
      <w:r>
        <w:t>2832</w:t>
      </w:r>
    </w:p>
    <w:p w14:paraId="31829783" w14:textId="77777777" w:rsidR="005D77C6" w:rsidRDefault="005D77C6" w:rsidP="005D77C6"/>
    <w:p w14:paraId="79FB3C6D" w14:textId="77777777" w:rsidR="005D77C6" w:rsidRDefault="005D77C6" w:rsidP="005D77C6">
      <w:r>
        <w:t>64</w:t>
      </w:r>
    </w:p>
    <w:p w14:paraId="364A1883" w14:textId="77777777" w:rsidR="005D77C6" w:rsidRDefault="005D77C6" w:rsidP="005D77C6"/>
    <w:p w14:paraId="539B1741" w14:textId="77777777" w:rsidR="005D77C6" w:rsidRDefault="005D77C6" w:rsidP="005D77C6">
      <w:r>
        <w:t xml:space="preserve">Me Rukiye Leyla </w:t>
      </w:r>
      <w:proofErr w:type="spellStart"/>
      <w:r>
        <w:t>Süren</w:t>
      </w:r>
      <w:proofErr w:type="spellEnd"/>
    </w:p>
    <w:p w14:paraId="7FD80541" w14:textId="77777777" w:rsidR="005D77C6" w:rsidRDefault="005D77C6" w:rsidP="005D77C6"/>
    <w:p w14:paraId="1D4E9D5B" w14:textId="77777777" w:rsidR="005D77C6" w:rsidRDefault="005D77C6" w:rsidP="005D77C6">
      <w:r>
        <w:t xml:space="preserve">Barreau </w:t>
      </w:r>
      <w:proofErr w:type="spellStart"/>
      <w:r>
        <w:t>d’Istanbul</w:t>
      </w:r>
      <w:proofErr w:type="spellEnd"/>
    </w:p>
    <w:p w14:paraId="6BF76095" w14:textId="77777777" w:rsidR="005D77C6" w:rsidRDefault="005D77C6" w:rsidP="005D77C6"/>
    <w:p w14:paraId="0C411AA2" w14:textId="77777777" w:rsidR="005D77C6" w:rsidRDefault="005D77C6" w:rsidP="005D77C6">
      <w:r>
        <w:t>20539</w:t>
      </w:r>
    </w:p>
    <w:p w14:paraId="38A77EE9" w14:textId="77777777" w:rsidR="005D77C6" w:rsidRDefault="005D77C6" w:rsidP="005D77C6"/>
    <w:p w14:paraId="0CBC841E" w14:textId="77777777" w:rsidR="005D77C6" w:rsidRDefault="005D77C6" w:rsidP="005D77C6">
      <w:r>
        <w:t>65</w:t>
      </w:r>
    </w:p>
    <w:p w14:paraId="372533B6" w14:textId="77777777" w:rsidR="005D77C6" w:rsidRDefault="005D77C6" w:rsidP="005D77C6"/>
    <w:p w14:paraId="293DAB87" w14:textId="77777777" w:rsidR="005D77C6" w:rsidRDefault="005D77C6" w:rsidP="005D77C6">
      <w:r>
        <w:t xml:space="preserve">Me İlke </w:t>
      </w:r>
      <w:proofErr w:type="spellStart"/>
      <w:r>
        <w:t>Çandırbay</w:t>
      </w:r>
      <w:proofErr w:type="spellEnd"/>
    </w:p>
    <w:p w14:paraId="3DEA2ECA" w14:textId="77777777" w:rsidR="005D77C6" w:rsidRDefault="005D77C6" w:rsidP="005D77C6"/>
    <w:p w14:paraId="5C11BF91" w14:textId="77777777" w:rsidR="005D77C6" w:rsidRDefault="005D77C6" w:rsidP="005D77C6">
      <w:r>
        <w:t xml:space="preserve">Barreau </w:t>
      </w:r>
      <w:proofErr w:type="spellStart"/>
      <w:r>
        <w:t>d’Istanbul</w:t>
      </w:r>
      <w:proofErr w:type="spellEnd"/>
    </w:p>
    <w:p w14:paraId="2FEF02C1" w14:textId="77777777" w:rsidR="005D77C6" w:rsidRDefault="005D77C6" w:rsidP="005D77C6"/>
    <w:p w14:paraId="7F498139" w14:textId="77777777" w:rsidR="005D77C6" w:rsidRDefault="005D77C6" w:rsidP="005D77C6">
      <w:r>
        <w:t>27658</w:t>
      </w:r>
    </w:p>
    <w:p w14:paraId="41EF631D" w14:textId="77777777" w:rsidR="005D77C6" w:rsidRDefault="005D77C6" w:rsidP="005D77C6"/>
    <w:p w14:paraId="17BA2FAC" w14:textId="77777777" w:rsidR="005D77C6" w:rsidRDefault="005D77C6" w:rsidP="005D77C6">
      <w:r>
        <w:t>66</w:t>
      </w:r>
    </w:p>
    <w:p w14:paraId="5CC38EAF" w14:textId="77777777" w:rsidR="005D77C6" w:rsidRDefault="005D77C6" w:rsidP="005D77C6"/>
    <w:p w14:paraId="5545A810" w14:textId="77777777" w:rsidR="005D77C6" w:rsidRDefault="005D77C6" w:rsidP="005D77C6">
      <w:r>
        <w:t xml:space="preserve">Me Adnan </w:t>
      </w:r>
      <w:proofErr w:type="spellStart"/>
      <w:r>
        <w:t>Baktıaya</w:t>
      </w:r>
      <w:proofErr w:type="spellEnd"/>
    </w:p>
    <w:p w14:paraId="6C4D5B81" w14:textId="77777777" w:rsidR="005D77C6" w:rsidRDefault="005D77C6" w:rsidP="005D77C6"/>
    <w:p w14:paraId="6EBC6111" w14:textId="77777777" w:rsidR="005D77C6" w:rsidRDefault="005D77C6" w:rsidP="005D77C6">
      <w:r>
        <w:t>Barreau de Hatay</w:t>
      </w:r>
    </w:p>
    <w:p w14:paraId="4BE4B718" w14:textId="77777777" w:rsidR="005D77C6" w:rsidRDefault="005D77C6" w:rsidP="005D77C6"/>
    <w:p w14:paraId="2050FF8B" w14:textId="77777777" w:rsidR="005D77C6" w:rsidRDefault="005D77C6" w:rsidP="005D77C6">
      <w:r>
        <w:t>496</w:t>
      </w:r>
    </w:p>
    <w:p w14:paraId="5E683995" w14:textId="77777777" w:rsidR="005D77C6" w:rsidRDefault="005D77C6" w:rsidP="005D77C6"/>
    <w:p w14:paraId="5F75EAE9" w14:textId="77777777" w:rsidR="005D77C6" w:rsidRDefault="005D77C6" w:rsidP="005D77C6">
      <w:r>
        <w:t>67</w:t>
      </w:r>
    </w:p>
    <w:p w14:paraId="49C1C80F" w14:textId="77777777" w:rsidR="005D77C6" w:rsidRDefault="005D77C6" w:rsidP="005D77C6"/>
    <w:p w14:paraId="2A24B201" w14:textId="77777777" w:rsidR="005D77C6" w:rsidRDefault="005D77C6" w:rsidP="005D77C6">
      <w:r>
        <w:t>Me Filiz Arslan</w:t>
      </w:r>
    </w:p>
    <w:p w14:paraId="5CCD9FF0" w14:textId="77777777" w:rsidR="005D77C6" w:rsidRDefault="005D77C6" w:rsidP="005D77C6"/>
    <w:p w14:paraId="577D9047" w14:textId="77777777" w:rsidR="005D77C6" w:rsidRDefault="005D77C6" w:rsidP="005D77C6">
      <w:r>
        <w:t xml:space="preserve">Barreau </w:t>
      </w:r>
      <w:proofErr w:type="spellStart"/>
      <w:r>
        <w:t>d’Istanbul</w:t>
      </w:r>
      <w:proofErr w:type="spellEnd"/>
    </w:p>
    <w:p w14:paraId="0714E8AF" w14:textId="77777777" w:rsidR="005D77C6" w:rsidRDefault="005D77C6" w:rsidP="005D77C6"/>
    <w:p w14:paraId="482F42D6" w14:textId="77777777" w:rsidR="005D77C6" w:rsidRDefault="005D77C6" w:rsidP="005D77C6">
      <w:r>
        <w:t>15006</w:t>
      </w:r>
    </w:p>
    <w:p w14:paraId="5823ED99" w14:textId="77777777" w:rsidR="005D77C6" w:rsidRDefault="005D77C6" w:rsidP="005D77C6"/>
    <w:p w14:paraId="755EE8F6" w14:textId="77777777" w:rsidR="005D77C6" w:rsidRDefault="005D77C6" w:rsidP="005D77C6">
      <w:r>
        <w:t>68</w:t>
      </w:r>
    </w:p>
    <w:p w14:paraId="551C1229" w14:textId="77777777" w:rsidR="005D77C6" w:rsidRDefault="005D77C6" w:rsidP="005D77C6"/>
    <w:p w14:paraId="30F1A535" w14:textId="77777777" w:rsidR="005D77C6" w:rsidRDefault="005D77C6" w:rsidP="005D77C6">
      <w:r>
        <w:t>Me Vural Keleş</w:t>
      </w:r>
    </w:p>
    <w:p w14:paraId="415BB4D3" w14:textId="77777777" w:rsidR="005D77C6" w:rsidRDefault="005D77C6" w:rsidP="005D77C6"/>
    <w:p w14:paraId="7634E2EF" w14:textId="77777777" w:rsidR="005D77C6" w:rsidRDefault="005D77C6" w:rsidP="005D77C6">
      <w:r>
        <w:t xml:space="preserve">Barreau </w:t>
      </w:r>
      <w:proofErr w:type="spellStart"/>
      <w:r>
        <w:t>d’Istanbul</w:t>
      </w:r>
      <w:proofErr w:type="spellEnd"/>
    </w:p>
    <w:p w14:paraId="65F2D452" w14:textId="77777777" w:rsidR="005D77C6" w:rsidRDefault="005D77C6" w:rsidP="005D77C6"/>
    <w:p w14:paraId="2FC84467" w14:textId="77777777" w:rsidR="005D77C6" w:rsidRDefault="005D77C6" w:rsidP="005D77C6">
      <w:r>
        <w:t>20676</w:t>
      </w:r>
    </w:p>
    <w:p w14:paraId="30F4EB80" w14:textId="77777777" w:rsidR="005D77C6" w:rsidRDefault="005D77C6" w:rsidP="005D77C6"/>
    <w:p w14:paraId="3EFB5D4D" w14:textId="77777777" w:rsidR="005D77C6" w:rsidRDefault="005D77C6" w:rsidP="005D77C6">
      <w:r>
        <w:lastRenderedPageBreak/>
        <w:t>69</w:t>
      </w:r>
    </w:p>
    <w:p w14:paraId="4C37179B" w14:textId="77777777" w:rsidR="005D77C6" w:rsidRDefault="005D77C6" w:rsidP="005D77C6"/>
    <w:p w14:paraId="78917DD5" w14:textId="77777777" w:rsidR="005D77C6" w:rsidRDefault="005D77C6" w:rsidP="005D77C6">
      <w:r>
        <w:t>Me Utku Can Akyol</w:t>
      </w:r>
    </w:p>
    <w:p w14:paraId="00953D22" w14:textId="77777777" w:rsidR="005D77C6" w:rsidRDefault="005D77C6" w:rsidP="005D77C6"/>
    <w:p w14:paraId="7856F26D" w14:textId="77777777" w:rsidR="005D77C6" w:rsidRDefault="005D77C6" w:rsidP="005D77C6">
      <w:r>
        <w:t xml:space="preserve">Barreau </w:t>
      </w:r>
      <w:proofErr w:type="spellStart"/>
      <w:r>
        <w:t>d’Istanbul</w:t>
      </w:r>
      <w:proofErr w:type="spellEnd"/>
    </w:p>
    <w:p w14:paraId="3A9F3ED4" w14:textId="77777777" w:rsidR="005D77C6" w:rsidRDefault="005D77C6" w:rsidP="005D77C6"/>
    <w:p w14:paraId="0A3A1A5E" w14:textId="77777777" w:rsidR="005D77C6" w:rsidRDefault="005D77C6" w:rsidP="005D77C6">
      <w:r>
        <w:t>59045</w:t>
      </w:r>
    </w:p>
    <w:p w14:paraId="72124955" w14:textId="77777777" w:rsidR="005D77C6" w:rsidRDefault="005D77C6" w:rsidP="005D77C6"/>
    <w:p w14:paraId="42944321" w14:textId="77777777" w:rsidR="005D77C6" w:rsidRDefault="005D77C6" w:rsidP="005D77C6">
      <w:r>
        <w:t>70</w:t>
      </w:r>
    </w:p>
    <w:p w14:paraId="4CE02F91" w14:textId="77777777" w:rsidR="005D77C6" w:rsidRDefault="005D77C6" w:rsidP="005D77C6"/>
    <w:p w14:paraId="4F8D9AB4" w14:textId="77777777" w:rsidR="005D77C6" w:rsidRDefault="005D77C6" w:rsidP="005D77C6">
      <w:r>
        <w:t>Me Fatma Girgin Can</w:t>
      </w:r>
    </w:p>
    <w:p w14:paraId="0674BABE" w14:textId="77777777" w:rsidR="005D77C6" w:rsidRDefault="005D77C6" w:rsidP="005D77C6"/>
    <w:p w14:paraId="472CCC36" w14:textId="77777777" w:rsidR="005D77C6" w:rsidRDefault="005D77C6" w:rsidP="005D77C6">
      <w:r>
        <w:t xml:space="preserve">Barreau </w:t>
      </w:r>
      <w:proofErr w:type="spellStart"/>
      <w:r>
        <w:t>d’Eskişehir</w:t>
      </w:r>
      <w:proofErr w:type="spellEnd"/>
    </w:p>
    <w:p w14:paraId="1CA30E82" w14:textId="77777777" w:rsidR="005D77C6" w:rsidRDefault="005D77C6" w:rsidP="005D77C6"/>
    <w:p w14:paraId="3670515E" w14:textId="77777777" w:rsidR="005D77C6" w:rsidRDefault="005D77C6" w:rsidP="005D77C6">
      <w:r>
        <w:t>1714</w:t>
      </w:r>
    </w:p>
    <w:p w14:paraId="0DEE4936" w14:textId="77777777" w:rsidR="005D77C6" w:rsidRDefault="005D77C6" w:rsidP="005D77C6"/>
    <w:p w14:paraId="097B49BA" w14:textId="77777777" w:rsidR="005D77C6" w:rsidRDefault="005D77C6" w:rsidP="005D77C6">
      <w:r>
        <w:t>71</w:t>
      </w:r>
    </w:p>
    <w:p w14:paraId="59C82562" w14:textId="77777777" w:rsidR="005D77C6" w:rsidRDefault="005D77C6" w:rsidP="005D77C6"/>
    <w:p w14:paraId="6E4EFF02" w14:textId="77777777" w:rsidR="005D77C6" w:rsidRDefault="005D77C6" w:rsidP="005D77C6">
      <w:r>
        <w:t xml:space="preserve">Me Sanem </w:t>
      </w:r>
      <w:proofErr w:type="spellStart"/>
      <w:r>
        <w:t>Küçükarzuman</w:t>
      </w:r>
      <w:proofErr w:type="spellEnd"/>
    </w:p>
    <w:p w14:paraId="6799EAD5" w14:textId="77777777" w:rsidR="005D77C6" w:rsidRDefault="005D77C6" w:rsidP="005D77C6"/>
    <w:p w14:paraId="16D2D801" w14:textId="77777777" w:rsidR="005D77C6" w:rsidRDefault="005D77C6" w:rsidP="005D77C6">
      <w:r>
        <w:t xml:space="preserve">Barreau </w:t>
      </w:r>
      <w:proofErr w:type="spellStart"/>
      <w:r>
        <w:t>d’Ankara</w:t>
      </w:r>
      <w:proofErr w:type="spellEnd"/>
    </w:p>
    <w:p w14:paraId="31B5640C" w14:textId="77777777" w:rsidR="005D77C6" w:rsidRDefault="005D77C6" w:rsidP="005D77C6"/>
    <w:p w14:paraId="16CBF75B" w14:textId="77777777" w:rsidR="005D77C6" w:rsidRDefault="005D77C6" w:rsidP="005D77C6">
      <w:r>
        <w:t>33963</w:t>
      </w:r>
    </w:p>
    <w:p w14:paraId="29DD0D1E" w14:textId="77777777" w:rsidR="005D77C6" w:rsidRDefault="005D77C6" w:rsidP="005D77C6"/>
    <w:p w14:paraId="204CEE13" w14:textId="77777777" w:rsidR="005D77C6" w:rsidRDefault="005D77C6" w:rsidP="005D77C6">
      <w:r>
        <w:t>72</w:t>
      </w:r>
    </w:p>
    <w:p w14:paraId="42560EE4" w14:textId="77777777" w:rsidR="005D77C6" w:rsidRDefault="005D77C6" w:rsidP="005D77C6"/>
    <w:p w14:paraId="7A861F4F" w14:textId="77777777" w:rsidR="005D77C6" w:rsidRDefault="005D77C6" w:rsidP="005D77C6">
      <w:r>
        <w:t>Me İpek Tülin Tosun</w:t>
      </w:r>
    </w:p>
    <w:p w14:paraId="066C1BC7" w14:textId="77777777" w:rsidR="005D77C6" w:rsidRDefault="005D77C6" w:rsidP="005D77C6"/>
    <w:p w14:paraId="7C72615A" w14:textId="77777777" w:rsidR="005D77C6" w:rsidRDefault="005D77C6" w:rsidP="005D77C6">
      <w:r>
        <w:t xml:space="preserve">Barreau </w:t>
      </w:r>
      <w:proofErr w:type="spellStart"/>
      <w:r>
        <w:t>d’Izmir</w:t>
      </w:r>
      <w:proofErr w:type="spellEnd"/>
    </w:p>
    <w:p w14:paraId="4B0DC583" w14:textId="77777777" w:rsidR="005D77C6" w:rsidRDefault="005D77C6" w:rsidP="005D77C6"/>
    <w:p w14:paraId="6A5F0A54" w14:textId="77777777" w:rsidR="005D77C6" w:rsidRDefault="005D77C6" w:rsidP="005D77C6">
      <w:r>
        <w:t>3848</w:t>
      </w:r>
    </w:p>
    <w:p w14:paraId="5B1C2D41" w14:textId="77777777" w:rsidR="005D77C6" w:rsidRDefault="005D77C6" w:rsidP="005D77C6"/>
    <w:p w14:paraId="6300F04D" w14:textId="77777777" w:rsidR="005D77C6" w:rsidRDefault="005D77C6" w:rsidP="005D77C6">
      <w:r>
        <w:t>73</w:t>
      </w:r>
    </w:p>
    <w:p w14:paraId="360FA412" w14:textId="77777777" w:rsidR="005D77C6" w:rsidRDefault="005D77C6" w:rsidP="005D77C6"/>
    <w:p w14:paraId="1116282C" w14:textId="77777777" w:rsidR="005D77C6" w:rsidRDefault="005D77C6" w:rsidP="005D77C6">
      <w:r>
        <w:t xml:space="preserve">Me </w:t>
      </w:r>
      <w:proofErr w:type="spellStart"/>
      <w:r>
        <w:t>Mengücek</w:t>
      </w:r>
      <w:proofErr w:type="spellEnd"/>
      <w:r>
        <w:t xml:space="preserve"> Gazi </w:t>
      </w:r>
      <w:proofErr w:type="spellStart"/>
      <w:r>
        <w:t>Çıtırık</w:t>
      </w:r>
      <w:proofErr w:type="spellEnd"/>
    </w:p>
    <w:p w14:paraId="1A0FED76" w14:textId="77777777" w:rsidR="005D77C6" w:rsidRDefault="005D77C6" w:rsidP="005D77C6"/>
    <w:p w14:paraId="70159AA9" w14:textId="77777777" w:rsidR="005D77C6" w:rsidRDefault="005D77C6" w:rsidP="005D77C6">
      <w:r>
        <w:t xml:space="preserve">Barreau </w:t>
      </w:r>
      <w:proofErr w:type="spellStart"/>
      <w:r>
        <w:t>d’Adana</w:t>
      </w:r>
      <w:proofErr w:type="spellEnd"/>
    </w:p>
    <w:p w14:paraId="07DB3A96" w14:textId="77777777" w:rsidR="005D77C6" w:rsidRDefault="005D77C6" w:rsidP="005D77C6"/>
    <w:p w14:paraId="00634345" w14:textId="77777777" w:rsidR="005D77C6" w:rsidRDefault="005D77C6" w:rsidP="005D77C6">
      <w:r>
        <w:t>1689</w:t>
      </w:r>
    </w:p>
    <w:p w14:paraId="7B185912" w14:textId="77777777" w:rsidR="005D77C6" w:rsidRDefault="005D77C6" w:rsidP="005D77C6"/>
    <w:p w14:paraId="701E11C8" w14:textId="77777777" w:rsidR="005D77C6" w:rsidRDefault="005D77C6" w:rsidP="005D77C6">
      <w:r>
        <w:t>74</w:t>
      </w:r>
    </w:p>
    <w:p w14:paraId="4C9D12D4" w14:textId="77777777" w:rsidR="005D77C6" w:rsidRDefault="005D77C6" w:rsidP="005D77C6"/>
    <w:p w14:paraId="40E81B85" w14:textId="77777777" w:rsidR="005D77C6" w:rsidRDefault="005D77C6" w:rsidP="005D77C6">
      <w:r>
        <w:t>Me Ali Oktay Coşgun</w:t>
      </w:r>
    </w:p>
    <w:p w14:paraId="23748241" w14:textId="77777777" w:rsidR="005D77C6" w:rsidRDefault="005D77C6" w:rsidP="005D77C6"/>
    <w:p w14:paraId="47B5AF49" w14:textId="77777777" w:rsidR="005D77C6" w:rsidRDefault="005D77C6" w:rsidP="005D77C6">
      <w:r>
        <w:lastRenderedPageBreak/>
        <w:t xml:space="preserve">Barreau </w:t>
      </w:r>
      <w:proofErr w:type="spellStart"/>
      <w:r>
        <w:t>d’Ankara</w:t>
      </w:r>
      <w:proofErr w:type="spellEnd"/>
    </w:p>
    <w:p w14:paraId="20125BCA" w14:textId="77777777" w:rsidR="005D77C6" w:rsidRDefault="005D77C6" w:rsidP="005D77C6"/>
    <w:p w14:paraId="7B5806CE" w14:textId="77777777" w:rsidR="005D77C6" w:rsidRDefault="005D77C6" w:rsidP="005D77C6">
      <w:r>
        <w:t>51667</w:t>
      </w:r>
    </w:p>
    <w:p w14:paraId="7B0A1667" w14:textId="77777777" w:rsidR="005D77C6" w:rsidRDefault="005D77C6" w:rsidP="005D77C6"/>
    <w:p w14:paraId="4D0A5A23" w14:textId="77777777" w:rsidR="005D77C6" w:rsidRDefault="005D77C6" w:rsidP="005D77C6">
      <w:r>
        <w:t>75</w:t>
      </w:r>
    </w:p>
    <w:p w14:paraId="2130E023" w14:textId="77777777" w:rsidR="005D77C6" w:rsidRDefault="005D77C6" w:rsidP="005D77C6"/>
    <w:p w14:paraId="6B135602" w14:textId="77777777" w:rsidR="005D77C6" w:rsidRDefault="005D77C6" w:rsidP="005D77C6">
      <w:r>
        <w:t>Me Zeynep Kaya Akdeniz</w:t>
      </w:r>
    </w:p>
    <w:p w14:paraId="5FD78CE0" w14:textId="77777777" w:rsidR="005D77C6" w:rsidRDefault="005D77C6" w:rsidP="005D77C6"/>
    <w:p w14:paraId="6B445AD8" w14:textId="77777777" w:rsidR="005D77C6" w:rsidRDefault="005D77C6" w:rsidP="005D77C6">
      <w:r>
        <w:t xml:space="preserve">Barreau </w:t>
      </w:r>
      <w:proofErr w:type="spellStart"/>
      <w:r>
        <w:t>d’Istanbul</w:t>
      </w:r>
      <w:proofErr w:type="spellEnd"/>
    </w:p>
    <w:p w14:paraId="385DF8C5" w14:textId="77777777" w:rsidR="005D77C6" w:rsidRDefault="005D77C6" w:rsidP="005D77C6"/>
    <w:p w14:paraId="081D716A" w14:textId="77777777" w:rsidR="005D77C6" w:rsidRDefault="005D77C6" w:rsidP="005D77C6">
      <w:r>
        <w:t>24233</w:t>
      </w:r>
    </w:p>
    <w:p w14:paraId="6C94ACCC" w14:textId="77777777" w:rsidR="005D77C6" w:rsidRDefault="005D77C6" w:rsidP="005D77C6"/>
    <w:p w14:paraId="1EB5FE48" w14:textId="77777777" w:rsidR="005D77C6" w:rsidRDefault="005D77C6" w:rsidP="005D77C6">
      <w:r>
        <w:t>76</w:t>
      </w:r>
    </w:p>
    <w:p w14:paraId="46E8C07C" w14:textId="77777777" w:rsidR="005D77C6" w:rsidRDefault="005D77C6" w:rsidP="005D77C6"/>
    <w:p w14:paraId="6A2D34F4" w14:textId="77777777" w:rsidR="005D77C6" w:rsidRDefault="005D77C6" w:rsidP="005D77C6">
      <w:r>
        <w:t xml:space="preserve">Me </w:t>
      </w:r>
      <w:proofErr w:type="spellStart"/>
      <w:r>
        <w:t>Cevriye</w:t>
      </w:r>
      <w:proofErr w:type="spellEnd"/>
      <w:r>
        <w:t xml:space="preserve"> Aydın</w:t>
      </w:r>
    </w:p>
    <w:p w14:paraId="635561A9" w14:textId="77777777" w:rsidR="005D77C6" w:rsidRDefault="005D77C6" w:rsidP="005D77C6"/>
    <w:p w14:paraId="5D90753F" w14:textId="77777777" w:rsidR="005D77C6" w:rsidRDefault="005D77C6" w:rsidP="005D77C6">
      <w:r>
        <w:t xml:space="preserve">Barreau </w:t>
      </w:r>
      <w:proofErr w:type="spellStart"/>
      <w:r>
        <w:t>d’Istanbul</w:t>
      </w:r>
      <w:proofErr w:type="spellEnd"/>
    </w:p>
    <w:p w14:paraId="09EEDE76" w14:textId="77777777" w:rsidR="005D77C6" w:rsidRDefault="005D77C6" w:rsidP="005D77C6"/>
    <w:p w14:paraId="2BD90FEA" w14:textId="77777777" w:rsidR="005D77C6" w:rsidRDefault="005D77C6" w:rsidP="005D77C6">
      <w:r>
        <w:t>13450</w:t>
      </w:r>
    </w:p>
    <w:p w14:paraId="41443C94" w14:textId="77777777" w:rsidR="005D77C6" w:rsidRDefault="005D77C6" w:rsidP="005D77C6"/>
    <w:p w14:paraId="71D4D8EC" w14:textId="77777777" w:rsidR="005D77C6" w:rsidRDefault="005D77C6" w:rsidP="005D77C6">
      <w:r>
        <w:t>77</w:t>
      </w:r>
    </w:p>
    <w:p w14:paraId="0D92C9CD" w14:textId="77777777" w:rsidR="005D77C6" w:rsidRDefault="005D77C6" w:rsidP="005D77C6"/>
    <w:p w14:paraId="53547EE2" w14:textId="77777777" w:rsidR="005D77C6" w:rsidRDefault="005D77C6" w:rsidP="005D77C6">
      <w:r>
        <w:t xml:space="preserve">Me </w:t>
      </w:r>
      <w:proofErr w:type="spellStart"/>
      <w:r>
        <w:t>İlknur</w:t>
      </w:r>
      <w:proofErr w:type="spellEnd"/>
      <w:r>
        <w:t xml:space="preserve"> Alcan</w:t>
      </w:r>
    </w:p>
    <w:p w14:paraId="6B9493E4" w14:textId="77777777" w:rsidR="005D77C6" w:rsidRDefault="005D77C6" w:rsidP="005D77C6"/>
    <w:p w14:paraId="3DFA9255" w14:textId="77777777" w:rsidR="005D77C6" w:rsidRDefault="005D77C6" w:rsidP="005D77C6">
      <w:r>
        <w:t xml:space="preserve">Barreau </w:t>
      </w:r>
      <w:proofErr w:type="spellStart"/>
      <w:r>
        <w:t>d’Istanbul</w:t>
      </w:r>
      <w:proofErr w:type="spellEnd"/>
    </w:p>
    <w:p w14:paraId="50CC8E23" w14:textId="77777777" w:rsidR="005D77C6" w:rsidRDefault="005D77C6" w:rsidP="005D77C6"/>
    <w:p w14:paraId="5275A496" w14:textId="77777777" w:rsidR="005D77C6" w:rsidRDefault="005D77C6" w:rsidP="005D77C6">
      <w:r>
        <w:t>28210</w:t>
      </w:r>
    </w:p>
    <w:p w14:paraId="06380076" w14:textId="77777777" w:rsidR="005D77C6" w:rsidRDefault="005D77C6" w:rsidP="005D77C6"/>
    <w:p w14:paraId="2D766CE9" w14:textId="77777777" w:rsidR="005D77C6" w:rsidRDefault="005D77C6" w:rsidP="005D77C6">
      <w:r>
        <w:t>78</w:t>
      </w:r>
    </w:p>
    <w:p w14:paraId="333CE968" w14:textId="77777777" w:rsidR="005D77C6" w:rsidRDefault="005D77C6" w:rsidP="005D77C6"/>
    <w:p w14:paraId="42D30E8D" w14:textId="77777777" w:rsidR="005D77C6" w:rsidRDefault="005D77C6" w:rsidP="005D77C6">
      <w:r>
        <w:t>Me Seyit Sönmez</w:t>
      </w:r>
    </w:p>
    <w:p w14:paraId="35E213E9" w14:textId="77777777" w:rsidR="005D77C6" w:rsidRDefault="005D77C6" w:rsidP="005D77C6"/>
    <w:p w14:paraId="3D229F92" w14:textId="77777777" w:rsidR="005D77C6" w:rsidRDefault="005D77C6" w:rsidP="005D77C6">
      <w:r>
        <w:t xml:space="preserve">Barreau de </w:t>
      </w:r>
      <w:proofErr w:type="spellStart"/>
      <w:r>
        <w:t>Kahramanmaraş</w:t>
      </w:r>
      <w:proofErr w:type="spellEnd"/>
    </w:p>
    <w:p w14:paraId="74507A47" w14:textId="77777777" w:rsidR="005D77C6" w:rsidRDefault="005D77C6" w:rsidP="005D77C6"/>
    <w:p w14:paraId="4E6FF89E" w14:textId="77777777" w:rsidR="005D77C6" w:rsidRDefault="005D77C6" w:rsidP="005D77C6">
      <w:r>
        <w:t>2588</w:t>
      </w:r>
    </w:p>
    <w:p w14:paraId="38A1A4EF" w14:textId="77777777" w:rsidR="005D77C6" w:rsidRDefault="005D77C6" w:rsidP="005D77C6"/>
    <w:p w14:paraId="2C412F01" w14:textId="77777777" w:rsidR="005D77C6" w:rsidRDefault="005D77C6" w:rsidP="005D77C6">
      <w:r>
        <w:t>79</w:t>
      </w:r>
    </w:p>
    <w:p w14:paraId="5BB50C75" w14:textId="77777777" w:rsidR="005D77C6" w:rsidRDefault="005D77C6" w:rsidP="005D77C6"/>
    <w:p w14:paraId="4BABCF34" w14:textId="77777777" w:rsidR="005D77C6" w:rsidRDefault="005D77C6" w:rsidP="005D77C6">
      <w:r>
        <w:t xml:space="preserve">Me </w:t>
      </w:r>
      <w:proofErr w:type="spellStart"/>
      <w:r>
        <w:t>Berfu</w:t>
      </w:r>
      <w:proofErr w:type="spellEnd"/>
      <w:r>
        <w:t xml:space="preserve"> </w:t>
      </w:r>
      <w:proofErr w:type="spellStart"/>
      <w:r>
        <w:t>Uluyol</w:t>
      </w:r>
      <w:proofErr w:type="spellEnd"/>
    </w:p>
    <w:p w14:paraId="1938CA8C" w14:textId="77777777" w:rsidR="005D77C6" w:rsidRDefault="005D77C6" w:rsidP="005D77C6"/>
    <w:p w14:paraId="32BF095E" w14:textId="77777777" w:rsidR="005D77C6" w:rsidRDefault="005D77C6" w:rsidP="005D77C6">
      <w:r>
        <w:t xml:space="preserve">Barreau </w:t>
      </w:r>
      <w:proofErr w:type="spellStart"/>
      <w:r>
        <w:t>d’Istanbul</w:t>
      </w:r>
      <w:proofErr w:type="spellEnd"/>
    </w:p>
    <w:p w14:paraId="65D730F0" w14:textId="77777777" w:rsidR="005D77C6" w:rsidRDefault="005D77C6" w:rsidP="005D77C6"/>
    <w:p w14:paraId="0B7D6692" w14:textId="77777777" w:rsidR="005D77C6" w:rsidRDefault="005D77C6" w:rsidP="005D77C6">
      <w:r>
        <w:t>93856</w:t>
      </w:r>
    </w:p>
    <w:p w14:paraId="64D49A6C" w14:textId="77777777" w:rsidR="005D77C6" w:rsidRDefault="005D77C6" w:rsidP="005D77C6"/>
    <w:p w14:paraId="4B350198" w14:textId="77777777" w:rsidR="005D77C6" w:rsidRDefault="005D77C6" w:rsidP="005D77C6">
      <w:r>
        <w:lastRenderedPageBreak/>
        <w:t>80</w:t>
      </w:r>
    </w:p>
    <w:p w14:paraId="4B8AEE53" w14:textId="77777777" w:rsidR="005D77C6" w:rsidRDefault="005D77C6" w:rsidP="005D77C6"/>
    <w:p w14:paraId="2BE5B248" w14:textId="77777777" w:rsidR="005D77C6" w:rsidRDefault="005D77C6" w:rsidP="005D77C6">
      <w:r>
        <w:t>Me Engin Deniz Ergin</w:t>
      </w:r>
    </w:p>
    <w:p w14:paraId="25F53C9D" w14:textId="77777777" w:rsidR="005D77C6" w:rsidRDefault="005D77C6" w:rsidP="005D77C6"/>
    <w:p w14:paraId="4C231F50" w14:textId="77777777" w:rsidR="005D77C6" w:rsidRDefault="005D77C6" w:rsidP="005D77C6">
      <w:r>
        <w:t xml:space="preserve">Barreau </w:t>
      </w:r>
      <w:proofErr w:type="spellStart"/>
      <w:r>
        <w:t>d’Istanbul</w:t>
      </w:r>
      <w:proofErr w:type="spellEnd"/>
    </w:p>
    <w:p w14:paraId="7A751674" w14:textId="77777777" w:rsidR="005D77C6" w:rsidRDefault="005D77C6" w:rsidP="005D77C6"/>
    <w:p w14:paraId="78EB4A89" w14:textId="77777777" w:rsidR="005D77C6" w:rsidRDefault="005D77C6" w:rsidP="005D77C6">
      <w:r>
        <w:t>61765</w:t>
      </w:r>
    </w:p>
    <w:p w14:paraId="75976745" w14:textId="77777777" w:rsidR="005D77C6" w:rsidRDefault="005D77C6" w:rsidP="005D77C6"/>
    <w:p w14:paraId="4C61CBDC" w14:textId="77777777" w:rsidR="005D77C6" w:rsidRDefault="005D77C6" w:rsidP="005D77C6">
      <w:r>
        <w:t>81</w:t>
      </w:r>
    </w:p>
    <w:p w14:paraId="5ED69242" w14:textId="77777777" w:rsidR="005D77C6" w:rsidRDefault="005D77C6" w:rsidP="005D77C6"/>
    <w:p w14:paraId="68B5D7EC" w14:textId="77777777" w:rsidR="005D77C6" w:rsidRDefault="005D77C6" w:rsidP="005D77C6">
      <w:r>
        <w:t>Me Ahmet Enver Akan</w:t>
      </w:r>
    </w:p>
    <w:p w14:paraId="232972CB" w14:textId="77777777" w:rsidR="005D77C6" w:rsidRDefault="005D77C6" w:rsidP="005D77C6"/>
    <w:p w14:paraId="0825AB78" w14:textId="77777777" w:rsidR="005D77C6" w:rsidRDefault="005D77C6" w:rsidP="005D77C6">
      <w:r>
        <w:t xml:space="preserve">Barreau </w:t>
      </w:r>
      <w:proofErr w:type="spellStart"/>
      <w:r>
        <w:t>d’Istanbul</w:t>
      </w:r>
      <w:proofErr w:type="spellEnd"/>
    </w:p>
    <w:p w14:paraId="282FC647" w14:textId="77777777" w:rsidR="005D77C6" w:rsidRDefault="005D77C6" w:rsidP="005D77C6"/>
    <w:p w14:paraId="4BD667A9" w14:textId="77777777" w:rsidR="005D77C6" w:rsidRDefault="005D77C6" w:rsidP="005D77C6">
      <w:r>
        <w:t>15417</w:t>
      </w:r>
    </w:p>
    <w:p w14:paraId="7B539E60" w14:textId="77777777" w:rsidR="005D77C6" w:rsidRDefault="005D77C6" w:rsidP="005D77C6"/>
    <w:p w14:paraId="51EFBCDD" w14:textId="77777777" w:rsidR="005D77C6" w:rsidRDefault="005D77C6" w:rsidP="005D77C6">
      <w:r>
        <w:t>82</w:t>
      </w:r>
    </w:p>
    <w:p w14:paraId="752D4B04" w14:textId="77777777" w:rsidR="005D77C6" w:rsidRDefault="005D77C6" w:rsidP="005D77C6"/>
    <w:p w14:paraId="65A3C566" w14:textId="77777777" w:rsidR="005D77C6" w:rsidRDefault="005D77C6" w:rsidP="005D77C6">
      <w:r>
        <w:t>Me Ekin Yavuz</w:t>
      </w:r>
    </w:p>
    <w:p w14:paraId="56D8B817" w14:textId="77777777" w:rsidR="005D77C6" w:rsidRDefault="005D77C6" w:rsidP="005D77C6"/>
    <w:p w14:paraId="531B229F" w14:textId="77777777" w:rsidR="005D77C6" w:rsidRDefault="005D77C6" w:rsidP="005D77C6">
      <w:r>
        <w:t xml:space="preserve">Barreau </w:t>
      </w:r>
      <w:proofErr w:type="spellStart"/>
      <w:r>
        <w:t>d’Istanbul</w:t>
      </w:r>
      <w:proofErr w:type="spellEnd"/>
    </w:p>
    <w:p w14:paraId="530C068D" w14:textId="77777777" w:rsidR="005D77C6" w:rsidRDefault="005D77C6" w:rsidP="005D77C6"/>
    <w:p w14:paraId="0F64326E" w14:textId="77777777" w:rsidR="005D77C6" w:rsidRDefault="005D77C6" w:rsidP="005D77C6">
      <w:r>
        <w:t>74266</w:t>
      </w:r>
    </w:p>
    <w:p w14:paraId="11EF6C52" w14:textId="77777777" w:rsidR="005D77C6" w:rsidRDefault="005D77C6" w:rsidP="005D77C6"/>
    <w:p w14:paraId="291B4EC5" w14:textId="77777777" w:rsidR="005D77C6" w:rsidRDefault="005D77C6" w:rsidP="005D77C6">
      <w:r>
        <w:t>83</w:t>
      </w:r>
    </w:p>
    <w:p w14:paraId="17A9B243" w14:textId="77777777" w:rsidR="005D77C6" w:rsidRDefault="005D77C6" w:rsidP="005D77C6"/>
    <w:p w14:paraId="64286DE2" w14:textId="77777777" w:rsidR="005D77C6" w:rsidRDefault="005D77C6" w:rsidP="005D77C6">
      <w:r>
        <w:t>Me Ali Yiğit</w:t>
      </w:r>
    </w:p>
    <w:p w14:paraId="7E0C641E" w14:textId="77777777" w:rsidR="005D77C6" w:rsidRDefault="005D77C6" w:rsidP="005D77C6"/>
    <w:p w14:paraId="3C69DE1E" w14:textId="77777777" w:rsidR="005D77C6" w:rsidRDefault="005D77C6" w:rsidP="005D77C6">
      <w:r>
        <w:t xml:space="preserve">Barreau </w:t>
      </w:r>
      <w:proofErr w:type="spellStart"/>
      <w:r>
        <w:t>d’Istanbul</w:t>
      </w:r>
      <w:proofErr w:type="spellEnd"/>
    </w:p>
    <w:p w14:paraId="447AEB42" w14:textId="77777777" w:rsidR="005D77C6" w:rsidRDefault="005D77C6" w:rsidP="005D77C6"/>
    <w:p w14:paraId="3AA00BF5" w14:textId="77777777" w:rsidR="005D77C6" w:rsidRDefault="005D77C6" w:rsidP="005D77C6">
      <w:r>
        <w:t>96129</w:t>
      </w:r>
    </w:p>
    <w:p w14:paraId="28F78CB3" w14:textId="77777777" w:rsidR="005D77C6" w:rsidRDefault="005D77C6" w:rsidP="005D77C6"/>
    <w:p w14:paraId="3BDD6893" w14:textId="77777777" w:rsidR="005D77C6" w:rsidRDefault="005D77C6" w:rsidP="005D77C6">
      <w:r>
        <w:t>84</w:t>
      </w:r>
    </w:p>
    <w:p w14:paraId="3801960F" w14:textId="77777777" w:rsidR="005D77C6" w:rsidRDefault="005D77C6" w:rsidP="005D77C6"/>
    <w:p w14:paraId="2FE6A24E" w14:textId="77777777" w:rsidR="005D77C6" w:rsidRDefault="005D77C6" w:rsidP="005D77C6">
      <w:r>
        <w:t xml:space="preserve">Me Büşra </w:t>
      </w:r>
      <w:proofErr w:type="spellStart"/>
      <w:r>
        <w:t>Altınoluk</w:t>
      </w:r>
      <w:proofErr w:type="spellEnd"/>
    </w:p>
    <w:p w14:paraId="3DED508B" w14:textId="77777777" w:rsidR="005D77C6" w:rsidRDefault="005D77C6" w:rsidP="005D77C6"/>
    <w:p w14:paraId="5437C5E7" w14:textId="77777777" w:rsidR="005D77C6" w:rsidRDefault="005D77C6" w:rsidP="005D77C6">
      <w:r>
        <w:t xml:space="preserve">Barreau </w:t>
      </w:r>
      <w:proofErr w:type="spellStart"/>
      <w:r>
        <w:t>d’Istanbul</w:t>
      </w:r>
      <w:proofErr w:type="spellEnd"/>
    </w:p>
    <w:p w14:paraId="7AB00DD9" w14:textId="77777777" w:rsidR="005D77C6" w:rsidRDefault="005D77C6" w:rsidP="005D77C6"/>
    <w:p w14:paraId="4F10435B" w14:textId="77777777" w:rsidR="005D77C6" w:rsidRDefault="005D77C6" w:rsidP="005D77C6">
      <w:r>
        <w:t>79451</w:t>
      </w:r>
    </w:p>
    <w:p w14:paraId="3DF4C7E9" w14:textId="77777777" w:rsidR="005D77C6" w:rsidRDefault="005D77C6" w:rsidP="005D77C6"/>
    <w:p w14:paraId="72A604EA" w14:textId="77777777" w:rsidR="005D77C6" w:rsidRDefault="005D77C6" w:rsidP="005D77C6">
      <w:r>
        <w:t>85</w:t>
      </w:r>
    </w:p>
    <w:p w14:paraId="66178BF4" w14:textId="77777777" w:rsidR="005D77C6" w:rsidRDefault="005D77C6" w:rsidP="005D77C6"/>
    <w:p w14:paraId="3060EEBA" w14:textId="77777777" w:rsidR="005D77C6" w:rsidRDefault="005D77C6" w:rsidP="005D77C6">
      <w:r>
        <w:t>Me Nimet Acar</w:t>
      </w:r>
    </w:p>
    <w:p w14:paraId="11B31C4E" w14:textId="77777777" w:rsidR="005D77C6" w:rsidRDefault="005D77C6" w:rsidP="005D77C6"/>
    <w:p w14:paraId="1F51A1CC" w14:textId="77777777" w:rsidR="005D77C6" w:rsidRDefault="005D77C6" w:rsidP="005D77C6">
      <w:r>
        <w:lastRenderedPageBreak/>
        <w:t xml:space="preserve">Barreau </w:t>
      </w:r>
      <w:proofErr w:type="spellStart"/>
      <w:r>
        <w:t>d’Istanbul</w:t>
      </w:r>
      <w:proofErr w:type="spellEnd"/>
    </w:p>
    <w:p w14:paraId="19B8D133" w14:textId="77777777" w:rsidR="005D77C6" w:rsidRDefault="005D77C6" w:rsidP="005D77C6"/>
    <w:p w14:paraId="623E4CF2" w14:textId="77777777" w:rsidR="005D77C6" w:rsidRDefault="005D77C6" w:rsidP="005D77C6">
      <w:r>
        <w:t>66067</w:t>
      </w:r>
    </w:p>
    <w:p w14:paraId="0B1ABB55" w14:textId="77777777" w:rsidR="005D77C6" w:rsidRDefault="005D77C6" w:rsidP="005D77C6"/>
    <w:p w14:paraId="1B915012" w14:textId="77777777" w:rsidR="005D77C6" w:rsidRDefault="005D77C6" w:rsidP="005D77C6">
      <w:r>
        <w:t>86</w:t>
      </w:r>
    </w:p>
    <w:p w14:paraId="30B9921D" w14:textId="77777777" w:rsidR="005D77C6" w:rsidRDefault="005D77C6" w:rsidP="005D77C6"/>
    <w:p w14:paraId="5A2738A0" w14:textId="77777777" w:rsidR="005D77C6" w:rsidRDefault="005D77C6" w:rsidP="005D77C6">
      <w:r>
        <w:t>Me Derya Çiçek</w:t>
      </w:r>
    </w:p>
    <w:p w14:paraId="2DB44704" w14:textId="77777777" w:rsidR="005D77C6" w:rsidRDefault="005D77C6" w:rsidP="005D77C6"/>
    <w:p w14:paraId="781525B6" w14:textId="77777777" w:rsidR="005D77C6" w:rsidRDefault="005D77C6" w:rsidP="005D77C6">
      <w:r>
        <w:t>Barreau de Gaziantep</w:t>
      </w:r>
    </w:p>
    <w:p w14:paraId="5E54BF56" w14:textId="77777777" w:rsidR="005D77C6" w:rsidRDefault="005D77C6" w:rsidP="005D77C6"/>
    <w:p w14:paraId="743D28C5" w14:textId="77777777" w:rsidR="005D77C6" w:rsidRDefault="005D77C6" w:rsidP="005D77C6">
      <w:r>
        <w:t>1004</w:t>
      </w:r>
    </w:p>
    <w:p w14:paraId="6952084C" w14:textId="77777777" w:rsidR="005D77C6" w:rsidRDefault="005D77C6" w:rsidP="005D77C6"/>
    <w:p w14:paraId="0B1539D5" w14:textId="77777777" w:rsidR="005D77C6" w:rsidRDefault="005D77C6" w:rsidP="005D77C6">
      <w:r>
        <w:t>87</w:t>
      </w:r>
    </w:p>
    <w:p w14:paraId="48585B46" w14:textId="77777777" w:rsidR="005D77C6" w:rsidRDefault="005D77C6" w:rsidP="005D77C6"/>
    <w:p w14:paraId="00B25D6E" w14:textId="77777777" w:rsidR="005D77C6" w:rsidRDefault="005D77C6" w:rsidP="005D77C6">
      <w:r>
        <w:t>Me Hülya Gülbahar</w:t>
      </w:r>
    </w:p>
    <w:p w14:paraId="55B705FF" w14:textId="77777777" w:rsidR="005D77C6" w:rsidRDefault="005D77C6" w:rsidP="005D77C6"/>
    <w:p w14:paraId="696DFAF3" w14:textId="77777777" w:rsidR="005D77C6" w:rsidRDefault="005D77C6" w:rsidP="005D77C6">
      <w:r>
        <w:t xml:space="preserve">Barreau </w:t>
      </w:r>
      <w:proofErr w:type="spellStart"/>
      <w:r>
        <w:t>d’Istanbul</w:t>
      </w:r>
      <w:proofErr w:type="spellEnd"/>
    </w:p>
    <w:p w14:paraId="3B41367C" w14:textId="77777777" w:rsidR="005D77C6" w:rsidRDefault="005D77C6" w:rsidP="005D77C6"/>
    <w:p w14:paraId="4FD416B3" w14:textId="77777777" w:rsidR="005D77C6" w:rsidRDefault="005D77C6" w:rsidP="005D77C6">
      <w:r>
        <w:t>15446</w:t>
      </w:r>
    </w:p>
    <w:p w14:paraId="1677C133" w14:textId="77777777" w:rsidR="005D77C6" w:rsidRDefault="005D77C6" w:rsidP="005D77C6"/>
    <w:p w14:paraId="0B3B71C9" w14:textId="77777777" w:rsidR="005D77C6" w:rsidRDefault="005D77C6" w:rsidP="005D77C6">
      <w:r>
        <w:t>88</w:t>
      </w:r>
    </w:p>
    <w:p w14:paraId="0288DE9A" w14:textId="77777777" w:rsidR="005D77C6" w:rsidRDefault="005D77C6" w:rsidP="005D77C6"/>
    <w:p w14:paraId="57D05E5C" w14:textId="77777777" w:rsidR="005D77C6" w:rsidRDefault="005D77C6" w:rsidP="005D77C6">
      <w:r>
        <w:t xml:space="preserve">Me Havva Başak </w:t>
      </w:r>
      <w:proofErr w:type="spellStart"/>
      <w:r>
        <w:t>Belhan</w:t>
      </w:r>
      <w:proofErr w:type="spellEnd"/>
    </w:p>
    <w:p w14:paraId="6FC0D3E7" w14:textId="77777777" w:rsidR="005D77C6" w:rsidRDefault="005D77C6" w:rsidP="005D77C6"/>
    <w:p w14:paraId="538E25A6" w14:textId="77777777" w:rsidR="005D77C6" w:rsidRDefault="005D77C6" w:rsidP="005D77C6">
      <w:r>
        <w:t xml:space="preserve">Barreau </w:t>
      </w:r>
      <w:proofErr w:type="spellStart"/>
      <w:r>
        <w:t>d’Istanbul</w:t>
      </w:r>
      <w:proofErr w:type="spellEnd"/>
    </w:p>
    <w:p w14:paraId="0F473E54" w14:textId="77777777" w:rsidR="005D77C6" w:rsidRDefault="005D77C6" w:rsidP="005D77C6"/>
    <w:p w14:paraId="3B2EDB02" w14:textId="77777777" w:rsidR="005D77C6" w:rsidRDefault="005D77C6" w:rsidP="005D77C6">
      <w:r>
        <w:t>95921</w:t>
      </w:r>
    </w:p>
    <w:p w14:paraId="0F94A1F0" w14:textId="77777777" w:rsidR="005D77C6" w:rsidRDefault="005D77C6" w:rsidP="005D77C6"/>
    <w:p w14:paraId="54152F3B" w14:textId="77777777" w:rsidR="005D77C6" w:rsidRDefault="005D77C6" w:rsidP="005D77C6">
      <w:r>
        <w:t>89</w:t>
      </w:r>
    </w:p>
    <w:p w14:paraId="4BC1C95E" w14:textId="77777777" w:rsidR="005D77C6" w:rsidRDefault="005D77C6" w:rsidP="005D77C6"/>
    <w:p w14:paraId="6456FA4E" w14:textId="77777777" w:rsidR="005D77C6" w:rsidRDefault="005D77C6" w:rsidP="005D77C6">
      <w:r>
        <w:t xml:space="preserve">Me Mustafa </w:t>
      </w:r>
      <w:proofErr w:type="spellStart"/>
      <w:r>
        <w:t>Söğütli</w:t>
      </w:r>
      <w:proofErr w:type="spellEnd"/>
    </w:p>
    <w:p w14:paraId="77CD7666" w14:textId="77777777" w:rsidR="005D77C6" w:rsidRDefault="005D77C6" w:rsidP="005D77C6"/>
    <w:p w14:paraId="20440EC2" w14:textId="77777777" w:rsidR="005D77C6" w:rsidRDefault="005D77C6" w:rsidP="005D77C6">
      <w:r>
        <w:t xml:space="preserve">Barreau </w:t>
      </w:r>
      <w:proofErr w:type="spellStart"/>
      <w:r>
        <w:t>d’Istanbul</w:t>
      </w:r>
      <w:proofErr w:type="spellEnd"/>
    </w:p>
    <w:p w14:paraId="6DF6EAEF" w14:textId="77777777" w:rsidR="005D77C6" w:rsidRDefault="005D77C6" w:rsidP="005D77C6"/>
    <w:p w14:paraId="349FD773" w14:textId="77777777" w:rsidR="005D77C6" w:rsidRDefault="005D77C6" w:rsidP="005D77C6">
      <w:r>
        <w:t>52825</w:t>
      </w:r>
    </w:p>
    <w:p w14:paraId="73191DBB" w14:textId="77777777" w:rsidR="005D77C6" w:rsidRDefault="005D77C6" w:rsidP="005D77C6"/>
    <w:p w14:paraId="25968FAA" w14:textId="77777777" w:rsidR="005D77C6" w:rsidRDefault="005D77C6" w:rsidP="005D77C6">
      <w:r>
        <w:t>90</w:t>
      </w:r>
    </w:p>
    <w:p w14:paraId="1C1222A2" w14:textId="77777777" w:rsidR="005D77C6" w:rsidRDefault="005D77C6" w:rsidP="005D77C6"/>
    <w:p w14:paraId="7EC76B54" w14:textId="77777777" w:rsidR="005D77C6" w:rsidRDefault="005D77C6" w:rsidP="005D77C6">
      <w:r>
        <w:t>Me Ramazan Akkaya</w:t>
      </w:r>
    </w:p>
    <w:p w14:paraId="436D647C" w14:textId="77777777" w:rsidR="005D77C6" w:rsidRDefault="005D77C6" w:rsidP="005D77C6"/>
    <w:p w14:paraId="56B4C356" w14:textId="77777777" w:rsidR="005D77C6" w:rsidRDefault="005D77C6" w:rsidP="005D77C6">
      <w:r>
        <w:t xml:space="preserve">Barreau de </w:t>
      </w:r>
      <w:proofErr w:type="spellStart"/>
      <w:r>
        <w:t>Muğla</w:t>
      </w:r>
      <w:proofErr w:type="spellEnd"/>
    </w:p>
    <w:p w14:paraId="6FB68F5C" w14:textId="77777777" w:rsidR="005D77C6" w:rsidRDefault="005D77C6" w:rsidP="005D77C6"/>
    <w:p w14:paraId="49A6A373" w14:textId="77777777" w:rsidR="005D77C6" w:rsidRDefault="005D77C6" w:rsidP="005D77C6">
      <w:r>
        <w:t>1316</w:t>
      </w:r>
    </w:p>
    <w:p w14:paraId="18D94354" w14:textId="77777777" w:rsidR="005D77C6" w:rsidRDefault="005D77C6" w:rsidP="005D77C6"/>
    <w:p w14:paraId="61F8AB1B" w14:textId="77777777" w:rsidR="005D77C6" w:rsidRDefault="005D77C6" w:rsidP="005D77C6">
      <w:r>
        <w:lastRenderedPageBreak/>
        <w:t>91</w:t>
      </w:r>
    </w:p>
    <w:p w14:paraId="1BC9107D" w14:textId="77777777" w:rsidR="005D77C6" w:rsidRDefault="005D77C6" w:rsidP="005D77C6"/>
    <w:p w14:paraId="0B8A518C" w14:textId="77777777" w:rsidR="005D77C6" w:rsidRDefault="005D77C6" w:rsidP="005D77C6">
      <w:r>
        <w:t xml:space="preserve">Me Fatma </w:t>
      </w:r>
      <w:proofErr w:type="spellStart"/>
      <w:r>
        <w:t>Feyha</w:t>
      </w:r>
      <w:proofErr w:type="spellEnd"/>
      <w:r>
        <w:t xml:space="preserve"> </w:t>
      </w:r>
      <w:proofErr w:type="spellStart"/>
      <w:r>
        <w:t>Karslı</w:t>
      </w:r>
      <w:proofErr w:type="spellEnd"/>
    </w:p>
    <w:p w14:paraId="54671BEF" w14:textId="77777777" w:rsidR="005D77C6" w:rsidRDefault="005D77C6" w:rsidP="005D77C6"/>
    <w:p w14:paraId="12A782E2" w14:textId="77777777" w:rsidR="005D77C6" w:rsidRDefault="005D77C6" w:rsidP="005D77C6">
      <w:r>
        <w:t xml:space="preserve">Barreau de </w:t>
      </w:r>
      <w:proofErr w:type="spellStart"/>
      <w:r>
        <w:t>Muğla</w:t>
      </w:r>
      <w:proofErr w:type="spellEnd"/>
    </w:p>
    <w:p w14:paraId="3F54D086" w14:textId="77777777" w:rsidR="005D77C6" w:rsidRDefault="005D77C6" w:rsidP="005D77C6"/>
    <w:p w14:paraId="33D075E7" w14:textId="77777777" w:rsidR="005D77C6" w:rsidRDefault="005D77C6" w:rsidP="005D77C6">
      <w:r>
        <w:t>2463</w:t>
      </w:r>
    </w:p>
    <w:p w14:paraId="5F47F4DC" w14:textId="77777777" w:rsidR="005D77C6" w:rsidRDefault="005D77C6" w:rsidP="005D77C6"/>
    <w:p w14:paraId="668982DF" w14:textId="77777777" w:rsidR="005D77C6" w:rsidRDefault="005D77C6" w:rsidP="005D77C6">
      <w:r>
        <w:t>92</w:t>
      </w:r>
    </w:p>
    <w:p w14:paraId="446E94E1" w14:textId="77777777" w:rsidR="005D77C6" w:rsidRDefault="005D77C6" w:rsidP="005D77C6"/>
    <w:p w14:paraId="61525CD8" w14:textId="77777777" w:rsidR="005D77C6" w:rsidRDefault="005D77C6" w:rsidP="005D77C6">
      <w:r>
        <w:t xml:space="preserve">Me Leyla </w:t>
      </w:r>
      <w:proofErr w:type="spellStart"/>
      <w:r>
        <w:t>Bişen</w:t>
      </w:r>
      <w:proofErr w:type="spellEnd"/>
    </w:p>
    <w:p w14:paraId="2FC0B3E5" w14:textId="77777777" w:rsidR="005D77C6" w:rsidRDefault="005D77C6" w:rsidP="005D77C6"/>
    <w:p w14:paraId="0EC22179" w14:textId="77777777" w:rsidR="005D77C6" w:rsidRDefault="005D77C6" w:rsidP="005D77C6">
      <w:r>
        <w:t xml:space="preserve">Barreau de </w:t>
      </w:r>
      <w:proofErr w:type="spellStart"/>
      <w:r>
        <w:t>Muğla</w:t>
      </w:r>
      <w:proofErr w:type="spellEnd"/>
    </w:p>
    <w:p w14:paraId="488AEB29" w14:textId="77777777" w:rsidR="005D77C6" w:rsidRDefault="005D77C6" w:rsidP="005D77C6"/>
    <w:p w14:paraId="146C5352" w14:textId="77777777" w:rsidR="005D77C6" w:rsidRDefault="005D77C6" w:rsidP="005D77C6">
      <w:r>
        <w:t>611</w:t>
      </w:r>
    </w:p>
    <w:p w14:paraId="1AC538F3" w14:textId="77777777" w:rsidR="005D77C6" w:rsidRDefault="005D77C6" w:rsidP="005D77C6"/>
    <w:p w14:paraId="1B2672AF" w14:textId="77777777" w:rsidR="005D77C6" w:rsidRDefault="005D77C6" w:rsidP="005D77C6">
      <w:r>
        <w:t>93</w:t>
      </w:r>
    </w:p>
    <w:p w14:paraId="2D0A6417" w14:textId="77777777" w:rsidR="005D77C6" w:rsidRDefault="005D77C6" w:rsidP="005D77C6"/>
    <w:p w14:paraId="02AE88E5" w14:textId="77777777" w:rsidR="005D77C6" w:rsidRDefault="005D77C6" w:rsidP="005D77C6">
      <w:r>
        <w:t>Me Bülent Turan</w:t>
      </w:r>
    </w:p>
    <w:p w14:paraId="7CC6780E" w14:textId="77777777" w:rsidR="005D77C6" w:rsidRDefault="005D77C6" w:rsidP="005D77C6"/>
    <w:p w14:paraId="64F89A23" w14:textId="77777777" w:rsidR="005D77C6" w:rsidRDefault="005D77C6" w:rsidP="005D77C6">
      <w:r>
        <w:t>Barreau de Gaziantep</w:t>
      </w:r>
    </w:p>
    <w:p w14:paraId="303E1498" w14:textId="77777777" w:rsidR="005D77C6" w:rsidRDefault="005D77C6" w:rsidP="005D77C6"/>
    <w:p w14:paraId="58A8E9ED" w14:textId="77777777" w:rsidR="005D77C6" w:rsidRDefault="005D77C6" w:rsidP="005D77C6">
      <w:r>
        <w:t>1104</w:t>
      </w:r>
    </w:p>
    <w:p w14:paraId="632319B7" w14:textId="77777777" w:rsidR="005D77C6" w:rsidRDefault="005D77C6" w:rsidP="005D77C6"/>
    <w:p w14:paraId="549E5B8B" w14:textId="77777777" w:rsidR="005D77C6" w:rsidRDefault="005D77C6" w:rsidP="005D77C6">
      <w:r>
        <w:t>94</w:t>
      </w:r>
    </w:p>
    <w:p w14:paraId="5A2ACA12" w14:textId="77777777" w:rsidR="005D77C6" w:rsidRDefault="005D77C6" w:rsidP="005D77C6"/>
    <w:p w14:paraId="369707EE" w14:textId="77777777" w:rsidR="005D77C6" w:rsidRDefault="005D77C6" w:rsidP="005D77C6">
      <w:r>
        <w:t>Me Ayşenur Özdemir</w:t>
      </w:r>
    </w:p>
    <w:p w14:paraId="5B1804CF" w14:textId="77777777" w:rsidR="005D77C6" w:rsidRDefault="005D77C6" w:rsidP="005D77C6"/>
    <w:p w14:paraId="437D60C0" w14:textId="77777777" w:rsidR="005D77C6" w:rsidRDefault="005D77C6" w:rsidP="005D77C6">
      <w:r>
        <w:t xml:space="preserve">Barreau </w:t>
      </w:r>
      <w:proofErr w:type="spellStart"/>
      <w:r>
        <w:t>d’Istanbul</w:t>
      </w:r>
      <w:proofErr w:type="spellEnd"/>
    </w:p>
    <w:p w14:paraId="3BF580A3" w14:textId="77777777" w:rsidR="005D77C6" w:rsidRDefault="005D77C6" w:rsidP="005D77C6"/>
    <w:p w14:paraId="5454D3B7" w14:textId="77777777" w:rsidR="005D77C6" w:rsidRDefault="005D77C6" w:rsidP="005D77C6">
      <w:r>
        <w:t>63066</w:t>
      </w:r>
    </w:p>
    <w:p w14:paraId="554AFFE7" w14:textId="77777777" w:rsidR="005D77C6" w:rsidRDefault="005D77C6" w:rsidP="005D77C6"/>
    <w:p w14:paraId="39481464" w14:textId="77777777" w:rsidR="005D77C6" w:rsidRDefault="005D77C6" w:rsidP="005D77C6">
      <w:r>
        <w:t>95</w:t>
      </w:r>
    </w:p>
    <w:p w14:paraId="1D430125" w14:textId="77777777" w:rsidR="005D77C6" w:rsidRDefault="005D77C6" w:rsidP="005D77C6"/>
    <w:p w14:paraId="2E8FA07D" w14:textId="77777777" w:rsidR="005D77C6" w:rsidRDefault="005D77C6" w:rsidP="005D77C6">
      <w:r>
        <w:t>Me Devrim Avcı</w:t>
      </w:r>
    </w:p>
    <w:p w14:paraId="570CB027" w14:textId="77777777" w:rsidR="005D77C6" w:rsidRDefault="005D77C6" w:rsidP="005D77C6"/>
    <w:p w14:paraId="1CCEB2B8" w14:textId="77777777" w:rsidR="005D77C6" w:rsidRDefault="005D77C6" w:rsidP="005D77C6">
      <w:r>
        <w:t xml:space="preserve">Barreau </w:t>
      </w:r>
      <w:proofErr w:type="spellStart"/>
      <w:r>
        <w:t>d’Istanbul</w:t>
      </w:r>
      <w:proofErr w:type="spellEnd"/>
    </w:p>
    <w:p w14:paraId="40AAFB8F" w14:textId="77777777" w:rsidR="005D77C6" w:rsidRDefault="005D77C6" w:rsidP="005D77C6"/>
    <w:p w14:paraId="7A81780F" w14:textId="77777777" w:rsidR="005D77C6" w:rsidRDefault="005D77C6" w:rsidP="005D77C6">
      <w:r>
        <w:t>23896</w:t>
      </w:r>
    </w:p>
    <w:p w14:paraId="53E7D2DB" w14:textId="77777777" w:rsidR="005D77C6" w:rsidRDefault="005D77C6" w:rsidP="005D77C6"/>
    <w:p w14:paraId="7F90FBB0" w14:textId="77777777" w:rsidR="005D77C6" w:rsidRDefault="005D77C6" w:rsidP="005D77C6">
      <w:r>
        <w:t>96</w:t>
      </w:r>
    </w:p>
    <w:p w14:paraId="781490DC" w14:textId="77777777" w:rsidR="005D77C6" w:rsidRDefault="005D77C6" w:rsidP="005D77C6"/>
    <w:p w14:paraId="480646ED" w14:textId="77777777" w:rsidR="005D77C6" w:rsidRDefault="005D77C6" w:rsidP="005D77C6">
      <w:r>
        <w:t>Me Osman Zeki Erdoğan</w:t>
      </w:r>
    </w:p>
    <w:p w14:paraId="33DBC771" w14:textId="77777777" w:rsidR="005D77C6" w:rsidRDefault="005D77C6" w:rsidP="005D77C6"/>
    <w:p w14:paraId="117F0F9F" w14:textId="77777777" w:rsidR="005D77C6" w:rsidRDefault="005D77C6" w:rsidP="005D77C6">
      <w:r>
        <w:lastRenderedPageBreak/>
        <w:t xml:space="preserve">Barreau </w:t>
      </w:r>
      <w:proofErr w:type="spellStart"/>
      <w:r>
        <w:t>d’Istanbul</w:t>
      </w:r>
      <w:proofErr w:type="spellEnd"/>
    </w:p>
    <w:p w14:paraId="52870ADF" w14:textId="77777777" w:rsidR="005D77C6" w:rsidRDefault="005D77C6" w:rsidP="005D77C6"/>
    <w:p w14:paraId="21B8EB20" w14:textId="77777777" w:rsidR="005D77C6" w:rsidRDefault="005D77C6" w:rsidP="005D77C6">
      <w:r>
        <w:t>30241</w:t>
      </w:r>
    </w:p>
    <w:p w14:paraId="4E20E37F" w14:textId="77777777" w:rsidR="005D77C6" w:rsidRDefault="005D77C6" w:rsidP="005D77C6"/>
    <w:p w14:paraId="5EC453CE" w14:textId="77777777" w:rsidR="005D77C6" w:rsidRDefault="005D77C6" w:rsidP="005D77C6">
      <w:r>
        <w:t>97</w:t>
      </w:r>
    </w:p>
    <w:p w14:paraId="2CCFE96B" w14:textId="77777777" w:rsidR="005D77C6" w:rsidRDefault="005D77C6" w:rsidP="005D77C6"/>
    <w:p w14:paraId="3F3A70B5" w14:textId="77777777" w:rsidR="005D77C6" w:rsidRDefault="005D77C6" w:rsidP="005D77C6">
      <w:r>
        <w:t>Me Heval Yıldız Karasu</w:t>
      </w:r>
    </w:p>
    <w:p w14:paraId="4002AA7E" w14:textId="77777777" w:rsidR="005D77C6" w:rsidRDefault="005D77C6" w:rsidP="005D77C6"/>
    <w:p w14:paraId="41537C57" w14:textId="77777777" w:rsidR="005D77C6" w:rsidRDefault="005D77C6" w:rsidP="005D77C6">
      <w:r>
        <w:t xml:space="preserve">Barreau </w:t>
      </w:r>
      <w:proofErr w:type="spellStart"/>
      <w:r>
        <w:t>d’Eskişehir</w:t>
      </w:r>
      <w:proofErr w:type="spellEnd"/>
    </w:p>
    <w:p w14:paraId="3AD5E3E8" w14:textId="77777777" w:rsidR="005D77C6" w:rsidRDefault="005D77C6" w:rsidP="005D77C6"/>
    <w:p w14:paraId="3A950E01" w14:textId="77777777" w:rsidR="005D77C6" w:rsidRDefault="005D77C6" w:rsidP="005D77C6">
      <w:r>
        <w:t>10919</w:t>
      </w:r>
    </w:p>
    <w:p w14:paraId="03470439" w14:textId="77777777" w:rsidR="005D77C6" w:rsidRDefault="005D77C6" w:rsidP="005D77C6"/>
    <w:p w14:paraId="5679B99A" w14:textId="77777777" w:rsidR="005D77C6" w:rsidRDefault="005D77C6" w:rsidP="005D77C6">
      <w:r>
        <w:t>98</w:t>
      </w:r>
    </w:p>
    <w:p w14:paraId="16D219F3" w14:textId="77777777" w:rsidR="005D77C6" w:rsidRDefault="005D77C6" w:rsidP="005D77C6"/>
    <w:p w14:paraId="153A30F5" w14:textId="77777777" w:rsidR="005D77C6" w:rsidRDefault="005D77C6" w:rsidP="005D77C6">
      <w:r>
        <w:t xml:space="preserve">Me Aziz </w:t>
      </w:r>
      <w:proofErr w:type="spellStart"/>
      <w:r>
        <w:t>Sançar</w:t>
      </w:r>
      <w:proofErr w:type="spellEnd"/>
      <w:r>
        <w:t xml:space="preserve"> Dalman</w:t>
      </w:r>
    </w:p>
    <w:p w14:paraId="7474EAE3" w14:textId="77777777" w:rsidR="005D77C6" w:rsidRDefault="005D77C6" w:rsidP="005D77C6"/>
    <w:p w14:paraId="4463F608" w14:textId="77777777" w:rsidR="005D77C6" w:rsidRDefault="005D77C6" w:rsidP="005D77C6">
      <w:r>
        <w:t>Barreau de Sakarya</w:t>
      </w:r>
    </w:p>
    <w:p w14:paraId="49E27C94" w14:textId="77777777" w:rsidR="005D77C6" w:rsidRDefault="005D77C6" w:rsidP="005D77C6"/>
    <w:p w14:paraId="10D21448" w14:textId="77777777" w:rsidR="005D77C6" w:rsidRDefault="005D77C6" w:rsidP="005D77C6">
      <w:r>
        <w:t>1352</w:t>
      </w:r>
    </w:p>
    <w:p w14:paraId="6660D1D1" w14:textId="77777777" w:rsidR="005D77C6" w:rsidRDefault="005D77C6" w:rsidP="005D77C6"/>
    <w:p w14:paraId="2B5E1997" w14:textId="77777777" w:rsidR="005D77C6" w:rsidRDefault="005D77C6" w:rsidP="005D77C6">
      <w:r>
        <w:t>99</w:t>
      </w:r>
    </w:p>
    <w:p w14:paraId="54088774" w14:textId="77777777" w:rsidR="005D77C6" w:rsidRDefault="005D77C6" w:rsidP="005D77C6"/>
    <w:p w14:paraId="66413F8F" w14:textId="77777777" w:rsidR="005D77C6" w:rsidRDefault="005D77C6" w:rsidP="005D77C6">
      <w:r>
        <w:t>Me Tora Pekin</w:t>
      </w:r>
    </w:p>
    <w:p w14:paraId="703049A8" w14:textId="77777777" w:rsidR="005D77C6" w:rsidRDefault="005D77C6" w:rsidP="005D77C6"/>
    <w:p w14:paraId="0786A3C7" w14:textId="77777777" w:rsidR="005D77C6" w:rsidRDefault="005D77C6" w:rsidP="005D77C6">
      <w:r>
        <w:t xml:space="preserve">Barreau </w:t>
      </w:r>
      <w:proofErr w:type="spellStart"/>
      <w:r>
        <w:t>d’Istanbul</w:t>
      </w:r>
      <w:proofErr w:type="spellEnd"/>
    </w:p>
    <w:p w14:paraId="5345B294" w14:textId="77777777" w:rsidR="005D77C6" w:rsidRDefault="005D77C6" w:rsidP="005D77C6"/>
    <w:p w14:paraId="33E0B4D4" w14:textId="77777777" w:rsidR="005D77C6" w:rsidRDefault="005D77C6" w:rsidP="005D77C6">
      <w:r>
        <w:t>21096</w:t>
      </w:r>
    </w:p>
    <w:p w14:paraId="4E85F36B" w14:textId="77777777" w:rsidR="005D77C6" w:rsidRDefault="005D77C6" w:rsidP="005D77C6"/>
    <w:p w14:paraId="03D837E0" w14:textId="77777777" w:rsidR="005D77C6" w:rsidRDefault="005D77C6" w:rsidP="005D77C6">
      <w:r>
        <w:t>100</w:t>
      </w:r>
    </w:p>
    <w:p w14:paraId="18E44459" w14:textId="77777777" w:rsidR="005D77C6" w:rsidRDefault="005D77C6" w:rsidP="005D77C6"/>
    <w:p w14:paraId="081ED81D" w14:textId="77777777" w:rsidR="005D77C6" w:rsidRDefault="005D77C6" w:rsidP="005D77C6">
      <w:r>
        <w:t xml:space="preserve">Me </w:t>
      </w:r>
      <w:proofErr w:type="spellStart"/>
      <w:r>
        <w:t>Münip</w:t>
      </w:r>
      <w:proofErr w:type="spellEnd"/>
      <w:r>
        <w:t xml:space="preserve"> </w:t>
      </w:r>
      <w:proofErr w:type="spellStart"/>
      <w:r>
        <w:t>Eremiş</w:t>
      </w:r>
      <w:proofErr w:type="spellEnd"/>
    </w:p>
    <w:p w14:paraId="2255727B" w14:textId="77777777" w:rsidR="005D77C6" w:rsidRDefault="005D77C6" w:rsidP="005D77C6"/>
    <w:p w14:paraId="43159706" w14:textId="77777777" w:rsidR="005D77C6" w:rsidRDefault="005D77C6" w:rsidP="005D77C6">
      <w:r>
        <w:t xml:space="preserve">Barreau </w:t>
      </w:r>
      <w:proofErr w:type="spellStart"/>
      <w:r>
        <w:t>d’Antalya</w:t>
      </w:r>
      <w:proofErr w:type="spellEnd"/>
    </w:p>
    <w:p w14:paraId="2E4F9FD1" w14:textId="77777777" w:rsidR="005D77C6" w:rsidRDefault="005D77C6" w:rsidP="005D77C6"/>
    <w:p w14:paraId="3FB2D836" w14:textId="77777777" w:rsidR="005D77C6" w:rsidRDefault="005D77C6" w:rsidP="005D77C6">
      <w:r>
        <w:t>848</w:t>
      </w:r>
    </w:p>
    <w:p w14:paraId="4B1D6DCD" w14:textId="77777777" w:rsidR="005D77C6" w:rsidRDefault="005D77C6" w:rsidP="005D77C6"/>
    <w:p w14:paraId="430A37AD" w14:textId="77777777" w:rsidR="005D77C6" w:rsidRDefault="005D77C6" w:rsidP="005D77C6">
      <w:r>
        <w:t>101</w:t>
      </w:r>
    </w:p>
    <w:p w14:paraId="7A06B864" w14:textId="77777777" w:rsidR="005D77C6" w:rsidRDefault="005D77C6" w:rsidP="005D77C6"/>
    <w:p w14:paraId="6EDCDEA5" w14:textId="77777777" w:rsidR="005D77C6" w:rsidRDefault="005D77C6" w:rsidP="005D77C6">
      <w:r>
        <w:t>Me Ahmet Melik Derindere</w:t>
      </w:r>
    </w:p>
    <w:p w14:paraId="2A5645C5" w14:textId="77777777" w:rsidR="005D77C6" w:rsidRDefault="005D77C6" w:rsidP="005D77C6"/>
    <w:p w14:paraId="4ABF6AB6" w14:textId="77777777" w:rsidR="005D77C6" w:rsidRDefault="005D77C6" w:rsidP="005D77C6">
      <w:r>
        <w:t xml:space="preserve">Barreau </w:t>
      </w:r>
      <w:proofErr w:type="spellStart"/>
      <w:r>
        <w:t>d’Amasya</w:t>
      </w:r>
      <w:proofErr w:type="spellEnd"/>
    </w:p>
    <w:p w14:paraId="2C6DA149" w14:textId="77777777" w:rsidR="005D77C6" w:rsidRDefault="005D77C6" w:rsidP="005D77C6"/>
    <w:p w14:paraId="04D126D8" w14:textId="77777777" w:rsidR="005D77C6" w:rsidRDefault="005D77C6" w:rsidP="005D77C6">
      <w:r>
        <w:t>127</w:t>
      </w:r>
    </w:p>
    <w:p w14:paraId="66CBDE38" w14:textId="77777777" w:rsidR="005D77C6" w:rsidRDefault="005D77C6" w:rsidP="005D77C6"/>
    <w:p w14:paraId="3618FB90" w14:textId="77777777" w:rsidR="005D77C6" w:rsidRDefault="005D77C6" w:rsidP="005D77C6">
      <w:r>
        <w:lastRenderedPageBreak/>
        <w:t>102</w:t>
      </w:r>
    </w:p>
    <w:p w14:paraId="77778865" w14:textId="77777777" w:rsidR="005D77C6" w:rsidRDefault="005D77C6" w:rsidP="005D77C6"/>
    <w:p w14:paraId="3FB876AA" w14:textId="77777777" w:rsidR="005D77C6" w:rsidRDefault="005D77C6" w:rsidP="005D77C6">
      <w:r>
        <w:t>Me Azade Ay</w:t>
      </w:r>
    </w:p>
    <w:p w14:paraId="22AD27DC" w14:textId="77777777" w:rsidR="005D77C6" w:rsidRDefault="005D77C6" w:rsidP="005D77C6"/>
    <w:p w14:paraId="67DEDD10" w14:textId="77777777" w:rsidR="005D77C6" w:rsidRDefault="005D77C6" w:rsidP="005D77C6">
      <w:r>
        <w:t xml:space="preserve">Barreau de </w:t>
      </w:r>
      <w:proofErr w:type="spellStart"/>
      <w:r>
        <w:t>Düzce</w:t>
      </w:r>
      <w:proofErr w:type="spellEnd"/>
    </w:p>
    <w:p w14:paraId="6BD3AD37" w14:textId="77777777" w:rsidR="005D77C6" w:rsidRDefault="005D77C6" w:rsidP="005D77C6"/>
    <w:p w14:paraId="32A9013B" w14:textId="77777777" w:rsidR="005D77C6" w:rsidRDefault="005D77C6" w:rsidP="005D77C6">
      <w:r>
        <w:t>47</w:t>
      </w:r>
    </w:p>
    <w:p w14:paraId="18A0FDCB" w14:textId="77777777" w:rsidR="005D77C6" w:rsidRDefault="005D77C6" w:rsidP="005D77C6"/>
    <w:p w14:paraId="7335018D" w14:textId="77777777" w:rsidR="005D77C6" w:rsidRDefault="005D77C6" w:rsidP="005D77C6">
      <w:r>
        <w:t>103</w:t>
      </w:r>
    </w:p>
    <w:p w14:paraId="53896FE3" w14:textId="77777777" w:rsidR="005D77C6" w:rsidRDefault="005D77C6" w:rsidP="005D77C6"/>
    <w:p w14:paraId="5A96466F" w14:textId="77777777" w:rsidR="005D77C6" w:rsidRDefault="005D77C6" w:rsidP="005D77C6">
      <w:r>
        <w:t xml:space="preserve">Me </w:t>
      </w:r>
      <w:proofErr w:type="spellStart"/>
      <w:r>
        <w:t>Rıza</w:t>
      </w:r>
      <w:proofErr w:type="spellEnd"/>
      <w:r>
        <w:t xml:space="preserve"> Koçak</w:t>
      </w:r>
    </w:p>
    <w:p w14:paraId="5218EA89" w14:textId="77777777" w:rsidR="005D77C6" w:rsidRDefault="005D77C6" w:rsidP="005D77C6"/>
    <w:p w14:paraId="20EA7E49" w14:textId="77777777" w:rsidR="005D77C6" w:rsidRDefault="005D77C6" w:rsidP="005D77C6">
      <w:r>
        <w:t xml:space="preserve">Barreau </w:t>
      </w:r>
      <w:proofErr w:type="spellStart"/>
      <w:r>
        <w:t>d’Istanbul</w:t>
      </w:r>
      <w:proofErr w:type="spellEnd"/>
    </w:p>
    <w:p w14:paraId="5EFB7B4D" w14:textId="77777777" w:rsidR="005D77C6" w:rsidRDefault="005D77C6" w:rsidP="005D77C6"/>
    <w:p w14:paraId="70B62F6E" w14:textId="77777777" w:rsidR="005D77C6" w:rsidRDefault="005D77C6" w:rsidP="005D77C6">
      <w:r>
        <w:t>24641</w:t>
      </w:r>
    </w:p>
    <w:p w14:paraId="184695D6" w14:textId="77777777" w:rsidR="005D77C6" w:rsidRDefault="005D77C6" w:rsidP="005D77C6"/>
    <w:p w14:paraId="66EEE46B" w14:textId="77777777" w:rsidR="005D77C6" w:rsidRDefault="005D77C6" w:rsidP="005D77C6">
      <w:r>
        <w:t>104</w:t>
      </w:r>
    </w:p>
    <w:p w14:paraId="75BDC71E" w14:textId="77777777" w:rsidR="005D77C6" w:rsidRDefault="005D77C6" w:rsidP="005D77C6"/>
    <w:p w14:paraId="0C8CB978" w14:textId="77777777" w:rsidR="005D77C6" w:rsidRDefault="005D77C6" w:rsidP="005D77C6">
      <w:r>
        <w:t>Me Ahmet Dindar</w:t>
      </w:r>
    </w:p>
    <w:p w14:paraId="0DB3F5E8" w14:textId="77777777" w:rsidR="005D77C6" w:rsidRDefault="005D77C6" w:rsidP="005D77C6"/>
    <w:p w14:paraId="4BED796E" w14:textId="77777777" w:rsidR="005D77C6" w:rsidRDefault="005D77C6" w:rsidP="005D77C6">
      <w:r>
        <w:t xml:space="preserve">Barreau </w:t>
      </w:r>
      <w:proofErr w:type="spellStart"/>
      <w:r>
        <w:t>d’Istanbul</w:t>
      </w:r>
      <w:proofErr w:type="spellEnd"/>
    </w:p>
    <w:p w14:paraId="70585AFB" w14:textId="77777777" w:rsidR="005D77C6" w:rsidRDefault="005D77C6" w:rsidP="005D77C6"/>
    <w:p w14:paraId="08A75037" w14:textId="77777777" w:rsidR="005D77C6" w:rsidRDefault="005D77C6" w:rsidP="005D77C6">
      <w:r>
        <w:t>14588</w:t>
      </w:r>
    </w:p>
    <w:p w14:paraId="15BCF95E" w14:textId="77777777" w:rsidR="005D77C6" w:rsidRDefault="005D77C6" w:rsidP="005D77C6"/>
    <w:p w14:paraId="0DB74525" w14:textId="77777777" w:rsidR="005D77C6" w:rsidRDefault="005D77C6" w:rsidP="005D77C6">
      <w:r>
        <w:t>105</w:t>
      </w:r>
    </w:p>
    <w:p w14:paraId="4AE4668C" w14:textId="77777777" w:rsidR="005D77C6" w:rsidRDefault="005D77C6" w:rsidP="005D77C6"/>
    <w:p w14:paraId="373ED4FD" w14:textId="77777777" w:rsidR="005D77C6" w:rsidRDefault="005D77C6" w:rsidP="005D77C6">
      <w:r>
        <w:t>Me Funda Ekin</w:t>
      </w:r>
    </w:p>
    <w:p w14:paraId="007DB65F" w14:textId="77777777" w:rsidR="005D77C6" w:rsidRDefault="005D77C6" w:rsidP="005D77C6"/>
    <w:p w14:paraId="71CA006C" w14:textId="77777777" w:rsidR="005D77C6" w:rsidRDefault="005D77C6" w:rsidP="005D77C6">
      <w:r>
        <w:t xml:space="preserve">Barreau </w:t>
      </w:r>
      <w:proofErr w:type="spellStart"/>
      <w:r>
        <w:t>d’Istanbul</w:t>
      </w:r>
      <w:proofErr w:type="spellEnd"/>
    </w:p>
    <w:p w14:paraId="6D7F2BFD" w14:textId="77777777" w:rsidR="005D77C6" w:rsidRDefault="005D77C6" w:rsidP="005D77C6"/>
    <w:p w14:paraId="42C77EEC" w14:textId="77777777" w:rsidR="005D77C6" w:rsidRDefault="005D77C6" w:rsidP="005D77C6">
      <w:r>
        <w:t>30225</w:t>
      </w:r>
    </w:p>
    <w:p w14:paraId="7A5D00DE" w14:textId="77777777" w:rsidR="005D77C6" w:rsidRDefault="005D77C6" w:rsidP="005D77C6"/>
    <w:p w14:paraId="5CF73C62" w14:textId="77777777" w:rsidR="005D77C6" w:rsidRDefault="005D77C6" w:rsidP="005D77C6">
      <w:r>
        <w:t>106</w:t>
      </w:r>
    </w:p>
    <w:p w14:paraId="13D45FA2" w14:textId="77777777" w:rsidR="005D77C6" w:rsidRDefault="005D77C6" w:rsidP="005D77C6"/>
    <w:p w14:paraId="55659022" w14:textId="77777777" w:rsidR="005D77C6" w:rsidRDefault="005D77C6" w:rsidP="005D77C6">
      <w:r>
        <w:t xml:space="preserve">Me Asuman </w:t>
      </w:r>
      <w:proofErr w:type="spellStart"/>
      <w:r>
        <w:t>Gülsün</w:t>
      </w:r>
      <w:proofErr w:type="spellEnd"/>
      <w:r>
        <w:t xml:space="preserve"> Sop</w:t>
      </w:r>
    </w:p>
    <w:p w14:paraId="345750BA" w14:textId="77777777" w:rsidR="005D77C6" w:rsidRDefault="005D77C6" w:rsidP="005D77C6"/>
    <w:p w14:paraId="14C0CA63" w14:textId="77777777" w:rsidR="005D77C6" w:rsidRDefault="005D77C6" w:rsidP="005D77C6">
      <w:r>
        <w:t xml:space="preserve">Barreau </w:t>
      </w:r>
      <w:proofErr w:type="spellStart"/>
      <w:r>
        <w:t>d’Istanbul</w:t>
      </w:r>
      <w:proofErr w:type="spellEnd"/>
    </w:p>
    <w:p w14:paraId="4320F123" w14:textId="77777777" w:rsidR="005D77C6" w:rsidRDefault="005D77C6" w:rsidP="005D77C6"/>
    <w:p w14:paraId="61CF95E4" w14:textId="77777777" w:rsidR="005D77C6" w:rsidRDefault="005D77C6" w:rsidP="005D77C6">
      <w:r>
        <w:t>16570</w:t>
      </w:r>
    </w:p>
    <w:p w14:paraId="73B64549" w14:textId="77777777" w:rsidR="005D77C6" w:rsidRDefault="005D77C6" w:rsidP="005D77C6"/>
    <w:p w14:paraId="328CEC38" w14:textId="77777777" w:rsidR="005D77C6" w:rsidRDefault="005D77C6" w:rsidP="005D77C6">
      <w:r>
        <w:t>107</w:t>
      </w:r>
    </w:p>
    <w:p w14:paraId="634EECFE" w14:textId="77777777" w:rsidR="005D77C6" w:rsidRDefault="005D77C6" w:rsidP="005D77C6"/>
    <w:p w14:paraId="65E6C581" w14:textId="77777777" w:rsidR="005D77C6" w:rsidRDefault="005D77C6" w:rsidP="005D77C6">
      <w:r>
        <w:t>Me Mustafa Kemal Güngör</w:t>
      </w:r>
    </w:p>
    <w:p w14:paraId="6133E205" w14:textId="77777777" w:rsidR="005D77C6" w:rsidRDefault="005D77C6" w:rsidP="005D77C6"/>
    <w:p w14:paraId="1E72B2D5" w14:textId="77777777" w:rsidR="005D77C6" w:rsidRDefault="005D77C6" w:rsidP="005D77C6">
      <w:r>
        <w:lastRenderedPageBreak/>
        <w:t xml:space="preserve">Barreau </w:t>
      </w:r>
      <w:proofErr w:type="spellStart"/>
      <w:r>
        <w:t>d’Istanbul</w:t>
      </w:r>
      <w:proofErr w:type="spellEnd"/>
    </w:p>
    <w:p w14:paraId="31436720" w14:textId="77777777" w:rsidR="005D77C6" w:rsidRDefault="005D77C6" w:rsidP="005D77C6"/>
    <w:p w14:paraId="01D816FD" w14:textId="77777777" w:rsidR="005D77C6" w:rsidRDefault="005D77C6" w:rsidP="005D77C6">
      <w:r>
        <w:t>13832</w:t>
      </w:r>
    </w:p>
    <w:p w14:paraId="59F68BA6" w14:textId="77777777" w:rsidR="005D77C6" w:rsidRDefault="005D77C6" w:rsidP="005D77C6"/>
    <w:p w14:paraId="625851CC" w14:textId="77777777" w:rsidR="005D77C6" w:rsidRDefault="005D77C6" w:rsidP="005D77C6">
      <w:r>
        <w:t>108</w:t>
      </w:r>
    </w:p>
    <w:p w14:paraId="7146DE91" w14:textId="77777777" w:rsidR="005D77C6" w:rsidRDefault="005D77C6" w:rsidP="005D77C6"/>
    <w:p w14:paraId="46D54A40" w14:textId="77777777" w:rsidR="005D77C6" w:rsidRDefault="005D77C6" w:rsidP="005D77C6">
      <w:r>
        <w:t>Me Ahmet Kemal Kumkumoğlu</w:t>
      </w:r>
    </w:p>
    <w:p w14:paraId="7F8E508A" w14:textId="77777777" w:rsidR="005D77C6" w:rsidRDefault="005D77C6" w:rsidP="005D77C6"/>
    <w:p w14:paraId="11B4AF6D" w14:textId="77777777" w:rsidR="005D77C6" w:rsidRDefault="005D77C6" w:rsidP="005D77C6">
      <w:r>
        <w:t xml:space="preserve">Barreau </w:t>
      </w:r>
      <w:proofErr w:type="spellStart"/>
      <w:r>
        <w:t>d’Istanbul</w:t>
      </w:r>
      <w:proofErr w:type="spellEnd"/>
    </w:p>
    <w:p w14:paraId="5BBAB4A6" w14:textId="77777777" w:rsidR="005D77C6" w:rsidRDefault="005D77C6" w:rsidP="005D77C6"/>
    <w:p w14:paraId="24B12C28" w14:textId="77777777" w:rsidR="005D77C6" w:rsidRDefault="005D77C6" w:rsidP="005D77C6">
      <w:r>
        <w:t>45993</w:t>
      </w:r>
    </w:p>
    <w:p w14:paraId="3BF7CAEE" w14:textId="77777777" w:rsidR="005D77C6" w:rsidRDefault="005D77C6" w:rsidP="005D77C6"/>
    <w:p w14:paraId="2C30E27B" w14:textId="77777777" w:rsidR="005D77C6" w:rsidRDefault="005D77C6" w:rsidP="005D77C6">
      <w:r>
        <w:t>109</w:t>
      </w:r>
    </w:p>
    <w:p w14:paraId="6A6D503D" w14:textId="77777777" w:rsidR="005D77C6" w:rsidRDefault="005D77C6" w:rsidP="005D77C6"/>
    <w:p w14:paraId="7EAC1FE7" w14:textId="77777777" w:rsidR="005D77C6" w:rsidRDefault="005D77C6" w:rsidP="005D77C6">
      <w:r>
        <w:t xml:space="preserve">Me </w:t>
      </w:r>
      <w:proofErr w:type="spellStart"/>
      <w:r>
        <w:t>Fethiye</w:t>
      </w:r>
      <w:proofErr w:type="spellEnd"/>
      <w:r>
        <w:t xml:space="preserve"> Çetin</w:t>
      </w:r>
    </w:p>
    <w:p w14:paraId="2C50E8C4" w14:textId="77777777" w:rsidR="005D77C6" w:rsidRDefault="005D77C6" w:rsidP="005D77C6"/>
    <w:p w14:paraId="36FE66D1" w14:textId="77777777" w:rsidR="005D77C6" w:rsidRDefault="005D77C6" w:rsidP="005D77C6">
      <w:r>
        <w:t xml:space="preserve">Barreau </w:t>
      </w:r>
      <w:proofErr w:type="spellStart"/>
      <w:r>
        <w:t>d’Istanbul</w:t>
      </w:r>
      <w:proofErr w:type="spellEnd"/>
    </w:p>
    <w:p w14:paraId="58BB41EE" w14:textId="77777777" w:rsidR="005D77C6" w:rsidRDefault="005D77C6" w:rsidP="005D77C6"/>
    <w:p w14:paraId="22DD37C8" w14:textId="77777777" w:rsidR="005D77C6" w:rsidRDefault="005D77C6" w:rsidP="005D77C6">
      <w:r>
        <w:t>16111</w:t>
      </w:r>
    </w:p>
    <w:p w14:paraId="1BB1B1D9" w14:textId="77777777" w:rsidR="005D77C6" w:rsidRDefault="005D77C6" w:rsidP="005D77C6"/>
    <w:p w14:paraId="0B00A289" w14:textId="77777777" w:rsidR="005D77C6" w:rsidRDefault="005D77C6" w:rsidP="005D77C6">
      <w:r>
        <w:t>110</w:t>
      </w:r>
    </w:p>
    <w:p w14:paraId="326806EF" w14:textId="77777777" w:rsidR="005D77C6" w:rsidRDefault="005D77C6" w:rsidP="005D77C6"/>
    <w:p w14:paraId="5BDEDC42" w14:textId="77777777" w:rsidR="005D77C6" w:rsidRDefault="005D77C6" w:rsidP="005D77C6">
      <w:r>
        <w:t>Me Mert Öztürk</w:t>
      </w:r>
    </w:p>
    <w:p w14:paraId="0FB4BD3A" w14:textId="77777777" w:rsidR="005D77C6" w:rsidRDefault="005D77C6" w:rsidP="005D77C6"/>
    <w:p w14:paraId="23CC071B" w14:textId="77777777" w:rsidR="005D77C6" w:rsidRDefault="005D77C6" w:rsidP="005D77C6">
      <w:r>
        <w:t xml:space="preserve">Barreau </w:t>
      </w:r>
      <w:proofErr w:type="spellStart"/>
      <w:r>
        <w:t>d’Istanbul</w:t>
      </w:r>
      <w:proofErr w:type="spellEnd"/>
    </w:p>
    <w:p w14:paraId="653950A7" w14:textId="77777777" w:rsidR="005D77C6" w:rsidRDefault="005D77C6" w:rsidP="005D77C6"/>
    <w:p w14:paraId="62D7F932" w14:textId="77777777" w:rsidR="005D77C6" w:rsidRDefault="005D77C6" w:rsidP="005D77C6">
      <w:r>
        <w:t>73953</w:t>
      </w:r>
    </w:p>
    <w:p w14:paraId="127FEDE6" w14:textId="77777777" w:rsidR="005D77C6" w:rsidRDefault="005D77C6" w:rsidP="005D77C6"/>
    <w:p w14:paraId="50D65843" w14:textId="77777777" w:rsidR="005D77C6" w:rsidRDefault="005D77C6" w:rsidP="005D77C6">
      <w:r>
        <w:t>111</w:t>
      </w:r>
    </w:p>
    <w:p w14:paraId="4A04D5A9" w14:textId="77777777" w:rsidR="005D77C6" w:rsidRDefault="005D77C6" w:rsidP="005D77C6"/>
    <w:p w14:paraId="36858DA3" w14:textId="77777777" w:rsidR="005D77C6" w:rsidRDefault="005D77C6" w:rsidP="005D77C6">
      <w:r>
        <w:t>Me İsa Öztürk</w:t>
      </w:r>
    </w:p>
    <w:p w14:paraId="3C976681" w14:textId="77777777" w:rsidR="005D77C6" w:rsidRDefault="005D77C6" w:rsidP="005D77C6"/>
    <w:p w14:paraId="174436DC" w14:textId="77777777" w:rsidR="005D77C6" w:rsidRDefault="005D77C6" w:rsidP="005D77C6">
      <w:r>
        <w:t xml:space="preserve">Barreau </w:t>
      </w:r>
      <w:proofErr w:type="spellStart"/>
      <w:r>
        <w:t>d’Istanbul</w:t>
      </w:r>
      <w:proofErr w:type="spellEnd"/>
    </w:p>
    <w:p w14:paraId="2EF96127" w14:textId="77777777" w:rsidR="005D77C6" w:rsidRDefault="005D77C6" w:rsidP="005D77C6"/>
    <w:p w14:paraId="3010D6BB" w14:textId="77777777" w:rsidR="005D77C6" w:rsidRDefault="005D77C6" w:rsidP="005D77C6">
      <w:r>
        <w:t>18392</w:t>
      </w:r>
    </w:p>
    <w:p w14:paraId="110A9B4E" w14:textId="77777777" w:rsidR="005D77C6" w:rsidRDefault="005D77C6" w:rsidP="005D77C6"/>
    <w:p w14:paraId="5EF4AADE" w14:textId="77777777" w:rsidR="005D77C6" w:rsidRDefault="005D77C6" w:rsidP="005D77C6">
      <w:r>
        <w:t>112</w:t>
      </w:r>
    </w:p>
    <w:p w14:paraId="6B4BF4F1" w14:textId="77777777" w:rsidR="005D77C6" w:rsidRDefault="005D77C6" w:rsidP="005D77C6"/>
    <w:p w14:paraId="5C00A9C6" w14:textId="77777777" w:rsidR="005D77C6" w:rsidRDefault="005D77C6" w:rsidP="005D77C6">
      <w:r>
        <w:t>Me Güney Ünsal</w:t>
      </w:r>
    </w:p>
    <w:p w14:paraId="207E043F" w14:textId="77777777" w:rsidR="005D77C6" w:rsidRDefault="005D77C6" w:rsidP="005D77C6"/>
    <w:p w14:paraId="1D75AD45" w14:textId="77777777" w:rsidR="005D77C6" w:rsidRDefault="005D77C6" w:rsidP="005D77C6">
      <w:r>
        <w:t xml:space="preserve">Barreau </w:t>
      </w:r>
      <w:proofErr w:type="spellStart"/>
      <w:r>
        <w:t>d’Istanbul</w:t>
      </w:r>
      <w:proofErr w:type="spellEnd"/>
    </w:p>
    <w:p w14:paraId="4684F560" w14:textId="77777777" w:rsidR="005D77C6" w:rsidRDefault="005D77C6" w:rsidP="005D77C6"/>
    <w:p w14:paraId="75C63E63" w14:textId="77777777" w:rsidR="005D77C6" w:rsidRDefault="005D77C6" w:rsidP="005D77C6">
      <w:r>
        <w:t>22808</w:t>
      </w:r>
    </w:p>
    <w:p w14:paraId="515445FD" w14:textId="77777777" w:rsidR="005D77C6" w:rsidRDefault="005D77C6" w:rsidP="005D77C6"/>
    <w:p w14:paraId="290DD5A6" w14:textId="77777777" w:rsidR="005D77C6" w:rsidRDefault="005D77C6" w:rsidP="005D77C6">
      <w:r>
        <w:lastRenderedPageBreak/>
        <w:t>113</w:t>
      </w:r>
    </w:p>
    <w:p w14:paraId="12CA19DF" w14:textId="77777777" w:rsidR="005D77C6" w:rsidRDefault="005D77C6" w:rsidP="005D77C6"/>
    <w:p w14:paraId="6E4F4E4F" w14:textId="77777777" w:rsidR="005D77C6" w:rsidRDefault="005D77C6" w:rsidP="005D77C6">
      <w:r>
        <w:t xml:space="preserve">Me Oğuz Uğur </w:t>
      </w:r>
      <w:proofErr w:type="spellStart"/>
      <w:r>
        <w:t>Olca</w:t>
      </w:r>
      <w:proofErr w:type="spellEnd"/>
    </w:p>
    <w:p w14:paraId="737C25C8" w14:textId="77777777" w:rsidR="005D77C6" w:rsidRDefault="005D77C6" w:rsidP="005D77C6"/>
    <w:p w14:paraId="7CC257DF" w14:textId="77777777" w:rsidR="005D77C6" w:rsidRDefault="005D77C6" w:rsidP="005D77C6">
      <w:r>
        <w:t xml:space="preserve">Barreau </w:t>
      </w:r>
      <w:proofErr w:type="spellStart"/>
      <w:r>
        <w:t>d’Istanbul</w:t>
      </w:r>
      <w:proofErr w:type="spellEnd"/>
    </w:p>
    <w:p w14:paraId="46B20DB5" w14:textId="77777777" w:rsidR="005D77C6" w:rsidRDefault="005D77C6" w:rsidP="005D77C6"/>
    <w:p w14:paraId="37C4B0CC" w14:textId="77777777" w:rsidR="005D77C6" w:rsidRDefault="005D77C6" w:rsidP="005D77C6">
      <w:r>
        <w:t xml:space="preserve">Non </w:t>
      </w:r>
      <w:proofErr w:type="spellStart"/>
      <w:r>
        <w:t>indiqué</w:t>
      </w:r>
      <w:proofErr w:type="spellEnd"/>
    </w:p>
    <w:p w14:paraId="0FBF45FF" w14:textId="77777777" w:rsidR="005D77C6" w:rsidRDefault="005D77C6" w:rsidP="005D77C6"/>
    <w:p w14:paraId="37ED10D8" w14:textId="77777777" w:rsidR="005D77C6" w:rsidRDefault="005D77C6" w:rsidP="005D77C6">
      <w:r>
        <w:t>114</w:t>
      </w:r>
    </w:p>
    <w:p w14:paraId="1CABF3B4" w14:textId="77777777" w:rsidR="005D77C6" w:rsidRDefault="005D77C6" w:rsidP="005D77C6"/>
    <w:p w14:paraId="0BB113F0" w14:textId="77777777" w:rsidR="005D77C6" w:rsidRDefault="005D77C6" w:rsidP="005D77C6">
      <w:r>
        <w:t>Me Güler Güney</w:t>
      </w:r>
    </w:p>
    <w:p w14:paraId="2356A5F9" w14:textId="77777777" w:rsidR="005D77C6" w:rsidRDefault="005D77C6" w:rsidP="005D77C6"/>
    <w:p w14:paraId="4E29F562" w14:textId="77777777" w:rsidR="005D77C6" w:rsidRDefault="005D77C6" w:rsidP="005D77C6">
      <w:r>
        <w:t xml:space="preserve">Barreau </w:t>
      </w:r>
      <w:proofErr w:type="spellStart"/>
      <w:r>
        <w:t>d’Istanbul</w:t>
      </w:r>
      <w:proofErr w:type="spellEnd"/>
    </w:p>
    <w:p w14:paraId="3AB785B9" w14:textId="77777777" w:rsidR="005D77C6" w:rsidRDefault="005D77C6" w:rsidP="005D77C6"/>
    <w:p w14:paraId="2D91CADF" w14:textId="77777777" w:rsidR="005D77C6" w:rsidRDefault="005D77C6" w:rsidP="005D77C6">
      <w:r>
        <w:t>22808</w:t>
      </w:r>
    </w:p>
    <w:p w14:paraId="4D209D7C" w14:textId="77777777" w:rsidR="005D77C6" w:rsidRDefault="005D77C6" w:rsidP="005D77C6"/>
    <w:p w14:paraId="77467B08" w14:textId="77777777" w:rsidR="005D77C6" w:rsidRDefault="005D77C6" w:rsidP="005D77C6">
      <w:r>
        <w:t>115</w:t>
      </w:r>
    </w:p>
    <w:p w14:paraId="65EACBB4" w14:textId="77777777" w:rsidR="005D77C6" w:rsidRDefault="005D77C6" w:rsidP="005D77C6"/>
    <w:p w14:paraId="7B95A482" w14:textId="77777777" w:rsidR="005D77C6" w:rsidRDefault="005D77C6" w:rsidP="005D77C6">
      <w:r>
        <w:t xml:space="preserve">Me Fatma </w:t>
      </w:r>
      <w:proofErr w:type="spellStart"/>
      <w:r>
        <w:t>Hoşgör</w:t>
      </w:r>
      <w:proofErr w:type="spellEnd"/>
      <w:r>
        <w:t xml:space="preserve"> </w:t>
      </w:r>
      <w:proofErr w:type="spellStart"/>
      <w:r>
        <w:t>Tekeşin</w:t>
      </w:r>
      <w:proofErr w:type="spellEnd"/>
    </w:p>
    <w:p w14:paraId="36D5138D" w14:textId="77777777" w:rsidR="005D77C6" w:rsidRDefault="005D77C6" w:rsidP="005D77C6"/>
    <w:p w14:paraId="275BD9AC" w14:textId="77777777" w:rsidR="005D77C6" w:rsidRDefault="005D77C6" w:rsidP="005D77C6">
      <w:r>
        <w:t xml:space="preserve">Barreau </w:t>
      </w:r>
      <w:proofErr w:type="spellStart"/>
      <w:r>
        <w:t>d’Istanbul</w:t>
      </w:r>
      <w:proofErr w:type="spellEnd"/>
    </w:p>
    <w:p w14:paraId="09BA5FF9" w14:textId="77777777" w:rsidR="005D77C6" w:rsidRDefault="005D77C6" w:rsidP="005D77C6"/>
    <w:p w14:paraId="4E0087AE" w14:textId="77777777" w:rsidR="005D77C6" w:rsidRDefault="005D77C6" w:rsidP="005D77C6">
      <w:r>
        <w:t>28997</w:t>
      </w:r>
    </w:p>
    <w:p w14:paraId="05620F35" w14:textId="77777777" w:rsidR="005D77C6" w:rsidRDefault="005D77C6" w:rsidP="005D77C6"/>
    <w:p w14:paraId="1DEE146F" w14:textId="77777777" w:rsidR="005D77C6" w:rsidRDefault="005D77C6" w:rsidP="005D77C6">
      <w:r>
        <w:t>116</w:t>
      </w:r>
    </w:p>
    <w:p w14:paraId="5192B84C" w14:textId="77777777" w:rsidR="005D77C6" w:rsidRDefault="005D77C6" w:rsidP="005D77C6"/>
    <w:p w14:paraId="04B50A83" w14:textId="77777777" w:rsidR="005D77C6" w:rsidRDefault="005D77C6" w:rsidP="005D77C6">
      <w:r>
        <w:t xml:space="preserve">Me Ebru </w:t>
      </w:r>
      <w:proofErr w:type="spellStart"/>
      <w:r>
        <w:t>Erginbay</w:t>
      </w:r>
      <w:proofErr w:type="spellEnd"/>
    </w:p>
    <w:p w14:paraId="30610155" w14:textId="77777777" w:rsidR="005D77C6" w:rsidRDefault="005D77C6" w:rsidP="005D77C6"/>
    <w:p w14:paraId="147CE722" w14:textId="77777777" w:rsidR="005D77C6" w:rsidRDefault="005D77C6" w:rsidP="005D77C6">
      <w:r>
        <w:t xml:space="preserve">Barreau de </w:t>
      </w:r>
      <w:proofErr w:type="spellStart"/>
      <w:r>
        <w:t>Muğla</w:t>
      </w:r>
      <w:proofErr w:type="spellEnd"/>
    </w:p>
    <w:p w14:paraId="16BBC13F" w14:textId="77777777" w:rsidR="005D77C6" w:rsidRDefault="005D77C6" w:rsidP="005D77C6"/>
    <w:p w14:paraId="3BF142B6" w14:textId="77777777" w:rsidR="005D77C6" w:rsidRDefault="005D77C6" w:rsidP="005D77C6">
      <w:r>
        <w:t xml:space="preserve">Non </w:t>
      </w:r>
      <w:proofErr w:type="spellStart"/>
      <w:r>
        <w:t>indiqué</w:t>
      </w:r>
      <w:proofErr w:type="spellEnd"/>
    </w:p>
    <w:p w14:paraId="31991C21" w14:textId="77777777" w:rsidR="005D77C6" w:rsidRDefault="005D77C6" w:rsidP="005D77C6"/>
    <w:p w14:paraId="59D8F9ED" w14:textId="77777777" w:rsidR="005D77C6" w:rsidRDefault="005D77C6" w:rsidP="005D77C6">
      <w:r>
        <w:t>117</w:t>
      </w:r>
    </w:p>
    <w:p w14:paraId="73F8CE10" w14:textId="77777777" w:rsidR="005D77C6" w:rsidRDefault="005D77C6" w:rsidP="005D77C6"/>
    <w:p w14:paraId="2B063B44" w14:textId="77777777" w:rsidR="005D77C6" w:rsidRDefault="005D77C6" w:rsidP="005D77C6">
      <w:r>
        <w:t xml:space="preserve">Me Şenay </w:t>
      </w:r>
      <w:proofErr w:type="spellStart"/>
      <w:r>
        <w:t>Çöte</w:t>
      </w:r>
      <w:proofErr w:type="spellEnd"/>
    </w:p>
    <w:p w14:paraId="291C787F" w14:textId="77777777" w:rsidR="005D77C6" w:rsidRDefault="005D77C6" w:rsidP="005D77C6"/>
    <w:p w14:paraId="44475CFB" w14:textId="77777777" w:rsidR="005D77C6" w:rsidRDefault="005D77C6" w:rsidP="005D77C6">
      <w:r>
        <w:t xml:space="preserve">Barreau </w:t>
      </w:r>
      <w:proofErr w:type="spellStart"/>
      <w:r>
        <w:t>d’Izmir</w:t>
      </w:r>
      <w:proofErr w:type="spellEnd"/>
    </w:p>
    <w:p w14:paraId="00C6CF8C" w14:textId="77777777" w:rsidR="005D77C6" w:rsidRDefault="005D77C6" w:rsidP="005D77C6"/>
    <w:p w14:paraId="768E77A1" w14:textId="6614D079" w:rsidR="005D77C6" w:rsidRDefault="005D77C6" w:rsidP="005D77C6">
      <w:r>
        <w:t>11081</w:t>
      </w:r>
    </w:p>
    <w:sectPr w:rsidR="005D77C6" w:rsidSect="00034616">
      <w:headerReference w:type="default" r:id="rId10"/>
      <w:footerReference w:type="default" r:id="rId11"/>
      <w:pgSz w:w="11906" w:h="16838"/>
      <w:pgMar w:top="964" w:right="1020" w:bottom="879" w:left="1020" w:header="397"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7AC6E" w14:textId="77777777" w:rsidR="00DF0B84" w:rsidRDefault="00DF0B84">
      <w:pPr>
        <w:spacing w:after="0" w:line="240" w:lineRule="auto"/>
      </w:pPr>
      <w:r>
        <w:separator/>
      </w:r>
    </w:p>
  </w:endnote>
  <w:endnote w:type="continuationSeparator" w:id="0">
    <w:p w14:paraId="6BC6B42F" w14:textId="77777777" w:rsidR="00DF0B84" w:rsidRDefault="00DF0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D96A" w14:textId="722F93A9" w:rsidR="000B7C4C" w:rsidRDefault="000B7C4C">
    <w:pPr>
      <w:pStyle w:val="AltBilgi"/>
      <w:jc w:val="center"/>
      <w:rPr>
        <w:sz w:val="16"/>
        <w:lang w:val="tr-TR"/>
      </w:rPr>
    </w:pPr>
  </w:p>
  <w:p w14:paraId="1D09A855" w14:textId="77777777" w:rsidR="00915042" w:rsidRDefault="00915042">
    <w:pPr>
      <w:pStyle w:val="AltBilgi"/>
      <w:jc w:val="center"/>
      <w:rPr>
        <w:sz w:val="16"/>
        <w:lang w:val="tr-TR"/>
      </w:rPr>
    </w:pPr>
  </w:p>
  <w:p w14:paraId="02E50695" w14:textId="77777777" w:rsidR="00915042" w:rsidRPr="00915042" w:rsidRDefault="00915042">
    <w:pPr>
      <w:pStyle w:val="AltBilgi"/>
      <w:jc w:val="center"/>
      <w:rPr>
        <w:lang w:val="tr-T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24D30" w14:textId="77777777" w:rsidR="00DF0B84" w:rsidRDefault="00DF0B84">
      <w:pPr>
        <w:spacing w:after="0" w:line="240" w:lineRule="auto"/>
      </w:pPr>
      <w:r>
        <w:separator/>
      </w:r>
    </w:p>
  </w:footnote>
  <w:footnote w:type="continuationSeparator" w:id="0">
    <w:p w14:paraId="29A3193F" w14:textId="77777777" w:rsidR="00DF0B84" w:rsidRDefault="00DF0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CCAFA" w14:textId="77777777" w:rsidR="000B7C4C" w:rsidRDefault="00000000">
    <w:pPr>
      <w:pStyle w:val="stBilgi"/>
      <w:jc w:val="center"/>
    </w:pPr>
    <w:r>
      <w:rPr>
        <w:b/>
        <w:sz w:val="16"/>
      </w:rPr>
      <w:t>ORTAK HUKUKÇULAR BAŞVURUSU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E17709C"/>
    <w:multiLevelType w:val="multilevel"/>
    <w:tmpl w:val="D9E0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443357">
    <w:abstractNumId w:val="8"/>
  </w:num>
  <w:num w:numId="2" w16cid:durableId="752237798">
    <w:abstractNumId w:val="6"/>
  </w:num>
  <w:num w:numId="3" w16cid:durableId="26419833">
    <w:abstractNumId w:val="5"/>
  </w:num>
  <w:num w:numId="4" w16cid:durableId="1603487438">
    <w:abstractNumId w:val="4"/>
  </w:num>
  <w:num w:numId="5" w16cid:durableId="1424033607">
    <w:abstractNumId w:val="7"/>
  </w:num>
  <w:num w:numId="6" w16cid:durableId="925917714">
    <w:abstractNumId w:val="3"/>
  </w:num>
  <w:num w:numId="7" w16cid:durableId="2073696428">
    <w:abstractNumId w:val="2"/>
  </w:num>
  <w:num w:numId="8" w16cid:durableId="1849246008">
    <w:abstractNumId w:val="1"/>
  </w:num>
  <w:num w:numId="9" w16cid:durableId="1397700045">
    <w:abstractNumId w:val="0"/>
  </w:num>
  <w:num w:numId="10" w16cid:durableId="6250457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7C4C"/>
    <w:rsid w:val="0015074B"/>
    <w:rsid w:val="00252A10"/>
    <w:rsid w:val="0029639D"/>
    <w:rsid w:val="00326F90"/>
    <w:rsid w:val="005D77C6"/>
    <w:rsid w:val="00681C59"/>
    <w:rsid w:val="00915042"/>
    <w:rsid w:val="00AA1D8D"/>
    <w:rsid w:val="00B47730"/>
    <w:rsid w:val="00BF072E"/>
    <w:rsid w:val="00CB0664"/>
    <w:rsid w:val="00DF0B84"/>
    <w:rsid w:val="00F876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A58F06"/>
  <w14:defaultImageDpi w14:val="300"/>
  <w15:docId w15:val="{F90D984B-818D-4862-A176-21D03A5CB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jc w:val="both"/>
    </w:pPr>
    <w:rPr>
      <w:rFonts w:ascii="Times New Roman" w:eastAsia="Times New Roman" w:hAnsi="Times New Roman"/>
      <w:sz w:val="21"/>
    </w:rPr>
  </w:style>
  <w:style w:type="paragraph" w:styleId="Balk1">
    <w:name w:val="heading 1"/>
    <w:basedOn w:val="Normal"/>
    <w:next w:val="Normal"/>
    <w:link w:val="Balk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4"/>
      <w:szCs w:val="28"/>
    </w:rPr>
  </w:style>
  <w:style w:type="paragraph" w:styleId="Balk2">
    <w:name w:val="heading 2"/>
    <w:basedOn w:val="Normal"/>
    <w:next w:val="Normal"/>
    <w:link w:val="Balk2Ch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pBdr>
        <w:bottom w:val="single" w:sz="8" w:space="4" w:color="4F81BD" w:themeColor="accent1"/>
      </w:pBdr>
      <w:spacing w:before="160" w:line="240" w:lineRule="auto"/>
      <w:contextualSpacing/>
      <w:jc w:val="center"/>
    </w:pPr>
    <w:rPr>
      <w:rFonts w:asciiTheme="majorHAnsi" w:eastAsiaTheme="majorEastAsia" w:hAnsiTheme="majorHAnsi" w:cstheme="majorBidi"/>
      <w:b/>
      <w:color w:val="17365D" w:themeColor="text2" w:themeShade="BF"/>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pPr>
      <w:spacing w:after="30" w:line="240" w:lineRule="auto"/>
    </w:pPr>
    <w:rPr>
      <w:rFonts w:ascii="Times New Roman" w:eastAsia="Times New Roman" w:hAnsi="Times New Roman"/>
      <w:sz w:val="19"/>
    </w:rPr>
  </w:style>
  <w:style w:type="character" w:styleId="Kpr">
    <w:name w:val="Hyperlink"/>
    <w:basedOn w:val="VarsaylanParagrafYazTipi"/>
    <w:uiPriority w:val="99"/>
    <w:unhideWhenUsed/>
    <w:rsid w:val="005D77C6"/>
    <w:rPr>
      <w:color w:val="0000FF" w:themeColor="hyperlink"/>
      <w:u w:val="single"/>
    </w:rPr>
  </w:style>
  <w:style w:type="character" w:styleId="zmlenmeyenBahsetme">
    <w:name w:val="Unresolved Mention"/>
    <w:basedOn w:val="VarsaylanParagrafYazTipi"/>
    <w:uiPriority w:val="99"/>
    <w:semiHidden/>
    <w:unhideWhenUsed/>
    <w:rsid w:val="005D7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sanlik.adina.esit.huku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9450</Words>
  <Characters>53871</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ULUSLARARASI CEZA ADALETİNİN ETKİN UYGULANMASI VE BENJAMIN NETANYAHU HAKKINDAKİ YAKALAMA / KIRMIZI BÜLTEN SÜRECİNİN TAKİBİNE İLİŞKİN ORTAK BAŞVURU</dc:title>
  <dc:subject>Konu: Uluslararası Ceza Mahkemesi ile İstanbul 11. Ağır Ceza Mahkemesi kararlarının etkili biçimde uygulanması; ulusal ve uluslararası kurumlarca sürecin izlenmesi talebidir.</dc:subject>
  <dc:creator>Hıdır Kırkıcı and Senih Özay</dc:creator>
  <cp:keywords>international criminal justice, ICC, INTERPOL, lawyers, Netanyahu</cp:keywords>
  <dc:description>generated by python-docx</dc:description>
  <cp:lastModifiedBy>Cemile Seçilmiş</cp:lastModifiedBy>
  <cp:revision>4</cp:revision>
  <dcterms:created xsi:type="dcterms:W3CDTF">2013-12-23T23:15:00Z</dcterms:created>
  <dcterms:modified xsi:type="dcterms:W3CDTF">2026-07-22T10:18:00Z</dcterms:modified>
  <cp:category/>
</cp:coreProperties>
</file>